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3B296" w14:textId="77777777" w:rsidR="00473FD2" w:rsidRPr="00824A5A" w:rsidRDefault="00000000">
      <w:pPr>
        <w:jc w:val="center"/>
        <w:rPr>
          <w:lang w:val="pt-BR"/>
        </w:rPr>
      </w:pPr>
      <w:r w:rsidRPr="00824A5A">
        <w:rPr>
          <w:b/>
          <w:sz w:val="24"/>
          <w:lang w:val="pt-BR"/>
        </w:rPr>
        <w:t>PROGRAMA DE PÓS-GRADUAÇÃO EM CIÊNCIAS DA REABILITAÇÃO – UnB</w:t>
      </w:r>
    </w:p>
    <w:p w14:paraId="1107102B" w14:textId="77777777" w:rsidR="00473FD2" w:rsidRPr="00824A5A" w:rsidRDefault="00000000">
      <w:pPr>
        <w:jc w:val="center"/>
        <w:rPr>
          <w:lang w:val="pt-BR"/>
        </w:rPr>
      </w:pPr>
      <w:r w:rsidRPr="00824A5A">
        <w:rPr>
          <w:b/>
          <w:sz w:val="28"/>
          <w:lang w:val="pt-BR"/>
        </w:rPr>
        <w:t>FICHA DE PONTUAÇÃO PARA SOLICITAÇÃO DE DEFESA DE DISSERTAÇÃO DE MESTRADO</w:t>
      </w:r>
    </w:p>
    <w:p w14:paraId="5703F5C5" w14:textId="77777777" w:rsidR="00473FD2" w:rsidRPr="004968CA" w:rsidRDefault="00000000">
      <w:pPr>
        <w:pStyle w:val="Heading2"/>
        <w:spacing w:before="160" w:after="80"/>
        <w:rPr>
          <w:color w:val="1F497D" w:themeColor="text2"/>
          <w:sz w:val="28"/>
          <w:szCs w:val="28"/>
          <w:lang w:val="pt-BR"/>
        </w:rPr>
      </w:pPr>
      <w:r w:rsidRPr="004968CA">
        <w:rPr>
          <w:color w:val="1F497D" w:themeColor="text2"/>
          <w:sz w:val="28"/>
          <w:szCs w:val="28"/>
          <w:lang w:val="pt-BR"/>
        </w:rPr>
        <w:t>1. Identificação do discente e da dissertação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402"/>
        <w:gridCol w:w="10772"/>
      </w:tblGrid>
      <w:tr w:rsidR="00473FD2" w14:paraId="6E065EE9" w14:textId="77777777">
        <w:trPr>
          <w:jc w:val="center"/>
        </w:trPr>
        <w:tc>
          <w:tcPr>
            <w:tcW w:w="3402" w:type="dxa"/>
            <w:shd w:val="clear" w:color="auto" w:fill="D9EAF7"/>
          </w:tcPr>
          <w:p w14:paraId="4DF87097" w14:textId="77777777" w:rsidR="00473FD2" w:rsidRDefault="00000000">
            <w:pPr>
              <w:jc w:val="center"/>
            </w:pPr>
            <w:r>
              <w:rPr>
                <w:b/>
                <w:sz w:val="17"/>
              </w:rPr>
              <w:t>Campo</w:t>
            </w:r>
          </w:p>
        </w:tc>
        <w:tc>
          <w:tcPr>
            <w:tcW w:w="10772" w:type="dxa"/>
            <w:shd w:val="clear" w:color="auto" w:fill="D9EAF7"/>
          </w:tcPr>
          <w:p w14:paraId="4F042B85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7"/>
              </w:rPr>
              <w:t>Informação</w:t>
            </w:r>
            <w:proofErr w:type="spellEnd"/>
          </w:p>
        </w:tc>
      </w:tr>
      <w:tr w:rsidR="00473FD2" w14:paraId="78120913" w14:textId="77777777">
        <w:trPr>
          <w:jc w:val="center"/>
        </w:trPr>
        <w:tc>
          <w:tcPr>
            <w:tcW w:w="3402" w:type="dxa"/>
          </w:tcPr>
          <w:p w14:paraId="0574096F" w14:textId="77777777" w:rsidR="00473FD2" w:rsidRDefault="00000000">
            <w:pPr>
              <w:jc w:val="center"/>
            </w:pPr>
            <w:r>
              <w:rPr>
                <w:sz w:val="17"/>
              </w:rPr>
              <w:t xml:space="preserve">Nome do(a) </w:t>
            </w:r>
            <w:proofErr w:type="spellStart"/>
            <w:r>
              <w:rPr>
                <w:sz w:val="17"/>
              </w:rPr>
              <w:t>discente</w:t>
            </w:r>
            <w:proofErr w:type="spellEnd"/>
          </w:p>
        </w:tc>
        <w:tc>
          <w:tcPr>
            <w:tcW w:w="10772" w:type="dxa"/>
          </w:tcPr>
          <w:p w14:paraId="4F9A934E" w14:textId="77777777" w:rsidR="00473FD2" w:rsidRDefault="00473FD2"/>
        </w:tc>
      </w:tr>
      <w:tr w:rsidR="00473FD2" w14:paraId="3323EA09" w14:textId="77777777">
        <w:trPr>
          <w:jc w:val="center"/>
        </w:trPr>
        <w:tc>
          <w:tcPr>
            <w:tcW w:w="3402" w:type="dxa"/>
          </w:tcPr>
          <w:p w14:paraId="66F313C3" w14:textId="77777777" w:rsidR="00473FD2" w:rsidRDefault="00000000">
            <w:pPr>
              <w:jc w:val="center"/>
            </w:pPr>
            <w:proofErr w:type="spellStart"/>
            <w:r>
              <w:rPr>
                <w:sz w:val="17"/>
              </w:rPr>
              <w:t>Matrícula</w:t>
            </w:r>
            <w:proofErr w:type="spellEnd"/>
          </w:p>
        </w:tc>
        <w:tc>
          <w:tcPr>
            <w:tcW w:w="10772" w:type="dxa"/>
          </w:tcPr>
          <w:p w14:paraId="164A1568" w14:textId="77777777" w:rsidR="00473FD2" w:rsidRDefault="00473FD2"/>
        </w:tc>
      </w:tr>
      <w:tr w:rsidR="00473FD2" w14:paraId="07656E49" w14:textId="77777777">
        <w:trPr>
          <w:jc w:val="center"/>
        </w:trPr>
        <w:tc>
          <w:tcPr>
            <w:tcW w:w="3402" w:type="dxa"/>
          </w:tcPr>
          <w:p w14:paraId="03D6180A" w14:textId="77777777" w:rsidR="00473FD2" w:rsidRDefault="00000000">
            <w:pPr>
              <w:jc w:val="center"/>
            </w:pPr>
            <w:r>
              <w:rPr>
                <w:sz w:val="17"/>
              </w:rPr>
              <w:t xml:space="preserve">E-mail </w:t>
            </w:r>
            <w:proofErr w:type="spellStart"/>
            <w:r>
              <w:rPr>
                <w:sz w:val="17"/>
              </w:rPr>
              <w:t>institucional</w:t>
            </w:r>
            <w:proofErr w:type="spellEnd"/>
          </w:p>
        </w:tc>
        <w:tc>
          <w:tcPr>
            <w:tcW w:w="10772" w:type="dxa"/>
          </w:tcPr>
          <w:p w14:paraId="4764F706" w14:textId="77777777" w:rsidR="00473FD2" w:rsidRDefault="00473FD2"/>
        </w:tc>
      </w:tr>
      <w:tr w:rsidR="00473FD2" w14:paraId="33B6483B" w14:textId="77777777">
        <w:trPr>
          <w:jc w:val="center"/>
        </w:trPr>
        <w:tc>
          <w:tcPr>
            <w:tcW w:w="3402" w:type="dxa"/>
          </w:tcPr>
          <w:p w14:paraId="59449679" w14:textId="77777777" w:rsidR="00473FD2" w:rsidRDefault="00000000">
            <w:pPr>
              <w:jc w:val="center"/>
            </w:pPr>
            <w:r>
              <w:rPr>
                <w:sz w:val="17"/>
              </w:rPr>
              <w:t xml:space="preserve">E-mail </w:t>
            </w:r>
            <w:proofErr w:type="spellStart"/>
            <w:r>
              <w:rPr>
                <w:sz w:val="17"/>
              </w:rPr>
              <w:t>pessoal</w:t>
            </w:r>
            <w:proofErr w:type="spellEnd"/>
          </w:p>
        </w:tc>
        <w:tc>
          <w:tcPr>
            <w:tcW w:w="10772" w:type="dxa"/>
          </w:tcPr>
          <w:p w14:paraId="374D8363" w14:textId="77777777" w:rsidR="00473FD2" w:rsidRDefault="00473FD2"/>
        </w:tc>
      </w:tr>
      <w:tr w:rsidR="00473FD2" w:rsidRPr="00020250" w14:paraId="0281817B" w14:textId="77777777">
        <w:trPr>
          <w:jc w:val="center"/>
        </w:trPr>
        <w:tc>
          <w:tcPr>
            <w:tcW w:w="3402" w:type="dxa"/>
          </w:tcPr>
          <w:p w14:paraId="72FDBC0C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7"/>
                <w:lang w:val="pt-BR"/>
              </w:rPr>
              <w:t>Nome do(a) orientador(a)</w:t>
            </w:r>
          </w:p>
        </w:tc>
        <w:tc>
          <w:tcPr>
            <w:tcW w:w="10772" w:type="dxa"/>
          </w:tcPr>
          <w:p w14:paraId="0B24168B" w14:textId="77777777" w:rsidR="00473FD2" w:rsidRPr="00824A5A" w:rsidRDefault="00473FD2">
            <w:pPr>
              <w:rPr>
                <w:lang w:val="pt-BR"/>
              </w:rPr>
            </w:pPr>
          </w:p>
        </w:tc>
      </w:tr>
      <w:tr w:rsidR="00473FD2" w:rsidRPr="00020250" w14:paraId="65B7AC4C" w14:textId="77777777">
        <w:trPr>
          <w:jc w:val="center"/>
        </w:trPr>
        <w:tc>
          <w:tcPr>
            <w:tcW w:w="3402" w:type="dxa"/>
          </w:tcPr>
          <w:p w14:paraId="3D50FAE4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7"/>
                <w:lang w:val="pt-BR"/>
              </w:rPr>
              <w:t>Nome do(a) coorientador(a), se houver</w:t>
            </w:r>
          </w:p>
        </w:tc>
        <w:tc>
          <w:tcPr>
            <w:tcW w:w="10772" w:type="dxa"/>
          </w:tcPr>
          <w:p w14:paraId="66B5C0F0" w14:textId="77777777" w:rsidR="00473FD2" w:rsidRPr="00824A5A" w:rsidRDefault="00473FD2">
            <w:pPr>
              <w:rPr>
                <w:lang w:val="pt-BR"/>
              </w:rPr>
            </w:pPr>
          </w:p>
        </w:tc>
      </w:tr>
      <w:tr w:rsidR="00473FD2" w14:paraId="4957928B" w14:textId="77777777">
        <w:trPr>
          <w:jc w:val="center"/>
        </w:trPr>
        <w:tc>
          <w:tcPr>
            <w:tcW w:w="3402" w:type="dxa"/>
          </w:tcPr>
          <w:p w14:paraId="5259DC24" w14:textId="77777777" w:rsidR="00473FD2" w:rsidRDefault="00000000">
            <w:pPr>
              <w:jc w:val="center"/>
            </w:pPr>
            <w:proofErr w:type="spellStart"/>
            <w:r>
              <w:rPr>
                <w:sz w:val="17"/>
              </w:rPr>
              <w:t>Título</w:t>
            </w:r>
            <w:proofErr w:type="spellEnd"/>
            <w:r>
              <w:rPr>
                <w:sz w:val="17"/>
              </w:rPr>
              <w:t xml:space="preserve"> da </w:t>
            </w:r>
            <w:proofErr w:type="spellStart"/>
            <w:r>
              <w:rPr>
                <w:sz w:val="17"/>
              </w:rPr>
              <w:t>dissertação</w:t>
            </w:r>
            <w:proofErr w:type="spellEnd"/>
          </w:p>
        </w:tc>
        <w:tc>
          <w:tcPr>
            <w:tcW w:w="10772" w:type="dxa"/>
          </w:tcPr>
          <w:p w14:paraId="5C5F2692" w14:textId="77777777" w:rsidR="00473FD2" w:rsidRDefault="00473FD2"/>
        </w:tc>
      </w:tr>
      <w:tr w:rsidR="00473FD2" w14:paraId="2EBA1A27" w14:textId="77777777">
        <w:trPr>
          <w:jc w:val="center"/>
        </w:trPr>
        <w:tc>
          <w:tcPr>
            <w:tcW w:w="3402" w:type="dxa"/>
          </w:tcPr>
          <w:p w14:paraId="3F9DC0BA" w14:textId="77777777" w:rsidR="00473FD2" w:rsidRDefault="00000000">
            <w:pPr>
              <w:jc w:val="center"/>
            </w:pPr>
            <w:proofErr w:type="spellStart"/>
            <w:r>
              <w:rPr>
                <w:sz w:val="17"/>
              </w:rPr>
              <w:t>Área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concentração</w:t>
            </w:r>
            <w:proofErr w:type="spellEnd"/>
          </w:p>
        </w:tc>
        <w:tc>
          <w:tcPr>
            <w:tcW w:w="10772" w:type="dxa"/>
          </w:tcPr>
          <w:p w14:paraId="21F77E6F" w14:textId="77777777" w:rsidR="00473FD2" w:rsidRDefault="00473FD2"/>
        </w:tc>
      </w:tr>
      <w:tr w:rsidR="00473FD2" w14:paraId="62F00A24" w14:textId="77777777">
        <w:trPr>
          <w:jc w:val="center"/>
        </w:trPr>
        <w:tc>
          <w:tcPr>
            <w:tcW w:w="3402" w:type="dxa"/>
          </w:tcPr>
          <w:p w14:paraId="348A1BFE" w14:textId="77777777" w:rsidR="00473FD2" w:rsidRDefault="00000000">
            <w:pPr>
              <w:jc w:val="center"/>
            </w:pPr>
            <w:proofErr w:type="spellStart"/>
            <w:r>
              <w:rPr>
                <w:sz w:val="17"/>
              </w:rPr>
              <w:t>Linha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pesquisa</w:t>
            </w:r>
            <w:proofErr w:type="spellEnd"/>
          </w:p>
        </w:tc>
        <w:tc>
          <w:tcPr>
            <w:tcW w:w="10772" w:type="dxa"/>
          </w:tcPr>
          <w:p w14:paraId="3160A03D" w14:textId="77777777" w:rsidR="00473FD2" w:rsidRDefault="00473FD2"/>
        </w:tc>
      </w:tr>
      <w:tr w:rsidR="00473FD2" w14:paraId="2C4ECBDE" w14:textId="77777777">
        <w:trPr>
          <w:jc w:val="center"/>
        </w:trPr>
        <w:tc>
          <w:tcPr>
            <w:tcW w:w="3402" w:type="dxa"/>
          </w:tcPr>
          <w:p w14:paraId="2DC1F9F2" w14:textId="77777777" w:rsidR="00473FD2" w:rsidRDefault="00000000">
            <w:pPr>
              <w:jc w:val="center"/>
            </w:pPr>
            <w:proofErr w:type="spellStart"/>
            <w:r>
              <w:rPr>
                <w:sz w:val="17"/>
              </w:rPr>
              <w:t>Projeto</w:t>
            </w:r>
            <w:proofErr w:type="spellEnd"/>
            <w:r>
              <w:rPr>
                <w:sz w:val="17"/>
              </w:rPr>
              <w:t xml:space="preserve"> de </w:t>
            </w:r>
            <w:proofErr w:type="spellStart"/>
            <w:r>
              <w:rPr>
                <w:sz w:val="17"/>
              </w:rPr>
              <w:t>pesquisa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vinculado</w:t>
            </w:r>
            <w:proofErr w:type="spellEnd"/>
          </w:p>
        </w:tc>
        <w:tc>
          <w:tcPr>
            <w:tcW w:w="10772" w:type="dxa"/>
          </w:tcPr>
          <w:p w14:paraId="059E7DDA" w14:textId="77777777" w:rsidR="00473FD2" w:rsidRDefault="00473FD2"/>
        </w:tc>
      </w:tr>
      <w:tr w:rsidR="00473FD2" w14:paraId="1B2B0D51" w14:textId="77777777">
        <w:trPr>
          <w:jc w:val="center"/>
        </w:trPr>
        <w:tc>
          <w:tcPr>
            <w:tcW w:w="3402" w:type="dxa"/>
          </w:tcPr>
          <w:p w14:paraId="65EFDBE9" w14:textId="77777777" w:rsidR="00473FD2" w:rsidRDefault="00000000">
            <w:pPr>
              <w:jc w:val="center"/>
            </w:pPr>
            <w:r>
              <w:rPr>
                <w:sz w:val="17"/>
              </w:rPr>
              <w:t xml:space="preserve">Data </w:t>
            </w:r>
            <w:proofErr w:type="spellStart"/>
            <w:r>
              <w:rPr>
                <w:sz w:val="17"/>
              </w:rPr>
              <w:t>prevista</w:t>
            </w:r>
            <w:proofErr w:type="spellEnd"/>
            <w:r>
              <w:rPr>
                <w:sz w:val="17"/>
              </w:rPr>
              <w:t xml:space="preserve"> da </w:t>
            </w:r>
            <w:proofErr w:type="spellStart"/>
            <w:r>
              <w:rPr>
                <w:sz w:val="17"/>
              </w:rPr>
              <w:t>defesa</w:t>
            </w:r>
            <w:proofErr w:type="spellEnd"/>
          </w:p>
        </w:tc>
        <w:tc>
          <w:tcPr>
            <w:tcW w:w="10772" w:type="dxa"/>
          </w:tcPr>
          <w:p w14:paraId="3DD478CC" w14:textId="77777777" w:rsidR="00473FD2" w:rsidRDefault="00473FD2"/>
        </w:tc>
      </w:tr>
      <w:tr w:rsidR="00473FD2" w:rsidRPr="00020250" w14:paraId="3AA650B1" w14:textId="77777777">
        <w:trPr>
          <w:jc w:val="center"/>
        </w:trPr>
        <w:tc>
          <w:tcPr>
            <w:tcW w:w="3402" w:type="dxa"/>
          </w:tcPr>
          <w:p w14:paraId="5DAAA2C8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7"/>
                <w:lang w:val="pt-BR"/>
              </w:rPr>
              <w:t>Data de preenchimento desta ficha</w:t>
            </w:r>
          </w:p>
        </w:tc>
        <w:tc>
          <w:tcPr>
            <w:tcW w:w="10772" w:type="dxa"/>
          </w:tcPr>
          <w:p w14:paraId="7633C1FF" w14:textId="77777777" w:rsidR="00473FD2" w:rsidRPr="00824A5A" w:rsidRDefault="00473FD2">
            <w:pPr>
              <w:rPr>
                <w:lang w:val="pt-BR"/>
              </w:rPr>
            </w:pPr>
          </w:p>
        </w:tc>
      </w:tr>
    </w:tbl>
    <w:p w14:paraId="19727649" w14:textId="77777777" w:rsidR="00473FD2" w:rsidRPr="004968CA" w:rsidRDefault="00000000">
      <w:pPr>
        <w:pStyle w:val="Heading2"/>
        <w:spacing w:before="160" w:after="80"/>
        <w:rPr>
          <w:color w:val="1F497D" w:themeColor="text2"/>
          <w:sz w:val="28"/>
          <w:szCs w:val="28"/>
          <w:lang w:val="pt-BR"/>
        </w:rPr>
      </w:pPr>
      <w:r w:rsidRPr="004968CA">
        <w:rPr>
          <w:color w:val="1F497D" w:themeColor="text2"/>
          <w:sz w:val="28"/>
          <w:szCs w:val="28"/>
          <w:lang w:val="pt-BR"/>
        </w:rPr>
        <w:t>2. Regra geral para solicitação de defesa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535"/>
        <w:gridCol w:w="9638"/>
      </w:tblGrid>
      <w:tr w:rsidR="00473FD2" w14:paraId="69233CEE" w14:textId="77777777">
        <w:trPr>
          <w:jc w:val="center"/>
        </w:trPr>
        <w:tc>
          <w:tcPr>
            <w:tcW w:w="4535" w:type="dxa"/>
            <w:shd w:val="clear" w:color="auto" w:fill="D9EAF7"/>
          </w:tcPr>
          <w:p w14:paraId="57309C25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7"/>
              </w:rPr>
              <w:t>Critério</w:t>
            </w:r>
            <w:proofErr w:type="spellEnd"/>
          </w:p>
        </w:tc>
        <w:tc>
          <w:tcPr>
            <w:tcW w:w="9638" w:type="dxa"/>
            <w:shd w:val="clear" w:color="auto" w:fill="D9EAF7"/>
          </w:tcPr>
          <w:p w14:paraId="7EE3182C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7"/>
              </w:rPr>
              <w:t>Pontuação</w:t>
            </w:r>
            <w:proofErr w:type="spellEnd"/>
            <w:r>
              <w:rPr>
                <w:b/>
                <w:sz w:val="17"/>
              </w:rPr>
              <w:t>/</w:t>
            </w:r>
            <w:proofErr w:type="spellStart"/>
            <w:r>
              <w:rPr>
                <w:b/>
                <w:sz w:val="17"/>
              </w:rPr>
              <w:t>Regra</w:t>
            </w:r>
            <w:proofErr w:type="spellEnd"/>
          </w:p>
        </w:tc>
      </w:tr>
      <w:tr w:rsidR="00E23F39" w:rsidRPr="00020250" w14:paraId="5F039C35" w14:textId="77777777">
        <w:trPr>
          <w:jc w:val="center"/>
        </w:trPr>
        <w:tc>
          <w:tcPr>
            <w:tcW w:w="4535" w:type="dxa"/>
          </w:tcPr>
          <w:p w14:paraId="07E55480" w14:textId="480262BC" w:rsidR="00E23F39" w:rsidRPr="00E23F39" w:rsidRDefault="00E23F39" w:rsidP="00E23F39">
            <w:pPr>
              <w:jc w:val="center"/>
              <w:rPr>
                <w:lang w:val="pt-BR"/>
              </w:rPr>
            </w:pPr>
            <w:r w:rsidRPr="00824A5A">
              <w:rPr>
                <w:sz w:val="17"/>
                <w:lang w:val="pt-BR"/>
              </w:rPr>
              <w:t>Bloco A – itens obrigatórios</w:t>
            </w:r>
          </w:p>
        </w:tc>
        <w:tc>
          <w:tcPr>
            <w:tcW w:w="9638" w:type="dxa"/>
          </w:tcPr>
          <w:p w14:paraId="03E76468" w14:textId="1E92B472" w:rsidR="00E23F39" w:rsidRPr="00E23F39" w:rsidRDefault="00E23F39" w:rsidP="00E23F39">
            <w:pPr>
              <w:rPr>
                <w:lang w:val="pt-BR"/>
              </w:rPr>
            </w:pPr>
            <w:r w:rsidRPr="00824A5A">
              <w:rPr>
                <w:sz w:val="17"/>
                <w:lang w:val="pt-BR"/>
              </w:rPr>
              <w:t>todos os itens devem ser cumpridos</w:t>
            </w:r>
          </w:p>
        </w:tc>
      </w:tr>
      <w:tr w:rsidR="00E23F39" w:rsidRPr="00020250" w14:paraId="0B547B0E" w14:textId="77777777">
        <w:trPr>
          <w:jc w:val="center"/>
        </w:trPr>
        <w:tc>
          <w:tcPr>
            <w:tcW w:w="4535" w:type="dxa"/>
          </w:tcPr>
          <w:p w14:paraId="288C8076" w14:textId="7D212D56" w:rsidR="00E23F39" w:rsidRPr="00824A5A" w:rsidRDefault="00E23F39" w:rsidP="00E23F39">
            <w:pPr>
              <w:jc w:val="center"/>
              <w:rPr>
                <w:lang w:val="pt-BR"/>
              </w:rPr>
            </w:pPr>
            <w:r w:rsidRPr="00824A5A">
              <w:rPr>
                <w:sz w:val="17"/>
                <w:lang w:val="pt-BR"/>
              </w:rPr>
              <w:t>Bloco B – itens adicionais/eletivos</w:t>
            </w:r>
            <w:r>
              <w:rPr>
                <w:sz w:val="17"/>
                <w:lang w:val="pt-BR"/>
              </w:rPr>
              <w:t xml:space="preserve"> – 50 pontos</w:t>
            </w:r>
          </w:p>
        </w:tc>
        <w:tc>
          <w:tcPr>
            <w:tcW w:w="9638" w:type="dxa"/>
          </w:tcPr>
          <w:p w14:paraId="3128F53A" w14:textId="7CD537B8" w:rsidR="00E23F39" w:rsidRPr="00E23F39" w:rsidRDefault="00E23F39" w:rsidP="00E23F39">
            <w:pPr>
              <w:rPr>
                <w:lang w:val="pt-BR"/>
              </w:rPr>
            </w:pPr>
            <w:r w:rsidRPr="00824A5A">
              <w:rPr>
                <w:sz w:val="17"/>
                <w:lang w:val="pt-BR"/>
              </w:rPr>
              <w:t xml:space="preserve">mínimo de </w:t>
            </w:r>
            <w:r>
              <w:rPr>
                <w:sz w:val="17"/>
                <w:lang w:val="pt-BR"/>
              </w:rPr>
              <w:t>1</w:t>
            </w:r>
            <w:r w:rsidRPr="00824A5A">
              <w:rPr>
                <w:sz w:val="17"/>
                <w:lang w:val="pt-BR"/>
              </w:rPr>
              <w:t>0 pontos, escolhidos pelo discente entre os itens adicionais</w:t>
            </w:r>
          </w:p>
        </w:tc>
      </w:tr>
      <w:tr w:rsidR="00E23F39" w:rsidRPr="00E23F39" w14:paraId="731A8187" w14:textId="77777777">
        <w:trPr>
          <w:jc w:val="center"/>
        </w:trPr>
        <w:tc>
          <w:tcPr>
            <w:tcW w:w="4535" w:type="dxa"/>
          </w:tcPr>
          <w:p w14:paraId="4301786A" w14:textId="5CBA4929" w:rsidR="00E23F39" w:rsidRPr="00824A5A" w:rsidRDefault="00E23F39" w:rsidP="00E23F39">
            <w:pPr>
              <w:jc w:val="center"/>
              <w:rPr>
                <w:lang w:val="pt-BR"/>
              </w:rPr>
            </w:pPr>
            <w:r w:rsidRPr="00E23F39">
              <w:rPr>
                <w:sz w:val="17"/>
                <w:lang w:val="pt-BR"/>
              </w:rPr>
              <w:t>Pontuação máxima possível do B</w:t>
            </w:r>
            <w:r>
              <w:rPr>
                <w:sz w:val="17"/>
                <w:lang w:val="pt-BR"/>
              </w:rPr>
              <w:t>loco B</w:t>
            </w:r>
          </w:p>
        </w:tc>
        <w:tc>
          <w:tcPr>
            <w:tcW w:w="9638" w:type="dxa"/>
          </w:tcPr>
          <w:p w14:paraId="2A755A6B" w14:textId="71958B86" w:rsidR="00E23F39" w:rsidRPr="00824A5A" w:rsidRDefault="00E23F39" w:rsidP="00E23F39">
            <w:pPr>
              <w:rPr>
                <w:lang w:val="pt-BR"/>
              </w:rPr>
            </w:pPr>
            <w:r w:rsidRPr="00E23F39">
              <w:rPr>
                <w:sz w:val="17"/>
              </w:rPr>
              <w:t xml:space="preserve">50 </w:t>
            </w:r>
            <w:proofErr w:type="spellStart"/>
            <w:r w:rsidRPr="00E23F39">
              <w:rPr>
                <w:sz w:val="17"/>
              </w:rPr>
              <w:t>pontos</w:t>
            </w:r>
            <w:proofErr w:type="spellEnd"/>
          </w:p>
        </w:tc>
      </w:tr>
      <w:tr w:rsidR="00E23F39" w:rsidRPr="00020250" w14:paraId="454EF537" w14:textId="77777777">
        <w:trPr>
          <w:jc w:val="center"/>
        </w:trPr>
        <w:tc>
          <w:tcPr>
            <w:tcW w:w="4535" w:type="dxa"/>
          </w:tcPr>
          <w:p w14:paraId="0852669B" w14:textId="77777777" w:rsidR="00E23F39" w:rsidRDefault="00E23F39" w:rsidP="00E23F39">
            <w:pPr>
              <w:jc w:val="center"/>
            </w:pPr>
            <w:proofErr w:type="spellStart"/>
            <w:r>
              <w:rPr>
                <w:sz w:val="17"/>
              </w:rPr>
              <w:t>Validação</w:t>
            </w:r>
            <w:proofErr w:type="spellEnd"/>
          </w:p>
        </w:tc>
        <w:tc>
          <w:tcPr>
            <w:tcW w:w="9638" w:type="dxa"/>
          </w:tcPr>
          <w:p w14:paraId="5C3701DA" w14:textId="77777777" w:rsidR="00E23F39" w:rsidRPr="00824A5A" w:rsidRDefault="00E23F39" w:rsidP="00E23F39">
            <w:pPr>
              <w:rPr>
                <w:lang w:val="pt-BR"/>
              </w:rPr>
            </w:pPr>
            <w:r w:rsidRPr="00824A5A">
              <w:rPr>
                <w:sz w:val="17"/>
                <w:lang w:val="pt-BR"/>
              </w:rPr>
              <w:t>a pontuação autodeclarada deve ser conferida e validada pela Comissão do PPGCR ou instância designada</w:t>
            </w:r>
          </w:p>
        </w:tc>
      </w:tr>
    </w:tbl>
    <w:p w14:paraId="0C4646C4" w14:textId="3D881B9E" w:rsidR="00473FD2" w:rsidRPr="00824A5A" w:rsidRDefault="004968CA">
      <w:pPr>
        <w:pStyle w:val="Heading1"/>
        <w:spacing w:before="160" w:after="80"/>
        <w:rPr>
          <w:lang w:val="pt-BR"/>
        </w:rPr>
      </w:pPr>
      <w:r>
        <w:rPr>
          <w:lang w:val="pt-BR"/>
        </w:rPr>
        <w:t>3</w:t>
      </w:r>
      <w:r w:rsidRPr="00824A5A">
        <w:rPr>
          <w:lang w:val="pt-BR"/>
        </w:rPr>
        <w:t xml:space="preserve">. BLOCO A – Itens obrigatórios </w:t>
      </w:r>
    </w:p>
    <w:p w14:paraId="7F1584B9" w14:textId="7477B9C0" w:rsidR="00473FD2" w:rsidRDefault="00000000">
      <w:pPr>
        <w:spacing w:after="80"/>
        <w:rPr>
          <w:i/>
          <w:sz w:val="17"/>
          <w:lang w:val="pt-BR"/>
        </w:rPr>
      </w:pPr>
      <w:r w:rsidRPr="00824A5A">
        <w:rPr>
          <w:i/>
          <w:sz w:val="17"/>
          <w:lang w:val="pt-BR"/>
        </w:rPr>
        <w:t>Para solicitar a defesa, o discente deve cumprir todos os itens obrigatórios do Bloco A. Os campos “Discente (X)” indicam os itens apresentados; a Comissão deverá validar a pontuação solicitada e registrar os pontos aceitos.</w:t>
      </w:r>
    </w:p>
    <w:p w14:paraId="7C4DBCA9" w14:textId="77777777" w:rsidR="00C34F92" w:rsidRPr="00824A5A" w:rsidRDefault="00C34F92">
      <w:pPr>
        <w:spacing w:after="80"/>
        <w:rPr>
          <w:lang w:val="pt-BR"/>
        </w:rPr>
      </w:pPr>
    </w:p>
    <w:p w14:paraId="77919DE5" w14:textId="093F93AB" w:rsidR="00473FD2" w:rsidRPr="00824A5A" w:rsidRDefault="00000000">
      <w:pPr>
        <w:pStyle w:val="Heading2"/>
        <w:spacing w:before="160" w:after="80"/>
        <w:rPr>
          <w:lang w:val="pt-BR"/>
        </w:rPr>
      </w:pPr>
      <w:r w:rsidRPr="00824A5A">
        <w:rPr>
          <w:lang w:val="pt-BR"/>
        </w:rPr>
        <w:t xml:space="preserve">A1. Manuscrito bibliográfico principal derivado da dissertação </w:t>
      </w:r>
    </w:p>
    <w:p w14:paraId="28636197" w14:textId="2311D718" w:rsidR="00473FD2" w:rsidRPr="00824A5A" w:rsidRDefault="00000000">
      <w:pPr>
        <w:spacing w:after="80"/>
        <w:rPr>
          <w:lang w:val="pt-BR"/>
        </w:rPr>
      </w:pPr>
      <w:r w:rsidRPr="00824A5A">
        <w:rPr>
          <w:i/>
          <w:sz w:val="17"/>
          <w:lang w:val="pt-BR"/>
        </w:rPr>
        <w:t xml:space="preserve">Pré-requisito: manuscrito submetido, aceito ou publicado, derivado da dissertação, em coautoria com o(a) orientador(a), com </w:t>
      </w:r>
      <w:r w:rsidR="00C34F92">
        <w:rPr>
          <w:i/>
          <w:sz w:val="17"/>
          <w:lang w:val="pt-BR"/>
        </w:rPr>
        <w:t>o minimo de</w:t>
      </w:r>
      <w:r w:rsidRPr="00824A5A">
        <w:rPr>
          <w:i/>
          <w:sz w:val="17"/>
          <w:lang w:val="pt-BR"/>
        </w:rPr>
        <w:t xml:space="preserve"> </w:t>
      </w:r>
      <w:r w:rsidRPr="00E23F39">
        <w:rPr>
          <w:b/>
          <w:bCs/>
          <w:i/>
          <w:sz w:val="17"/>
          <w:lang w:val="pt-BR"/>
        </w:rPr>
        <w:t>19 pontos</w:t>
      </w:r>
      <w:r w:rsidRPr="00824A5A">
        <w:rPr>
          <w:i/>
          <w:sz w:val="17"/>
          <w:lang w:val="pt-BR"/>
        </w:rPr>
        <w:t xml:space="preserve"> conforme a lógica do item 2.4.2 da Ficha da Área 21/CAPES para programas acadêmicos.</w:t>
      </w:r>
      <w:r w:rsidR="00B966CE">
        <w:rPr>
          <w:i/>
          <w:sz w:val="17"/>
          <w:lang w:val="pt-BR"/>
        </w:rPr>
        <w:t xml:space="preserve"> Para eventuais duvidas, consultar o guia disponivel em: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68"/>
        <w:gridCol w:w="1140"/>
        <w:gridCol w:w="863"/>
        <w:gridCol w:w="1184"/>
        <w:gridCol w:w="1127"/>
        <w:gridCol w:w="1121"/>
        <w:gridCol w:w="4939"/>
      </w:tblGrid>
      <w:tr w:rsidR="00473FD2" w14:paraId="26E064EE" w14:textId="77777777" w:rsidTr="00824A5A">
        <w:trPr>
          <w:jc w:val="center"/>
        </w:trPr>
        <w:tc>
          <w:tcPr>
            <w:tcW w:w="5871" w:type="dxa"/>
            <w:gridSpan w:val="3"/>
            <w:shd w:val="clear" w:color="auto" w:fill="D9EAF7"/>
          </w:tcPr>
          <w:p w14:paraId="07A39A07" w14:textId="77777777" w:rsidR="00473FD2" w:rsidRDefault="00000000">
            <w:pPr>
              <w:jc w:val="center"/>
            </w:pPr>
            <w:r>
              <w:rPr>
                <w:b/>
                <w:sz w:val="16"/>
              </w:rPr>
              <w:t>Campo</w:t>
            </w:r>
          </w:p>
        </w:tc>
        <w:tc>
          <w:tcPr>
            <w:tcW w:w="8371" w:type="dxa"/>
            <w:gridSpan w:val="4"/>
            <w:shd w:val="clear" w:color="auto" w:fill="D9EAF7"/>
          </w:tcPr>
          <w:p w14:paraId="2A58AC8D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6"/>
              </w:rPr>
              <w:t>Informação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preencher</w:t>
            </w:r>
            <w:proofErr w:type="spellEnd"/>
          </w:p>
        </w:tc>
      </w:tr>
      <w:tr w:rsidR="00473FD2" w14:paraId="39A03DD8" w14:textId="77777777" w:rsidTr="00824A5A">
        <w:trPr>
          <w:jc w:val="center"/>
        </w:trPr>
        <w:tc>
          <w:tcPr>
            <w:tcW w:w="5871" w:type="dxa"/>
            <w:gridSpan w:val="3"/>
          </w:tcPr>
          <w:p w14:paraId="098CD1C9" w14:textId="77777777" w:rsidR="00473FD2" w:rsidRDefault="00000000">
            <w:pPr>
              <w:jc w:val="center"/>
            </w:pPr>
            <w:proofErr w:type="spellStart"/>
            <w:r>
              <w:rPr>
                <w:sz w:val="16"/>
              </w:rPr>
              <w:t>Título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manuscrito</w:t>
            </w:r>
            <w:proofErr w:type="spellEnd"/>
          </w:p>
        </w:tc>
        <w:tc>
          <w:tcPr>
            <w:tcW w:w="8371" w:type="dxa"/>
            <w:gridSpan w:val="4"/>
          </w:tcPr>
          <w:p w14:paraId="7A58BEE5" w14:textId="77777777" w:rsidR="00473FD2" w:rsidRDefault="00473FD2"/>
        </w:tc>
      </w:tr>
      <w:tr w:rsidR="00473FD2" w:rsidRPr="00020250" w14:paraId="76BAD735" w14:textId="77777777" w:rsidTr="00824A5A">
        <w:trPr>
          <w:jc w:val="center"/>
        </w:trPr>
        <w:tc>
          <w:tcPr>
            <w:tcW w:w="5871" w:type="dxa"/>
            <w:gridSpan w:val="3"/>
          </w:tcPr>
          <w:p w14:paraId="53715B9D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t>Periódico ou obra/livro, se aplicável</w:t>
            </w:r>
          </w:p>
        </w:tc>
        <w:tc>
          <w:tcPr>
            <w:tcW w:w="8371" w:type="dxa"/>
            <w:gridSpan w:val="4"/>
          </w:tcPr>
          <w:p w14:paraId="3ED46F33" w14:textId="77777777" w:rsidR="00473FD2" w:rsidRPr="00824A5A" w:rsidRDefault="00473FD2">
            <w:pPr>
              <w:rPr>
                <w:lang w:val="pt-BR"/>
              </w:rPr>
            </w:pPr>
          </w:p>
        </w:tc>
      </w:tr>
      <w:tr w:rsidR="00473FD2" w:rsidRPr="00020250" w14:paraId="151F3254" w14:textId="77777777" w:rsidTr="00824A5A">
        <w:trPr>
          <w:jc w:val="center"/>
        </w:trPr>
        <w:tc>
          <w:tcPr>
            <w:tcW w:w="5871" w:type="dxa"/>
            <w:gridSpan w:val="3"/>
          </w:tcPr>
          <w:p w14:paraId="78DF0ABB" w14:textId="77777777" w:rsidR="00473FD2" w:rsidRDefault="00000000">
            <w:pPr>
              <w:jc w:val="center"/>
            </w:pPr>
            <w:r>
              <w:rPr>
                <w:sz w:val="16"/>
              </w:rPr>
              <w:t xml:space="preserve">Tipo de </w:t>
            </w:r>
            <w:proofErr w:type="spellStart"/>
            <w:r>
              <w:rPr>
                <w:sz w:val="16"/>
              </w:rPr>
              <w:t>produto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bibliográfico</w:t>
            </w:r>
            <w:proofErr w:type="spellEnd"/>
          </w:p>
        </w:tc>
        <w:tc>
          <w:tcPr>
            <w:tcW w:w="8371" w:type="dxa"/>
            <w:gridSpan w:val="4"/>
          </w:tcPr>
          <w:p w14:paraId="1FAB9927" w14:textId="77777777" w:rsidR="00473FD2" w:rsidRPr="00824A5A" w:rsidRDefault="00000000">
            <w:pPr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t>☐ Artigo  ☐ Livro  ☐ Capítulo de livro  ☐ Outro: __________</w:t>
            </w:r>
          </w:p>
        </w:tc>
      </w:tr>
      <w:tr w:rsidR="00473FD2" w14:paraId="3FA2B6AD" w14:textId="77777777" w:rsidTr="00824A5A">
        <w:trPr>
          <w:jc w:val="center"/>
        </w:trPr>
        <w:tc>
          <w:tcPr>
            <w:tcW w:w="5871" w:type="dxa"/>
            <w:gridSpan w:val="3"/>
          </w:tcPr>
          <w:p w14:paraId="68DA8D17" w14:textId="77777777" w:rsidR="00473FD2" w:rsidRDefault="00000000">
            <w:pPr>
              <w:jc w:val="center"/>
            </w:pPr>
            <w:proofErr w:type="spellStart"/>
            <w:r>
              <w:rPr>
                <w:sz w:val="16"/>
              </w:rPr>
              <w:t>Situação</w:t>
            </w:r>
            <w:proofErr w:type="spellEnd"/>
          </w:p>
        </w:tc>
        <w:tc>
          <w:tcPr>
            <w:tcW w:w="8371" w:type="dxa"/>
            <w:gridSpan w:val="4"/>
          </w:tcPr>
          <w:p w14:paraId="23639DA0" w14:textId="77777777" w:rsidR="00473FD2" w:rsidRDefault="00000000">
            <w:r>
              <w:rPr>
                <w:sz w:val="16"/>
              </w:rPr>
              <w:t xml:space="preserve">☐ </w:t>
            </w:r>
            <w:proofErr w:type="spellStart"/>
            <w:proofErr w:type="gramStart"/>
            <w:r>
              <w:rPr>
                <w:sz w:val="16"/>
              </w:rPr>
              <w:t>Submetido</w:t>
            </w:r>
            <w:proofErr w:type="spellEnd"/>
            <w:r>
              <w:rPr>
                <w:sz w:val="16"/>
              </w:rPr>
              <w:t xml:space="preserve">  ☐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proofErr w:type="gramStart"/>
            <w:r>
              <w:rPr>
                <w:sz w:val="16"/>
              </w:rPr>
              <w:t>Aceito</w:t>
            </w:r>
            <w:proofErr w:type="spellEnd"/>
            <w:r>
              <w:rPr>
                <w:sz w:val="16"/>
              </w:rPr>
              <w:t xml:space="preserve">  ☐</w:t>
            </w:r>
            <w:proofErr w:type="gram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Publicado</w:t>
            </w:r>
            <w:proofErr w:type="spellEnd"/>
          </w:p>
        </w:tc>
      </w:tr>
      <w:tr w:rsidR="00473FD2" w:rsidRPr="00020250" w14:paraId="6F3D6CCF" w14:textId="77777777" w:rsidTr="00824A5A">
        <w:trPr>
          <w:jc w:val="center"/>
        </w:trPr>
        <w:tc>
          <w:tcPr>
            <w:tcW w:w="5871" w:type="dxa"/>
            <w:gridSpan w:val="3"/>
          </w:tcPr>
          <w:p w14:paraId="6046E37C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t>Data de submissão/aceite/publicação</w:t>
            </w:r>
          </w:p>
        </w:tc>
        <w:tc>
          <w:tcPr>
            <w:tcW w:w="8371" w:type="dxa"/>
            <w:gridSpan w:val="4"/>
          </w:tcPr>
          <w:p w14:paraId="1A9207AE" w14:textId="77777777" w:rsidR="00473FD2" w:rsidRPr="00824A5A" w:rsidRDefault="00473FD2">
            <w:pPr>
              <w:rPr>
                <w:lang w:val="pt-BR"/>
              </w:rPr>
            </w:pPr>
          </w:p>
        </w:tc>
      </w:tr>
      <w:tr w:rsidR="00473FD2" w:rsidRPr="00020250" w14:paraId="282ABD71" w14:textId="77777777" w:rsidTr="00824A5A">
        <w:trPr>
          <w:jc w:val="center"/>
        </w:trPr>
        <w:tc>
          <w:tcPr>
            <w:tcW w:w="5871" w:type="dxa"/>
            <w:gridSpan w:val="3"/>
          </w:tcPr>
          <w:p w14:paraId="22842FCC" w14:textId="7D530E29" w:rsidR="00473FD2" w:rsidRPr="00EE319A" w:rsidRDefault="00000000">
            <w:pPr>
              <w:jc w:val="center"/>
              <w:rPr>
                <w:lang w:val="pt-BR"/>
              </w:rPr>
            </w:pPr>
            <w:r w:rsidRPr="00EE319A">
              <w:rPr>
                <w:sz w:val="16"/>
                <w:lang w:val="pt-BR"/>
              </w:rPr>
              <w:t>DOI/link</w:t>
            </w:r>
            <w:r w:rsidR="00EE319A">
              <w:rPr>
                <w:sz w:val="16"/>
                <w:lang w:val="pt-BR"/>
              </w:rPr>
              <w:t xml:space="preserve"> ou </w:t>
            </w:r>
            <w:r w:rsidRPr="00EE319A">
              <w:rPr>
                <w:sz w:val="16"/>
                <w:lang w:val="pt-BR"/>
              </w:rPr>
              <w:t>comprovante</w:t>
            </w:r>
            <w:r w:rsidR="00EE319A" w:rsidRPr="00EE319A">
              <w:rPr>
                <w:sz w:val="16"/>
                <w:lang w:val="pt-BR"/>
              </w:rPr>
              <w:t xml:space="preserve"> de s</w:t>
            </w:r>
            <w:r w:rsidR="00EE319A">
              <w:rPr>
                <w:sz w:val="16"/>
                <w:lang w:val="pt-BR"/>
              </w:rPr>
              <w:t>ubmissao (em Anexo)</w:t>
            </w:r>
          </w:p>
        </w:tc>
        <w:tc>
          <w:tcPr>
            <w:tcW w:w="8371" w:type="dxa"/>
            <w:gridSpan w:val="4"/>
          </w:tcPr>
          <w:p w14:paraId="442A5C7B" w14:textId="77777777" w:rsidR="00473FD2" w:rsidRPr="00EE319A" w:rsidRDefault="00473FD2">
            <w:pPr>
              <w:rPr>
                <w:lang w:val="pt-BR"/>
              </w:rPr>
            </w:pPr>
          </w:p>
        </w:tc>
      </w:tr>
      <w:tr w:rsidR="00473FD2" w:rsidRPr="00020250" w14:paraId="16F6BA59" w14:textId="77777777" w:rsidTr="00824A5A">
        <w:trPr>
          <w:jc w:val="center"/>
        </w:trPr>
        <w:tc>
          <w:tcPr>
            <w:tcW w:w="5871" w:type="dxa"/>
            <w:gridSpan w:val="3"/>
          </w:tcPr>
          <w:p w14:paraId="0AB25AF7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t>Autores, na ordem de autoria</w:t>
            </w:r>
          </w:p>
        </w:tc>
        <w:tc>
          <w:tcPr>
            <w:tcW w:w="8371" w:type="dxa"/>
            <w:gridSpan w:val="4"/>
          </w:tcPr>
          <w:p w14:paraId="77587112" w14:textId="77777777" w:rsidR="00473FD2" w:rsidRPr="00824A5A" w:rsidRDefault="00473FD2">
            <w:pPr>
              <w:rPr>
                <w:lang w:val="pt-BR"/>
              </w:rPr>
            </w:pPr>
          </w:p>
        </w:tc>
      </w:tr>
      <w:tr w:rsidR="00473FD2" w14:paraId="0135459B" w14:textId="77777777" w:rsidTr="00824A5A">
        <w:trPr>
          <w:jc w:val="center"/>
        </w:trPr>
        <w:tc>
          <w:tcPr>
            <w:tcW w:w="5871" w:type="dxa"/>
            <w:gridSpan w:val="3"/>
          </w:tcPr>
          <w:p w14:paraId="1257B716" w14:textId="0B8C81D8" w:rsidR="00473FD2" w:rsidRPr="00824A5A" w:rsidRDefault="00EE319A">
            <w:pPr>
              <w:jc w:val="center"/>
              <w:rPr>
                <w:lang w:val="pt-BR"/>
              </w:rPr>
            </w:pPr>
            <w:r>
              <w:rPr>
                <w:sz w:val="16"/>
                <w:lang w:val="pt-BR"/>
              </w:rPr>
              <w:t>Indexação do Periodico (comprovante em Anexo)</w:t>
            </w:r>
          </w:p>
        </w:tc>
        <w:tc>
          <w:tcPr>
            <w:tcW w:w="8371" w:type="dxa"/>
            <w:gridSpan w:val="4"/>
          </w:tcPr>
          <w:p w14:paraId="4A1776CC" w14:textId="791334D4" w:rsidR="00473FD2" w:rsidRDefault="00000000">
            <w:r>
              <w:rPr>
                <w:sz w:val="16"/>
              </w:rPr>
              <w:t xml:space="preserve">☐ </w:t>
            </w:r>
            <w:proofErr w:type="gramStart"/>
            <w:r w:rsidR="00EE319A">
              <w:rPr>
                <w:sz w:val="16"/>
              </w:rPr>
              <w:t>Scopus</w:t>
            </w:r>
            <w:r>
              <w:rPr>
                <w:sz w:val="16"/>
              </w:rPr>
              <w:t xml:space="preserve">  ☐</w:t>
            </w:r>
            <w:proofErr w:type="gramEnd"/>
            <w:r>
              <w:rPr>
                <w:sz w:val="16"/>
              </w:rPr>
              <w:t xml:space="preserve"> </w:t>
            </w:r>
            <w:r w:rsidR="00EE319A">
              <w:rPr>
                <w:sz w:val="16"/>
              </w:rPr>
              <w:t>Web of Science</w:t>
            </w:r>
          </w:p>
        </w:tc>
      </w:tr>
      <w:tr w:rsidR="00473FD2" w:rsidRPr="00020250" w14:paraId="53061D96" w14:textId="77777777" w:rsidTr="00824A5A">
        <w:trPr>
          <w:jc w:val="center"/>
        </w:trPr>
        <w:tc>
          <w:tcPr>
            <w:tcW w:w="3868" w:type="dxa"/>
            <w:shd w:val="clear" w:color="auto" w:fill="D9EAF7"/>
          </w:tcPr>
          <w:p w14:paraId="4B767425" w14:textId="656C4D63" w:rsidR="00473FD2" w:rsidRPr="00EE319A" w:rsidRDefault="00000000">
            <w:pPr>
              <w:jc w:val="center"/>
              <w:rPr>
                <w:lang w:val="pt-BR"/>
              </w:rPr>
            </w:pPr>
            <w:r w:rsidRPr="00EE319A">
              <w:rPr>
                <w:b/>
                <w:sz w:val="13"/>
                <w:lang w:val="pt-BR"/>
              </w:rPr>
              <w:lastRenderedPageBreak/>
              <w:t>Componente de avaliação CAPES</w:t>
            </w:r>
            <w:r w:rsidR="00EE319A" w:rsidRPr="00EE319A">
              <w:rPr>
                <w:b/>
                <w:sz w:val="13"/>
                <w:lang w:val="pt-BR"/>
              </w:rPr>
              <w:t>/P</w:t>
            </w:r>
            <w:r w:rsidR="00EE319A">
              <w:rPr>
                <w:b/>
                <w:sz w:val="13"/>
                <w:lang w:val="pt-BR"/>
              </w:rPr>
              <w:t>PGCR</w:t>
            </w:r>
          </w:p>
        </w:tc>
        <w:tc>
          <w:tcPr>
            <w:tcW w:w="1140" w:type="dxa"/>
            <w:shd w:val="clear" w:color="auto" w:fill="D9EAF7"/>
          </w:tcPr>
          <w:p w14:paraId="1A528037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3"/>
              </w:rPr>
              <w:t>Pontuação</w:t>
            </w:r>
            <w:proofErr w:type="spellEnd"/>
            <w:r>
              <w:rPr>
                <w:b/>
                <w:sz w:val="13"/>
              </w:rPr>
              <w:t xml:space="preserve"> de </w:t>
            </w:r>
            <w:proofErr w:type="spellStart"/>
            <w:r>
              <w:rPr>
                <w:b/>
                <w:sz w:val="13"/>
              </w:rPr>
              <w:t>referência</w:t>
            </w:r>
            <w:proofErr w:type="spellEnd"/>
          </w:p>
        </w:tc>
        <w:tc>
          <w:tcPr>
            <w:tcW w:w="863" w:type="dxa"/>
            <w:shd w:val="clear" w:color="auto" w:fill="D9EAF7"/>
          </w:tcPr>
          <w:p w14:paraId="6A0D9079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3"/>
              </w:rPr>
              <w:t>Discente</w:t>
            </w:r>
            <w:proofErr w:type="spellEnd"/>
            <w:r>
              <w:rPr>
                <w:b/>
                <w:sz w:val="13"/>
              </w:rPr>
              <w:t xml:space="preserve"> (X)</w:t>
            </w:r>
          </w:p>
        </w:tc>
        <w:tc>
          <w:tcPr>
            <w:tcW w:w="1184" w:type="dxa"/>
            <w:shd w:val="clear" w:color="auto" w:fill="D9EAF7"/>
          </w:tcPr>
          <w:p w14:paraId="256C71A3" w14:textId="77777777" w:rsidR="00473FD2" w:rsidRDefault="00000000">
            <w:pPr>
              <w:jc w:val="center"/>
            </w:pPr>
            <w:r>
              <w:rPr>
                <w:b/>
                <w:sz w:val="13"/>
              </w:rPr>
              <w:t xml:space="preserve">Pontos </w:t>
            </w:r>
            <w:proofErr w:type="spellStart"/>
            <w:r>
              <w:rPr>
                <w:b/>
                <w:sz w:val="13"/>
              </w:rPr>
              <w:t>solicitados</w:t>
            </w:r>
            <w:proofErr w:type="spellEnd"/>
          </w:p>
        </w:tc>
        <w:tc>
          <w:tcPr>
            <w:tcW w:w="1127" w:type="dxa"/>
            <w:shd w:val="clear" w:color="auto" w:fill="D9EAF7"/>
          </w:tcPr>
          <w:p w14:paraId="4C504179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3"/>
              </w:rPr>
              <w:t>Comissão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valida</w:t>
            </w:r>
            <w:proofErr w:type="spellEnd"/>
            <w:r>
              <w:rPr>
                <w:b/>
                <w:sz w:val="13"/>
              </w:rPr>
              <w:t>? (X)</w:t>
            </w:r>
          </w:p>
        </w:tc>
        <w:tc>
          <w:tcPr>
            <w:tcW w:w="1121" w:type="dxa"/>
            <w:shd w:val="clear" w:color="auto" w:fill="D9EAF7"/>
          </w:tcPr>
          <w:p w14:paraId="3DEC8ED5" w14:textId="77777777" w:rsidR="00473FD2" w:rsidRDefault="00000000">
            <w:pPr>
              <w:jc w:val="center"/>
            </w:pPr>
            <w:r>
              <w:rPr>
                <w:b/>
                <w:sz w:val="13"/>
              </w:rPr>
              <w:t xml:space="preserve">Pontos </w:t>
            </w:r>
            <w:proofErr w:type="spellStart"/>
            <w:r>
              <w:rPr>
                <w:b/>
                <w:sz w:val="13"/>
              </w:rPr>
              <w:t>validados</w:t>
            </w:r>
            <w:proofErr w:type="spellEnd"/>
          </w:p>
        </w:tc>
        <w:tc>
          <w:tcPr>
            <w:tcW w:w="4939" w:type="dxa"/>
            <w:shd w:val="clear" w:color="auto" w:fill="D9EAF7"/>
          </w:tcPr>
          <w:p w14:paraId="37304CFB" w14:textId="48F040F8" w:rsidR="00473FD2" w:rsidRPr="00824A5A" w:rsidRDefault="00824A5A">
            <w:pPr>
              <w:jc w:val="center"/>
              <w:rPr>
                <w:lang w:val="pt-BR"/>
              </w:rPr>
            </w:pPr>
            <w:r w:rsidRPr="00824A5A">
              <w:rPr>
                <w:b/>
                <w:sz w:val="13"/>
                <w:lang w:val="pt-BR"/>
              </w:rPr>
              <w:t>Justificativa dos 19 pontos com base</w:t>
            </w:r>
            <w:r>
              <w:rPr>
                <w:b/>
                <w:sz w:val="13"/>
                <w:lang w:val="pt-BR"/>
              </w:rPr>
              <w:t xml:space="preserve"> nas pontuações apresentadas de cada critério</w:t>
            </w:r>
            <w:r w:rsidRPr="00824A5A">
              <w:rPr>
                <w:b/>
                <w:sz w:val="13"/>
                <w:lang w:val="pt-BR"/>
              </w:rPr>
              <w:t xml:space="preserve"> (PREENCHIMENTO OBRIGATORIO) </w:t>
            </w:r>
          </w:p>
        </w:tc>
      </w:tr>
      <w:tr w:rsidR="00EE319A" w14:paraId="7570C694" w14:textId="77777777" w:rsidTr="00824A5A">
        <w:trPr>
          <w:jc w:val="center"/>
        </w:trPr>
        <w:tc>
          <w:tcPr>
            <w:tcW w:w="3868" w:type="dxa"/>
          </w:tcPr>
          <w:p w14:paraId="2CA9EC9E" w14:textId="77777777" w:rsidR="00EE319A" w:rsidRDefault="00EE319A">
            <w:pPr>
              <w:jc w:val="center"/>
            </w:pPr>
            <w:proofErr w:type="spellStart"/>
            <w:r>
              <w:rPr>
                <w:sz w:val="13"/>
              </w:rPr>
              <w:t>Abrangência</w:t>
            </w:r>
            <w:proofErr w:type="spellEnd"/>
            <w:r>
              <w:rPr>
                <w:sz w:val="13"/>
              </w:rPr>
              <w:t xml:space="preserve"> local</w:t>
            </w:r>
          </w:p>
        </w:tc>
        <w:tc>
          <w:tcPr>
            <w:tcW w:w="1140" w:type="dxa"/>
          </w:tcPr>
          <w:p w14:paraId="0DE73D2C" w14:textId="77777777" w:rsidR="00EE319A" w:rsidRDefault="00EE319A">
            <w:r>
              <w:rPr>
                <w:sz w:val="13"/>
              </w:rPr>
              <w:t>1</w:t>
            </w:r>
          </w:p>
        </w:tc>
        <w:tc>
          <w:tcPr>
            <w:tcW w:w="863" w:type="dxa"/>
          </w:tcPr>
          <w:p w14:paraId="7B22774E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84" w:type="dxa"/>
            <w:vMerge w:val="restart"/>
          </w:tcPr>
          <w:p w14:paraId="7447DF9F" w14:textId="77777777" w:rsidR="00EE319A" w:rsidRDefault="00EE319A">
            <w:pPr>
              <w:jc w:val="center"/>
            </w:pPr>
          </w:p>
        </w:tc>
        <w:tc>
          <w:tcPr>
            <w:tcW w:w="1127" w:type="dxa"/>
          </w:tcPr>
          <w:p w14:paraId="045AD35F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1" w:type="dxa"/>
            <w:vMerge w:val="restart"/>
          </w:tcPr>
          <w:p w14:paraId="2B6B99B0" w14:textId="77777777" w:rsidR="00EE319A" w:rsidRDefault="00EE319A">
            <w:pPr>
              <w:jc w:val="center"/>
            </w:pPr>
          </w:p>
        </w:tc>
        <w:tc>
          <w:tcPr>
            <w:tcW w:w="4939" w:type="dxa"/>
            <w:vMerge w:val="restart"/>
          </w:tcPr>
          <w:p w14:paraId="59F3B4ED" w14:textId="77777777" w:rsidR="00EE319A" w:rsidRDefault="00EE319A"/>
        </w:tc>
      </w:tr>
      <w:tr w:rsidR="00EE319A" w14:paraId="43692A1C" w14:textId="77777777" w:rsidTr="00824A5A">
        <w:trPr>
          <w:jc w:val="center"/>
        </w:trPr>
        <w:tc>
          <w:tcPr>
            <w:tcW w:w="3868" w:type="dxa"/>
          </w:tcPr>
          <w:p w14:paraId="027F1DD8" w14:textId="77777777" w:rsidR="00EE319A" w:rsidRDefault="00EE319A">
            <w:pPr>
              <w:jc w:val="center"/>
            </w:pPr>
            <w:proofErr w:type="spellStart"/>
            <w:r>
              <w:rPr>
                <w:sz w:val="13"/>
              </w:rPr>
              <w:t>Abrangência</w:t>
            </w:r>
            <w:proofErr w:type="spellEnd"/>
            <w:r>
              <w:rPr>
                <w:sz w:val="13"/>
              </w:rPr>
              <w:t xml:space="preserve"> regional</w:t>
            </w:r>
          </w:p>
        </w:tc>
        <w:tc>
          <w:tcPr>
            <w:tcW w:w="1140" w:type="dxa"/>
          </w:tcPr>
          <w:p w14:paraId="61A8A788" w14:textId="77777777" w:rsidR="00EE319A" w:rsidRDefault="00EE319A">
            <w:r>
              <w:rPr>
                <w:sz w:val="13"/>
              </w:rPr>
              <w:t>3</w:t>
            </w:r>
          </w:p>
        </w:tc>
        <w:tc>
          <w:tcPr>
            <w:tcW w:w="863" w:type="dxa"/>
          </w:tcPr>
          <w:p w14:paraId="1E2FF1DD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84" w:type="dxa"/>
            <w:vMerge/>
          </w:tcPr>
          <w:p w14:paraId="305E7384" w14:textId="77777777" w:rsidR="00EE319A" w:rsidRDefault="00EE319A">
            <w:pPr>
              <w:jc w:val="center"/>
            </w:pPr>
          </w:p>
        </w:tc>
        <w:tc>
          <w:tcPr>
            <w:tcW w:w="1127" w:type="dxa"/>
          </w:tcPr>
          <w:p w14:paraId="32826CB1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1" w:type="dxa"/>
            <w:vMerge/>
          </w:tcPr>
          <w:p w14:paraId="50907EB1" w14:textId="77777777" w:rsidR="00EE319A" w:rsidRDefault="00EE319A">
            <w:pPr>
              <w:jc w:val="center"/>
            </w:pPr>
          </w:p>
        </w:tc>
        <w:tc>
          <w:tcPr>
            <w:tcW w:w="4939" w:type="dxa"/>
            <w:vMerge/>
          </w:tcPr>
          <w:p w14:paraId="52593593" w14:textId="77777777" w:rsidR="00EE319A" w:rsidRDefault="00EE319A"/>
        </w:tc>
      </w:tr>
      <w:tr w:rsidR="00EE319A" w14:paraId="6FB5DE30" w14:textId="77777777" w:rsidTr="00824A5A">
        <w:trPr>
          <w:jc w:val="center"/>
        </w:trPr>
        <w:tc>
          <w:tcPr>
            <w:tcW w:w="3868" w:type="dxa"/>
          </w:tcPr>
          <w:p w14:paraId="3481489E" w14:textId="77777777" w:rsidR="00EE319A" w:rsidRDefault="00EE319A">
            <w:pPr>
              <w:jc w:val="center"/>
            </w:pPr>
            <w:proofErr w:type="spellStart"/>
            <w:r>
              <w:rPr>
                <w:sz w:val="13"/>
              </w:rPr>
              <w:t>Abrangência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nacional</w:t>
            </w:r>
            <w:proofErr w:type="spellEnd"/>
          </w:p>
        </w:tc>
        <w:tc>
          <w:tcPr>
            <w:tcW w:w="1140" w:type="dxa"/>
          </w:tcPr>
          <w:p w14:paraId="5ECBA412" w14:textId="77777777" w:rsidR="00EE319A" w:rsidRDefault="00EE319A">
            <w:r>
              <w:rPr>
                <w:sz w:val="13"/>
              </w:rPr>
              <w:t>4</w:t>
            </w:r>
          </w:p>
        </w:tc>
        <w:tc>
          <w:tcPr>
            <w:tcW w:w="863" w:type="dxa"/>
          </w:tcPr>
          <w:p w14:paraId="45623C1A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84" w:type="dxa"/>
            <w:vMerge/>
          </w:tcPr>
          <w:p w14:paraId="64A88B0F" w14:textId="77777777" w:rsidR="00EE319A" w:rsidRDefault="00EE319A">
            <w:pPr>
              <w:jc w:val="center"/>
            </w:pPr>
          </w:p>
        </w:tc>
        <w:tc>
          <w:tcPr>
            <w:tcW w:w="1127" w:type="dxa"/>
          </w:tcPr>
          <w:p w14:paraId="30EBA195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1" w:type="dxa"/>
            <w:vMerge/>
          </w:tcPr>
          <w:p w14:paraId="5AA29084" w14:textId="77777777" w:rsidR="00EE319A" w:rsidRDefault="00EE319A">
            <w:pPr>
              <w:jc w:val="center"/>
            </w:pPr>
          </w:p>
        </w:tc>
        <w:tc>
          <w:tcPr>
            <w:tcW w:w="4939" w:type="dxa"/>
            <w:vMerge/>
          </w:tcPr>
          <w:p w14:paraId="298F0B6B" w14:textId="77777777" w:rsidR="00EE319A" w:rsidRDefault="00EE319A"/>
        </w:tc>
      </w:tr>
      <w:tr w:rsidR="00EE319A" w14:paraId="2A2BD78B" w14:textId="77777777" w:rsidTr="00824A5A">
        <w:trPr>
          <w:jc w:val="center"/>
        </w:trPr>
        <w:tc>
          <w:tcPr>
            <w:tcW w:w="3868" w:type="dxa"/>
          </w:tcPr>
          <w:p w14:paraId="2F19BADE" w14:textId="77777777" w:rsidR="00EE319A" w:rsidRDefault="00EE319A">
            <w:pPr>
              <w:jc w:val="center"/>
            </w:pPr>
            <w:proofErr w:type="spellStart"/>
            <w:r>
              <w:rPr>
                <w:sz w:val="13"/>
              </w:rPr>
              <w:t>Abrangência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internacional</w:t>
            </w:r>
            <w:proofErr w:type="spellEnd"/>
          </w:p>
        </w:tc>
        <w:tc>
          <w:tcPr>
            <w:tcW w:w="1140" w:type="dxa"/>
          </w:tcPr>
          <w:p w14:paraId="0922B1FD" w14:textId="77777777" w:rsidR="00EE319A" w:rsidRDefault="00EE319A">
            <w:r>
              <w:rPr>
                <w:sz w:val="13"/>
              </w:rPr>
              <w:t>5</w:t>
            </w:r>
          </w:p>
        </w:tc>
        <w:tc>
          <w:tcPr>
            <w:tcW w:w="863" w:type="dxa"/>
          </w:tcPr>
          <w:p w14:paraId="1312FA80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84" w:type="dxa"/>
            <w:vMerge/>
          </w:tcPr>
          <w:p w14:paraId="5A20ADD5" w14:textId="77777777" w:rsidR="00EE319A" w:rsidRDefault="00EE319A">
            <w:pPr>
              <w:jc w:val="center"/>
            </w:pPr>
          </w:p>
        </w:tc>
        <w:tc>
          <w:tcPr>
            <w:tcW w:w="1127" w:type="dxa"/>
          </w:tcPr>
          <w:p w14:paraId="32B99A19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1" w:type="dxa"/>
            <w:vMerge/>
          </w:tcPr>
          <w:p w14:paraId="15598322" w14:textId="77777777" w:rsidR="00EE319A" w:rsidRDefault="00EE319A">
            <w:pPr>
              <w:jc w:val="center"/>
            </w:pPr>
          </w:p>
        </w:tc>
        <w:tc>
          <w:tcPr>
            <w:tcW w:w="4939" w:type="dxa"/>
            <w:vMerge/>
          </w:tcPr>
          <w:p w14:paraId="26085EDC" w14:textId="77777777" w:rsidR="00EE319A" w:rsidRDefault="00EE319A"/>
        </w:tc>
      </w:tr>
      <w:tr w:rsidR="00EE319A" w14:paraId="28E563E7" w14:textId="77777777" w:rsidTr="00824A5A">
        <w:trPr>
          <w:jc w:val="center"/>
        </w:trPr>
        <w:tc>
          <w:tcPr>
            <w:tcW w:w="3868" w:type="dxa"/>
          </w:tcPr>
          <w:p w14:paraId="6EF8BD1F" w14:textId="77777777" w:rsidR="00EE319A" w:rsidRDefault="00EE319A">
            <w:pPr>
              <w:jc w:val="center"/>
            </w:pPr>
            <w:proofErr w:type="spellStart"/>
            <w:r>
              <w:rPr>
                <w:sz w:val="13"/>
              </w:rPr>
              <w:t>Complexidade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baixa</w:t>
            </w:r>
            <w:proofErr w:type="spellEnd"/>
          </w:p>
        </w:tc>
        <w:tc>
          <w:tcPr>
            <w:tcW w:w="1140" w:type="dxa"/>
          </w:tcPr>
          <w:p w14:paraId="577C2EFE" w14:textId="77777777" w:rsidR="00EE319A" w:rsidRDefault="00EE319A">
            <w:r>
              <w:rPr>
                <w:sz w:val="13"/>
              </w:rPr>
              <w:t>1</w:t>
            </w:r>
          </w:p>
        </w:tc>
        <w:tc>
          <w:tcPr>
            <w:tcW w:w="863" w:type="dxa"/>
          </w:tcPr>
          <w:p w14:paraId="5223B34B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84" w:type="dxa"/>
            <w:vMerge w:val="restart"/>
          </w:tcPr>
          <w:p w14:paraId="3EA2291A" w14:textId="77777777" w:rsidR="00EE319A" w:rsidRDefault="00EE319A">
            <w:pPr>
              <w:jc w:val="center"/>
            </w:pPr>
          </w:p>
        </w:tc>
        <w:tc>
          <w:tcPr>
            <w:tcW w:w="1127" w:type="dxa"/>
          </w:tcPr>
          <w:p w14:paraId="6E0F90A7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1" w:type="dxa"/>
            <w:vMerge w:val="restart"/>
          </w:tcPr>
          <w:p w14:paraId="662D3813" w14:textId="77777777" w:rsidR="00EE319A" w:rsidRDefault="00EE319A">
            <w:pPr>
              <w:jc w:val="center"/>
            </w:pPr>
          </w:p>
        </w:tc>
        <w:tc>
          <w:tcPr>
            <w:tcW w:w="4939" w:type="dxa"/>
            <w:vMerge w:val="restart"/>
          </w:tcPr>
          <w:p w14:paraId="6FCD0FD5" w14:textId="77777777" w:rsidR="00EE319A" w:rsidRDefault="00EE319A"/>
        </w:tc>
      </w:tr>
      <w:tr w:rsidR="00EE319A" w14:paraId="65AE33C6" w14:textId="77777777" w:rsidTr="00824A5A">
        <w:trPr>
          <w:jc w:val="center"/>
        </w:trPr>
        <w:tc>
          <w:tcPr>
            <w:tcW w:w="3868" w:type="dxa"/>
          </w:tcPr>
          <w:p w14:paraId="033662C6" w14:textId="77777777" w:rsidR="00EE319A" w:rsidRDefault="00EE319A">
            <w:pPr>
              <w:jc w:val="center"/>
            </w:pPr>
            <w:proofErr w:type="spellStart"/>
            <w:r>
              <w:rPr>
                <w:sz w:val="13"/>
              </w:rPr>
              <w:t>Complexidade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média</w:t>
            </w:r>
            <w:proofErr w:type="spellEnd"/>
          </w:p>
        </w:tc>
        <w:tc>
          <w:tcPr>
            <w:tcW w:w="1140" w:type="dxa"/>
          </w:tcPr>
          <w:p w14:paraId="5877EED7" w14:textId="77777777" w:rsidR="00EE319A" w:rsidRDefault="00EE319A">
            <w:r>
              <w:rPr>
                <w:sz w:val="13"/>
              </w:rPr>
              <w:t>3</w:t>
            </w:r>
          </w:p>
        </w:tc>
        <w:tc>
          <w:tcPr>
            <w:tcW w:w="863" w:type="dxa"/>
          </w:tcPr>
          <w:p w14:paraId="0C128EB2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84" w:type="dxa"/>
            <w:vMerge/>
          </w:tcPr>
          <w:p w14:paraId="3EF8EBF3" w14:textId="77777777" w:rsidR="00EE319A" w:rsidRDefault="00EE319A">
            <w:pPr>
              <w:jc w:val="center"/>
            </w:pPr>
          </w:p>
        </w:tc>
        <w:tc>
          <w:tcPr>
            <w:tcW w:w="1127" w:type="dxa"/>
          </w:tcPr>
          <w:p w14:paraId="6E80A656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1" w:type="dxa"/>
            <w:vMerge/>
          </w:tcPr>
          <w:p w14:paraId="587A2202" w14:textId="77777777" w:rsidR="00EE319A" w:rsidRDefault="00EE319A">
            <w:pPr>
              <w:jc w:val="center"/>
            </w:pPr>
          </w:p>
        </w:tc>
        <w:tc>
          <w:tcPr>
            <w:tcW w:w="4939" w:type="dxa"/>
            <w:vMerge/>
          </w:tcPr>
          <w:p w14:paraId="60778ECD" w14:textId="77777777" w:rsidR="00EE319A" w:rsidRDefault="00EE319A"/>
        </w:tc>
      </w:tr>
      <w:tr w:rsidR="00EE319A" w14:paraId="15EAF5CF" w14:textId="77777777" w:rsidTr="00824A5A">
        <w:trPr>
          <w:jc w:val="center"/>
        </w:trPr>
        <w:tc>
          <w:tcPr>
            <w:tcW w:w="3868" w:type="dxa"/>
          </w:tcPr>
          <w:p w14:paraId="670522F2" w14:textId="77777777" w:rsidR="00EE319A" w:rsidRDefault="00EE319A">
            <w:pPr>
              <w:jc w:val="center"/>
            </w:pPr>
            <w:proofErr w:type="spellStart"/>
            <w:r>
              <w:rPr>
                <w:sz w:val="13"/>
              </w:rPr>
              <w:t>Complexidade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alta</w:t>
            </w:r>
            <w:proofErr w:type="spellEnd"/>
          </w:p>
        </w:tc>
        <w:tc>
          <w:tcPr>
            <w:tcW w:w="1140" w:type="dxa"/>
          </w:tcPr>
          <w:p w14:paraId="4B1A8CF5" w14:textId="77777777" w:rsidR="00EE319A" w:rsidRDefault="00EE319A">
            <w:r>
              <w:rPr>
                <w:sz w:val="13"/>
              </w:rPr>
              <w:t>5</w:t>
            </w:r>
          </w:p>
        </w:tc>
        <w:tc>
          <w:tcPr>
            <w:tcW w:w="863" w:type="dxa"/>
          </w:tcPr>
          <w:p w14:paraId="549E742F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84" w:type="dxa"/>
            <w:vMerge/>
          </w:tcPr>
          <w:p w14:paraId="5DDC1F77" w14:textId="77777777" w:rsidR="00EE319A" w:rsidRDefault="00EE319A">
            <w:pPr>
              <w:jc w:val="center"/>
            </w:pPr>
          </w:p>
        </w:tc>
        <w:tc>
          <w:tcPr>
            <w:tcW w:w="1127" w:type="dxa"/>
          </w:tcPr>
          <w:p w14:paraId="60B003C0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1" w:type="dxa"/>
            <w:vMerge/>
          </w:tcPr>
          <w:p w14:paraId="5B8CCFB0" w14:textId="77777777" w:rsidR="00EE319A" w:rsidRDefault="00EE319A">
            <w:pPr>
              <w:jc w:val="center"/>
            </w:pPr>
          </w:p>
        </w:tc>
        <w:tc>
          <w:tcPr>
            <w:tcW w:w="4939" w:type="dxa"/>
            <w:vMerge/>
          </w:tcPr>
          <w:p w14:paraId="44088534" w14:textId="77777777" w:rsidR="00EE319A" w:rsidRDefault="00EE319A"/>
        </w:tc>
      </w:tr>
      <w:tr w:rsidR="00EE319A" w14:paraId="38F25A03" w14:textId="77777777" w:rsidTr="00824A5A">
        <w:trPr>
          <w:jc w:val="center"/>
        </w:trPr>
        <w:tc>
          <w:tcPr>
            <w:tcW w:w="3868" w:type="dxa"/>
          </w:tcPr>
          <w:p w14:paraId="71E4B879" w14:textId="77777777" w:rsidR="00EE319A" w:rsidRDefault="00EE319A">
            <w:pPr>
              <w:jc w:val="center"/>
            </w:pPr>
            <w:proofErr w:type="spellStart"/>
            <w:r>
              <w:rPr>
                <w:sz w:val="13"/>
              </w:rPr>
              <w:t>Inovação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baixa</w:t>
            </w:r>
            <w:proofErr w:type="spellEnd"/>
          </w:p>
        </w:tc>
        <w:tc>
          <w:tcPr>
            <w:tcW w:w="1140" w:type="dxa"/>
          </w:tcPr>
          <w:p w14:paraId="6E85F596" w14:textId="77777777" w:rsidR="00EE319A" w:rsidRDefault="00EE319A">
            <w:r>
              <w:rPr>
                <w:sz w:val="13"/>
              </w:rPr>
              <w:t>1</w:t>
            </w:r>
          </w:p>
        </w:tc>
        <w:tc>
          <w:tcPr>
            <w:tcW w:w="863" w:type="dxa"/>
          </w:tcPr>
          <w:p w14:paraId="242B709B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84" w:type="dxa"/>
            <w:vMerge w:val="restart"/>
          </w:tcPr>
          <w:p w14:paraId="318BC08D" w14:textId="77777777" w:rsidR="00EE319A" w:rsidRDefault="00EE319A">
            <w:pPr>
              <w:jc w:val="center"/>
            </w:pPr>
          </w:p>
        </w:tc>
        <w:tc>
          <w:tcPr>
            <w:tcW w:w="1127" w:type="dxa"/>
          </w:tcPr>
          <w:p w14:paraId="5966BDAF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1" w:type="dxa"/>
            <w:vMerge w:val="restart"/>
          </w:tcPr>
          <w:p w14:paraId="5587C1F5" w14:textId="77777777" w:rsidR="00EE319A" w:rsidRDefault="00EE319A">
            <w:pPr>
              <w:jc w:val="center"/>
            </w:pPr>
          </w:p>
        </w:tc>
        <w:tc>
          <w:tcPr>
            <w:tcW w:w="4939" w:type="dxa"/>
            <w:vMerge w:val="restart"/>
          </w:tcPr>
          <w:p w14:paraId="5428B69C" w14:textId="77777777" w:rsidR="00EE319A" w:rsidRDefault="00EE319A"/>
        </w:tc>
      </w:tr>
      <w:tr w:rsidR="00EE319A" w14:paraId="42EFEAC5" w14:textId="77777777" w:rsidTr="00824A5A">
        <w:trPr>
          <w:jc w:val="center"/>
        </w:trPr>
        <w:tc>
          <w:tcPr>
            <w:tcW w:w="3868" w:type="dxa"/>
          </w:tcPr>
          <w:p w14:paraId="4473E8AD" w14:textId="77777777" w:rsidR="00EE319A" w:rsidRDefault="00EE319A">
            <w:pPr>
              <w:jc w:val="center"/>
            </w:pPr>
            <w:proofErr w:type="spellStart"/>
            <w:r>
              <w:rPr>
                <w:sz w:val="13"/>
              </w:rPr>
              <w:t>Inovação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média</w:t>
            </w:r>
            <w:proofErr w:type="spellEnd"/>
          </w:p>
        </w:tc>
        <w:tc>
          <w:tcPr>
            <w:tcW w:w="1140" w:type="dxa"/>
          </w:tcPr>
          <w:p w14:paraId="2DB2088B" w14:textId="77777777" w:rsidR="00EE319A" w:rsidRDefault="00EE319A">
            <w:r>
              <w:rPr>
                <w:sz w:val="13"/>
              </w:rPr>
              <w:t>3</w:t>
            </w:r>
          </w:p>
        </w:tc>
        <w:tc>
          <w:tcPr>
            <w:tcW w:w="863" w:type="dxa"/>
          </w:tcPr>
          <w:p w14:paraId="21FE9237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84" w:type="dxa"/>
            <w:vMerge/>
          </w:tcPr>
          <w:p w14:paraId="3E3C1A07" w14:textId="77777777" w:rsidR="00EE319A" w:rsidRDefault="00EE319A">
            <w:pPr>
              <w:jc w:val="center"/>
            </w:pPr>
          </w:p>
        </w:tc>
        <w:tc>
          <w:tcPr>
            <w:tcW w:w="1127" w:type="dxa"/>
          </w:tcPr>
          <w:p w14:paraId="22BF546A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1" w:type="dxa"/>
            <w:vMerge/>
          </w:tcPr>
          <w:p w14:paraId="21162021" w14:textId="77777777" w:rsidR="00EE319A" w:rsidRDefault="00EE319A">
            <w:pPr>
              <w:jc w:val="center"/>
            </w:pPr>
          </w:p>
        </w:tc>
        <w:tc>
          <w:tcPr>
            <w:tcW w:w="4939" w:type="dxa"/>
            <w:vMerge/>
          </w:tcPr>
          <w:p w14:paraId="68DB5F9D" w14:textId="77777777" w:rsidR="00EE319A" w:rsidRDefault="00EE319A"/>
        </w:tc>
      </w:tr>
      <w:tr w:rsidR="00EE319A" w14:paraId="0970A9B4" w14:textId="77777777" w:rsidTr="00824A5A">
        <w:trPr>
          <w:jc w:val="center"/>
        </w:trPr>
        <w:tc>
          <w:tcPr>
            <w:tcW w:w="3868" w:type="dxa"/>
          </w:tcPr>
          <w:p w14:paraId="090E4E27" w14:textId="77777777" w:rsidR="00EE319A" w:rsidRDefault="00EE319A">
            <w:pPr>
              <w:jc w:val="center"/>
            </w:pPr>
            <w:proofErr w:type="spellStart"/>
            <w:r>
              <w:rPr>
                <w:sz w:val="13"/>
              </w:rPr>
              <w:t>Inovação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alta</w:t>
            </w:r>
            <w:proofErr w:type="spellEnd"/>
          </w:p>
        </w:tc>
        <w:tc>
          <w:tcPr>
            <w:tcW w:w="1140" w:type="dxa"/>
          </w:tcPr>
          <w:p w14:paraId="04D8E5B2" w14:textId="77777777" w:rsidR="00EE319A" w:rsidRDefault="00EE319A">
            <w:r>
              <w:rPr>
                <w:sz w:val="13"/>
              </w:rPr>
              <w:t>5</w:t>
            </w:r>
          </w:p>
        </w:tc>
        <w:tc>
          <w:tcPr>
            <w:tcW w:w="863" w:type="dxa"/>
          </w:tcPr>
          <w:p w14:paraId="0FF081A2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84" w:type="dxa"/>
            <w:vMerge/>
          </w:tcPr>
          <w:p w14:paraId="18A9DE86" w14:textId="77777777" w:rsidR="00EE319A" w:rsidRDefault="00EE319A">
            <w:pPr>
              <w:jc w:val="center"/>
            </w:pPr>
          </w:p>
        </w:tc>
        <w:tc>
          <w:tcPr>
            <w:tcW w:w="1127" w:type="dxa"/>
          </w:tcPr>
          <w:p w14:paraId="47CA76C6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1" w:type="dxa"/>
            <w:vMerge/>
          </w:tcPr>
          <w:p w14:paraId="3D3B5755" w14:textId="77777777" w:rsidR="00EE319A" w:rsidRDefault="00EE319A">
            <w:pPr>
              <w:jc w:val="center"/>
            </w:pPr>
          </w:p>
        </w:tc>
        <w:tc>
          <w:tcPr>
            <w:tcW w:w="4939" w:type="dxa"/>
            <w:vMerge/>
          </w:tcPr>
          <w:p w14:paraId="289223B5" w14:textId="77777777" w:rsidR="00EE319A" w:rsidRDefault="00EE319A"/>
        </w:tc>
      </w:tr>
      <w:tr w:rsidR="00EE319A" w14:paraId="7E625E7C" w14:textId="77777777" w:rsidTr="00824A5A">
        <w:trPr>
          <w:jc w:val="center"/>
        </w:trPr>
        <w:tc>
          <w:tcPr>
            <w:tcW w:w="3868" w:type="dxa"/>
          </w:tcPr>
          <w:p w14:paraId="422B14CA" w14:textId="77777777" w:rsidR="00EE319A" w:rsidRDefault="00EE319A">
            <w:pPr>
              <w:jc w:val="center"/>
            </w:pPr>
            <w:proofErr w:type="spellStart"/>
            <w:r>
              <w:rPr>
                <w:sz w:val="13"/>
              </w:rPr>
              <w:t>Aplicabilidade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baixa</w:t>
            </w:r>
            <w:proofErr w:type="spellEnd"/>
          </w:p>
        </w:tc>
        <w:tc>
          <w:tcPr>
            <w:tcW w:w="1140" w:type="dxa"/>
          </w:tcPr>
          <w:p w14:paraId="09C95E48" w14:textId="77777777" w:rsidR="00EE319A" w:rsidRDefault="00EE319A">
            <w:r>
              <w:rPr>
                <w:sz w:val="13"/>
              </w:rPr>
              <w:t>1</w:t>
            </w:r>
          </w:p>
        </w:tc>
        <w:tc>
          <w:tcPr>
            <w:tcW w:w="863" w:type="dxa"/>
          </w:tcPr>
          <w:p w14:paraId="0D329BEB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84" w:type="dxa"/>
            <w:vMerge w:val="restart"/>
          </w:tcPr>
          <w:p w14:paraId="69943CD7" w14:textId="77777777" w:rsidR="00EE319A" w:rsidRDefault="00EE319A">
            <w:pPr>
              <w:jc w:val="center"/>
            </w:pPr>
          </w:p>
        </w:tc>
        <w:tc>
          <w:tcPr>
            <w:tcW w:w="1127" w:type="dxa"/>
          </w:tcPr>
          <w:p w14:paraId="76EF0654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1" w:type="dxa"/>
            <w:vMerge w:val="restart"/>
          </w:tcPr>
          <w:p w14:paraId="4AD2B8E1" w14:textId="77777777" w:rsidR="00EE319A" w:rsidRDefault="00EE319A">
            <w:pPr>
              <w:jc w:val="center"/>
            </w:pPr>
          </w:p>
        </w:tc>
        <w:tc>
          <w:tcPr>
            <w:tcW w:w="4939" w:type="dxa"/>
            <w:vMerge w:val="restart"/>
          </w:tcPr>
          <w:p w14:paraId="110B6D07" w14:textId="77777777" w:rsidR="00EE319A" w:rsidRDefault="00EE319A"/>
        </w:tc>
      </w:tr>
      <w:tr w:rsidR="00EE319A" w14:paraId="60503FF7" w14:textId="77777777" w:rsidTr="00824A5A">
        <w:trPr>
          <w:jc w:val="center"/>
        </w:trPr>
        <w:tc>
          <w:tcPr>
            <w:tcW w:w="3868" w:type="dxa"/>
          </w:tcPr>
          <w:p w14:paraId="1ECFBD0D" w14:textId="77777777" w:rsidR="00EE319A" w:rsidRDefault="00EE319A">
            <w:pPr>
              <w:jc w:val="center"/>
            </w:pPr>
            <w:proofErr w:type="spellStart"/>
            <w:r>
              <w:rPr>
                <w:sz w:val="13"/>
              </w:rPr>
              <w:t>Aplicabilidade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média</w:t>
            </w:r>
            <w:proofErr w:type="spellEnd"/>
          </w:p>
        </w:tc>
        <w:tc>
          <w:tcPr>
            <w:tcW w:w="1140" w:type="dxa"/>
          </w:tcPr>
          <w:p w14:paraId="229454E5" w14:textId="77777777" w:rsidR="00EE319A" w:rsidRDefault="00EE319A">
            <w:r>
              <w:rPr>
                <w:sz w:val="13"/>
              </w:rPr>
              <w:t>3</w:t>
            </w:r>
          </w:p>
        </w:tc>
        <w:tc>
          <w:tcPr>
            <w:tcW w:w="863" w:type="dxa"/>
          </w:tcPr>
          <w:p w14:paraId="2F899F5F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84" w:type="dxa"/>
            <w:vMerge/>
          </w:tcPr>
          <w:p w14:paraId="4DB3D29B" w14:textId="77777777" w:rsidR="00EE319A" w:rsidRDefault="00EE319A">
            <w:pPr>
              <w:jc w:val="center"/>
            </w:pPr>
          </w:p>
        </w:tc>
        <w:tc>
          <w:tcPr>
            <w:tcW w:w="1127" w:type="dxa"/>
          </w:tcPr>
          <w:p w14:paraId="06A36F03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1" w:type="dxa"/>
            <w:vMerge/>
          </w:tcPr>
          <w:p w14:paraId="46E66C61" w14:textId="77777777" w:rsidR="00EE319A" w:rsidRDefault="00EE319A">
            <w:pPr>
              <w:jc w:val="center"/>
            </w:pPr>
          </w:p>
        </w:tc>
        <w:tc>
          <w:tcPr>
            <w:tcW w:w="4939" w:type="dxa"/>
            <w:vMerge/>
          </w:tcPr>
          <w:p w14:paraId="10D8981D" w14:textId="77777777" w:rsidR="00EE319A" w:rsidRDefault="00EE319A"/>
        </w:tc>
      </w:tr>
      <w:tr w:rsidR="00EE319A" w14:paraId="79834966" w14:textId="77777777" w:rsidTr="00824A5A">
        <w:trPr>
          <w:jc w:val="center"/>
        </w:trPr>
        <w:tc>
          <w:tcPr>
            <w:tcW w:w="3868" w:type="dxa"/>
          </w:tcPr>
          <w:p w14:paraId="01B2BFC0" w14:textId="77777777" w:rsidR="00EE319A" w:rsidRDefault="00EE319A">
            <w:pPr>
              <w:jc w:val="center"/>
            </w:pPr>
            <w:proofErr w:type="spellStart"/>
            <w:r>
              <w:rPr>
                <w:sz w:val="13"/>
              </w:rPr>
              <w:t>Aplicabilidade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alta</w:t>
            </w:r>
            <w:proofErr w:type="spellEnd"/>
          </w:p>
        </w:tc>
        <w:tc>
          <w:tcPr>
            <w:tcW w:w="1140" w:type="dxa"/>
          </w:tcPr>
          <w:p w14:paraId="4172D422" w14:textId="77777777" w:rsidR="00EE319A" w:rsidRDefault="00EE319A">
            <w:r>
              <w:rPr>
                <w:sz w:val="13"/>
              </w:rPr>
              <w:t>5</w:t>
            </w:r>
          </w:p>
        </w:tc>
        <w:tc>
          <w:tcPr>
            <w:tcW w:w="863" w:type="dxa"/>
          </w:tcPr>
          <w:p w14:paraId="6D40FCB6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84" w:type="dxa"/>
            <w:vMerge/>
          </w:tcPr>
          <w:p w14:paraId="712BB339" w14:textId="77777777" w:rsidR="00EE319A" w:rsidRDefault="00EE319A">
            <w:pPr>
              <w:jc w:val="center"/>
            </w:pPr>
          </w:p>
        </w:tc>
        <w:tc>
          <w:tcPr>
            <w:tcW w:w="1127" w:type="dxa"/>
          </w:tcPr>
          <w:p w14:paraId="34877B22" w14:textId="77777777" w:rsidR="00EE319A" w:rsidRDefault="00EE319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1" w:type="dxa"/>
            <w:vMerge/>
          </w:tcPr>
          <w:p w14:paraId="4C8B90B5" w14:textId="77777777" w:rsidR="00EE319A" w:rsidRDefault="00EE319A">
            <w:pPr>
              <w:jc w:val="center"/>
            </w:pPr>
          </w:p>
        </w:tc>
        <w:tc>
          <w:tcPr>
            <w:tcW w:w="4939" w:type="dxa"/>
            <w:vMerge/>
          </w:tcPr>
          <w:p w14:paraId="213B42ED" w14:textId="77777777" w:rsidR="00EE319A" w:rsidRDefault="00EE319A"/>
        </w:tc>
      </w:tr>
      <w:tr w:rsidR="00824A5A" w14:paraId="65231C52" w14:textId="77777777" w:rsidTr="00824A5A">
        <w:trPr>
          <w:jc w:val="center"/>
        </w:trPr>
        <w:tc>
          <w:tcPr>
            <w:tcW w:w="3868" w:type="dxa"/>
          </w:tcPr>
          <w:p w14:paraId="3CA3BCF3" w14:textId="77777777" w:rsidR="00824A5A" w:rsidRPr="00824A5A" w:rsidRDefault="00824A5A">
            <w:pPr>
              <w:jc w:val="center"/>
              <w:rPr>
                <w:lang w:val="pt-BR"/>
              </w:rPr>
            </w:pPr>
            <w:r w:rsidRPr="00824A5A">
              <w:rPr>
                <w:sz w:val="13"/>
                <w:lang w:val="pt-BR"/>
              </w:rPr>
              <w:t>Docente permanente em posição qualificadora de autoria: primeiro, segundo, penúltimo ou último autor</w:t>
            </w:r>
          </w:p>
        </w:tc>
        <w:tc>
          <w:tcPr>
            <w:tcW w:w="1140" w:type="dxa"/>
          </w:tcPr>
          <w:p w14:paraId="70948985" w14:textId="77777777" w:rsidR="00824A5A" w:rsidRDefault="00824A5A">
            <w:r>
              <w:rPr>
                <w:sz w:val="13"/>
              </w:rPr>
              <w:t>1</w:t>
            </w:r>
          </w:p>
        </w:tc>
        <w:tc>
          <w:tcPr>
            <w:tcW w:w="863" w:type="dxa"/>
          </w:tcPr>
          <w:p w14:paraId="0D6CABF4" w14:textId="77777777" w:rsidR="00824A5A" w:rsidRDefault="00824A5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84" w:type="dxa"/>
          </w:tcPr>
          <w:p w14:paraId="1D0D7434" w14:textId="77777777" w:rsidR="00824A5A" w:rsidRDefault="00824A5A">
            <w:pPr>
              <w:jc w:val="center"/>
            </w:pPr>
          </w:p>
        </w:tc>
        <w:tc>
          <w:tcPr>
            <w:tcW w:w="1127" w:type="dxa"/>
          </w:tcPr>
          <w:p w14:paraId="282FAA16" w14:textId="77777777" w:rsidR="00824A5A" w:rsidRDefault="00824A5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1" w:type="dxa"/>
          </w:tcPr>
          <w:p w14:paraId="479CD480" w14:textId="77777777" w:rsidR="00824A5A" w:rsidRDefault="00824A5A">
            <w:pPr>
              <w:jc w:val="center"/>
            </w:pPr>
          </w:p>
        </w:tc>
        <w:tc>
          <w:tcPr>
            <w:tcW w:w="4939" w:type="dxa"/>
          </w:tcPr>
          <w:p w14:paraId="6691096A" w14:textId="77BDDAFB" w:rsidR="00824A5A" w:rsidRDefault="00EE319A">
            <w:r>
              <w:t>NA</w:t>
            </w:r>
          </w:p>
        </w:tc>
      </w:tr>
      <w:tr w:rsidR="00824A5A" w14:paraId="13C5DC9E" w14:textId="77777777" w:rsidTr="00824A5A">
        <w:trPr>
          <w:jc w:val="center"/>
        </w:trPr>
        <w:tc>
          <w:tcPr>
            <w:tcW w:w="3868" w:type="dxa"/>
          </w:tcPr>
          <w:p w14:paraId="0F025673" w14:textId="77777777" w:rsidR="00824A5A" w:rsidRPr="00824A5A" w:rsidRDefault="00824A5A">
            <w:pPr>
              <w:jc w:val="center"/>
              <w:rPr>
                <w:lang w:val="pt-BR"/>
              </w:rPr>
            </w:pPr>
            <w:r w:rsidRPr="00824A5A">
              <w:rPr>
                <w:sz w:val="13"/>
                <w:lang w:val="pt-BR"/>
              </w:rPr>
              <w:t>Relação direta com dissertação/tese do PPG</w:t>
            </w:r>
          </w:p>
        </w:tc>
        <w:tc>
          <w:tcPr>
            <w:tcW w:w="1140" w:type="dxa"/>
          </w:tcPr>
          <w:p w14:paraId="67BB3964" w14:textId="77777777" w:rsidR="00824A5A" w:rsidRDefault="00824A5A">
            <w:r>
              <w:rPr>
                <w:sz w:val="13"/>
              </w:rPr>
              <w:t>2</w:t>
            </w:r>
          </w:p>
        </w:tc>
        <w:tc>
          <w:tcPr>
            <w:tcW w:w="863" w:type="dxa"/>
          </w:tcPr>
          <w:p w14:paraId="14959356" w14:textId="77777777" w:rsidR="00824A5A" w:rsidRDefault="00824A5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84" w:type="dxa"/>
          </w:tcPr>
          <w:p w14:paraId="49421432" w14:textId="77777777" w:rsidR="00824A5A" w:rsidRDefault="00824A5A">
            <w:pPr>
              <w:jc w:val="center"/>
            </w:pPr>
          </w:p>
        </w:tc>
        <w:tc>
          <w:tcPr>
            <w:tcW w:w="1127" w:type="dxa"/>
          </w:tcPr>
          <w:p w14:paraId="070DA6B9" w14:textId="77777777" w:rsidR="00824A5A" w:rsidRDefault="00824A5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1" w:type="dxa"/>
          </w:tcPr>
          <w:p w14:paraId="31C1B18B" w14:textId="77777777" w:rsidR="00824A5A" w:rsidRDefault="00824A5A">
            <w:pPr>
              <w:jc w:val="center"/>
            </w:pPr>
          </w:p>
        </w:tc>
        <w:tc>
          <w:tcPr>
            <w:tcW w:w="4939" w:type="dxa"/>
          </w:tcPr>
          <w:p w14:paraId="6EC4ED05" w14:textId="77777777" w:rsidR="00824A5A" w:rsidRDefault="00824A5A"/>
        </w:tc>
      </w:tr>
      <w:tr w:rsidR="00824A5A" w14:paraId="36CC3BDD" w14:textId="77777777" w:rsidTr="00824A5A">
        <w:trPr>
          <w:jc w:val="center"/>
        </w:trPr>
        <w:tc>
          <w:tcPr>
            <w:tcW w:w="3868" w:type="dxa"/>
          </w:tcPr>
          <w:p w14:paraId="28AD605B" w14:textId="21818F01" w:rsidR="00824A5A" w:rsidRPr="00824A5A" w:rsidRDefault="00824A5A">
            <w:pPr>
              <w:jc w:val="center"/>
              <w:rPr>
                <w:lang w:val="pt-BR"/>
              </w:rPr>
            </w:pPr>
            <w:r w:rsidRPr="00824A5A">
              <w:rPr>
                <w:sz w:val="13"/>
                <w:lang w:val="pt-BR"/>
              </w:rPr>
              <w:t>Coautoria com discente ou egresso do PPG</w:t>
            </w:r>
            <w:r w:rsidR="00EE319A">
              <w:rPr>
                <w:sz w:val="13"/>
                <w:lang w:val="pt-BR"/>
              </w:rPr>
              <w:t xml:space="preserve"> (descrever na Justificativa o discente ou egresso envolvido na produção)</w:t>
            </w:r>
          </w:p>
        </w:tc>
        <w:tc>
          <w:tcPr>
            <w:tcW w:w="1140" w:type="dxa"/>
          </w:tcPr>
          <w:p w14:paraId="1E565D6D" w14:textId="77777777" w:rsidR="00824A5A" w:rsidRDefault="00824A5A">
            <w:r>
              <w:rPr>
                <w:sz w:val="13"/>
              </w:rPr>
              <w:t>1</w:t>
            </w:r>
          </w:p>
        </w:tc>
        <w:tc>
          <w:tcPr>
            <w:tcW w:w="863" w:type="dxa"/>
          </w:tcPr>
          <w:p w14:paraId="724AD452" w14:textId="77777777" w:rsidR="00824A5A" w:rsidRDefault="00824A5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84" w:type="dxa"/>
          </w:tcPr>
          <w:p w14:paraId="3BC030B2" w14:textId="77777777" w:rsidR="00824A5A" w:rsidRDefault="00824A5A">
            <w:pPr>
              <w:jc w:val="center"/>
            </w:pPr>
          </w:p>
        </w:tc>
        <w:tc>
          <w:tcPr>
            <w:tcW w:w="1127" w:type="dxa"/>
          </w:tcPr>
          <w:p w14:paraId="5718ED83" w14:textId="77777777" w:rsidR="00824A5A" w:rsidRDefault="00824A5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1" w:type="dxa"/>
          </w:tcPr>
          <w:p w14:paraId="725C940D" w14:textId="77777777" w:rsidR="00824A5A" w:rsidRDefault="00824A5A">
            <w:pPr>
              <w:jc w:val="center"/>
            </w:pPr>
          </w:p>
        </w:tc>
        <w:tc>
          <w:tcPr>
            <w:tcW w:w="4939" w:type="dxa"/>
          </w:tcPr>
          <w:p w14:paraId="64A8B247" w14:textId="14C31799" w:rsidR="00824A5A" w:rsidRDefault="00824A5A"/>
        </w:tc>
      </w:tr>
      <w:tr w:rsidR="00824A5A" w14:paraId="3D2F9E98" w14:textId="77777777" w:rsidTr="00824A5A">
        <w:trPr>
          <w:jc w:val="center"/>
        </w:trPr>
        <w:tc>
          <w:tcPr>
            <w:tcW w:w="3868" w:type="dxa"/>
          </w:tcPr>
          <w:p w14:paraId="5421609B" w14:textId="77777777" w:rsidR="00824A5A" w:rsidRPr="00824A5A" w:rsidRDefault="00824A5A">
            <w:pPr>
              <w:jc w:val="center"/>
              <w:rPr>
                <w:lang w:val="pt-BR"/>
              </w:rPr>
            </w:pPr>
            <w:r w:rsidRPr="00824A5A">
              <w:rPr>
                <w:sz w:val="13"/>
                <w:lang w:val="pt-BR"/>
              </w:rPr>
              <w:t>Discente ou egresso como primeiro ou segundo autor</w:t>
            </w:r>
          </w:p>
        </w:tc>
        <w:tc>
          <w:tcPr>
            <w:tcW w:w="1140" w:type="dxa"/>
          </w:tcPr>
          <w:p w14:paraId="1F83F38D" w14:textId="77777777" w:rsidR="00824A5A" w:rsidRDefault="00824A5A">
            <w:r>
              <w:rPr>
                <w:sz w:val="13"/>
              </w:rPr>
              <w:t>1</w:t>
            </w:r>
          </w:p>
        </w:tc>
        <w:tc>
          <w:tcPr>
            <w:tcW w:w="863" w:type="dxa"/>
          </w:tcPr>
          <w:p w14:paraId="24232883" w14:textId="77777777" w:rsidR="00824A5A" w:rsidRDefault="00824A5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84" w:type="dxa"/>
          </w:tcPr>
          <w:p w14:paraId="73D5FD95" w14:textId="77777777" w:rsidR="00824A5A" w:rsidRDefault="00824A5A">
            <w:pPr>
              <w:jc w:val="center"/>
            </w:pPr>
          </w:p>
        </w:tc>
        <w:tc>
          <w:tcPr>
            <w:tcW w:w="1127" w:type="dxa"/>
          </w:tcPr>
          <w:p w14:paraId="736E2EB8" w14:textId="77777777" w:rsidR="00824A5A" w:rsidRDefault="00824A5A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1" w:type="dxa"/>
          </w:tcPr>
          <w:p w14:paraId="650330C4" w14:textId="77777777" w:rsidR="00824A5A" w:rsidRDefault="00824A5A">
            <w:pPr>
              <w:jc w:val="center"/>
            </w:pPr>
          </w:p>
        </w:tc>
        <w:tc>
          <w:tcPr>
            <w:tcW w:w="4939" w:type="dxa"/>
          </w:tcPr>
          <w:p w14:paraId="4672CD02" w14:textId="02A408DE" w:rsidR="00824A5A" w:rsidRDefault="00EE319A">
            <w:r>
              <w:t>NA</w:t>
            </w:r>
          </w:p>
        </w:tc>
      </w:tr>
      <w:tr w:rsidR="00824A5A" w14:paraId="6351CB3E" w14:textId="77777777" w:rsidTr="00824A5A">
        <w:trPr>
          <w:jc w:val="center"/>
        </w:trPr>
        <w:tc>
          <w:tcPr>
            <w:tcW w:w="3868" w:type="dxa"/>
          </w:tcPr>
          <w:p w14:paraId="66E3F107" w14:textId="77777777" w:rsidR="00824A5A" w:rsidRPr="00824A5A" w:rsidRDefault="00824A5A">
            <w:pPr>
              <w:jc w:val="center"/>
              <w:rPr>
                <w:lang w:val="pt-BR"/>
              </w:rPr>
            </w:pPr>
            <w:r w:rsidRPr="00824A5A">
              <w:rPr>
                <w:sz w:val="13"/>
                <w:lang w:val="pt-BR"/>
              </w:rPr>
              <w:t>Total CAPES de referência: mínimo 19 pontos; sendo pelo menos 14 pontos em qualidade + 5 qualificadores de relação com o PPG</w:t>
            </w:r>
          </w:p>
        </w:tc>
        <w:tc>
          <w:tcPr>
            <w:tcW w:w="1140" w:type="dxa"/>
          </w:tcPr>
          <w:p w14:paraId="51A28224" w14:textId="77777777" w:rsidR="00824A5A" w:rsidRDefault="00824A5A">
            <w:proofErr w:type="spellStart"/>
            <w:r>
              <w:rPr>
                <w:sz w:val="13"/>
              </w:rPr>
              <w:t>Mín</w:t>
            </w:r>
            <w:proofErr w:type="spellEnd"/>
            <w:r>
              <w:rPr>
                <w:sz w:val="13"/>
              </w:rPr>
              <w:t>. 19</w:t>
            </w:r>
          </w:p>
        </w:tc>
        <w:tc>
          <w:tcPr>
            <w:tcW w:w="863" w:type="dxa"/>
          </w:tcPr>
          <w:p w14:paraId="62678ECB" w14:textId="77777777" w:rsidR="00824A5A" w:rsidRDefault="00824A5A">
            <w:pPr>
              <w:jc w:val="center"/>
            </w:pPr>
          </w:p>
        </w:tc>
        <w:tc>
          <w:tcPr>
            <w:tcW w:w="1184" w:type="dxa"/>
          </w:tcPr>
          <w:p w14:paraId="39DDFB48" w14:textId="77777777" w:rsidR="00824A5A" w:rsidRDefault="00824A5A">
            <w:pPr>
              <w:jc w:val="center"/>
            </w:pPr>
          </w:p>
        </w:tc>
        <w:tc>
          <w:tcPr>
            <w:tcW w:w="1127" w:type="dxa"/>
          </w:tcPr>
          <w:p w14:paraId="13FDC476" w14:textId="77777777" w:rsidR="00824A5A" w:rsidRDefault="00824A5A">
            <w:pPr>
              <w:jc w:val="center"/>
            </w:pPr>
          </w:p>
        </w:tc>
        <w:tc>
          <w:tcPr>
            <w:tcW w:w="1121" w:type="dxa"/>
          </w:tcPr>
          <w:p w14:paraId="0966AB67" w14:textId="77777777" w:rsidR="00824A5A" w:rsidRDefault="00824A5A">
            <w:pPr>
              <w:jc w:val="center"/>
            </w:pPr>
          </w:p>
        </w:tc>
        <w:tc>
          <w:tcPr>
            <w:tcW w:w="4939" w:type="dxa"/>
          </w:tcPr>
          <w:p w14:paraId="42CA3B4D" w14:textId="7488DA4C" w:rsidR="00824A5A" w:rsidRDefault="00EE319A">
            <w:r>
              <w:t>NA</w:t>
            </w:r>
          </w:p>
        </w:tc>
      </w:tr>
    </w:tbl>
    <w:p w14:paraId="1776183A" w14:textId="412B9450" w:rsidR="00473FD2" w:rsidRPr="00824A5A" w:rsidRDefault="00000000">
      <w:pPr>
        <w:pStyle w:val="Heading2"/>
        <w:spacing w:before="160" w:after="80"/>
        <w:rPr>
          <w:lang w:val="pt-BR"/>
        </w:rPr>
      </w:pPr>
      <w:r w:rsidRPr="00824A5A">
        <w:rPr>
          <w:lang w:val="pt-BR"/>
        </w:rPr>
        <w:t xml:space="preserve">A2. Dois trabalhos publicados em anais de eventos científicos </w:t>
      </w:r>
    </w:p>
    <w:p w14:paraId="288C1488" w14:textId="77777777" w:rsidR="00473FD2" w:rsidRPr="00824A5A" w:rsidRDefault="00000000">
      <w:pPr>
        <w:spacing w:after="80"/>
        <w:rPr>
          <w:lang w:val="pt-BR"/>
        </w:rPr>
      </w:pPr>
      <w:r w:rsidRPr="00824A5A">
        <w:rPr>
          <w:i/>
          <w:sz w:val="17"/>
          <w:lang w:val="pt-BR"/>
        </w:rPr>
        <w:t>Pré-requisito: dois trabalhos publicados em anais de eventos científicos ou técnico-científicos, sendo pelo menos um diretamente relacionado à dissertação.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107"/>
        <w:gridCol w:w="1811"/>
        <w:gridCol w:w="1497"/>
        <w:gridCol w:w="1792"/>
        <w:gridCol w:w="1650"/>
        <w:gridCol w:w="1553"/>
        <w:gridCol w:w="1295"/>
        <w:gridCol w:w="774"/>
        <w:gridCol w:w="918"/>
      </w:tblGrid>
      <w:tr w:rsidR="00EE319A" w14:paraId="7559DC4D" w14:textId="77777777" w:rsidTr="00EE319A">
        <w:trPr>
          <w:jc w:val="center"/>
        </w:trPr>
        <w:tc>
          <w:tcPr>
            <w:tcW w:w="1107" w:type="dxa"/>
            <w:shd w:val="clear" w:color="auto" w:fill="D9EAF7"/>
          </w:tcPr>
          <w:p w14:paraId="20FC665F" w14:textId="77777777" w:rsidR="00EE319A" w:rsidRDefault="00EE319A">
            <w:pPr>
              <w:jc w:val="center"/>
            </w:pPr>
            <w:proofErr w:type="spellStart"/>
            <w:r>
              <w:rPr>
                <w:b/>
                <w:sz w:val="12"/>
              </w:rPr>
              <w:t>Trabalho</w:t>
            </w:r>
            <w:proofErr w:type="spellEnd"/>
          </w:p>
        </w:tc>
        <w:tc>
          <w:tcPr>
            <w:tcW w:w="1811" w:type="dxa"/>
            <w:shd w:val="clear" w:color="auto" w:fill="D9EAF7"/>
          </w:tcPr>
          <w:p w14:paraId="0DF01080" w14:textId="77777777" w:rsidR="00EE319A" w:rsidRDefault="00EE319A">
            <w:pPr>
              <w:jc w:val="center"/>
            </w:pPr>
            <w:proofErr w:type="spellStart"/>
            <w:r>
              <w:rPr>
                <w:b/>
                <w:sz w:val="12"/>
              </w:rPr>
              <w:t>Título</w:t>
            </w:r>
            <w:proofErr w:type="spellEnd"/>
          </w:p>
        </w:tc>
        <w:tc>
          <w:tcPr>
            <w:tcW w:w="1497" w:type="dxa"/>
            <w:shd w:val="clear" w:color="auto" w:fill="D9EAF7"/>
          </w:tcPr>
          <w:p w14:paraId="4DB5A4A3" w14:textId="77777777" w:rsidR="00EE319A" w:rsidRDefault="00EE319A">
            <w:pPr>
              <w:jc w:val="center"/>
            </w:pPr>
            <w:proofErr w:type="spellStart"/>
            <w:r>
              <w:rPr>
                <w:b/>
                <w:sz w:val="12"/>
              </w:rPr>
              <w:t>Evento</w:t>
            </w:r>
            <w:proofErr w:type="spellEnd"/>
          </w:p>
        </w:tc>
        <w:tc>
          <w:tcPr>
            <w:tcW w:w="1792" w:type="dxa"/>
            <w:shd w:val="clear" w:color="auto" w:fill="D9EAF7"/>
          </w:tcPr>
          <w:p w14:paraId="4C79EC83" w14:textId="77777777" w:rsidR="00EE319A" w:rsidRDefault="00EE319A">
            <w:pPr>
              <w:jc w:val="center"/>
            </w:pPr>
            <w:proofErr w:type="spellStart"/>
            <w:r>
              <w:rPr>
                <w:b/>
                <w:sz w:val="12"/>
              </w:rPr>
              <w:t>Abrangência</w:t>
            </w:r>
            <w:proofErr w:type="spellEnd"/>
          </w:p>
        </w:tc>
        <w:tc>
          <w:tcPr>
            <w:tcW w:w="1650" w:type="dxa"/>
            <w:shd w:val="clear" w:color="auto" w:fill="D9EAF7"/>
          </w:tcPr>
          <w:p w14:paraId="7C733B9F" w14:textId="77777777" w:rsidR="00EE319A" w:rsidRDefault="00EE319A">
            <w:pPr>
              <w:jc w:val="center"/>
            </w:pPr>
            <w:proofErr w:type="spellStart"/>
            <w:r>
              <w:rPr>
                <w:b/>
                <w:sz w:val="12"/>
              </w:rPr>
              <w:t>Modalidade</w:t>
            </w:r>
            <w:proofErr w:type="spellEnd"/>
          </w:p>
        </w:tc>
        <w:tc>
          <w:tcPr>
            <w:tcW w:w="1553" w:type="dxa"/>
            <w:shd w:val="clear" w:color="auto" w:fill="D9EAF7"/>
          </w:tcPr>
          <w:p w14:paraId="6BC34163" w14:textId="77777777" w:rsidR="00EE319A" w:rsidRDefault="00EE319A">
            <w:pPr>
              <w:jc w:val="center"/>
            </w:pPr>
            <w:r>
              <w:rPr>
                <w:b/>
                <w:sz w:val="12"/>
              </w:rPr>
              <w:t>Autores</w:t>
            </w:r>
          </w:p>
        </w:tc>
        <w:tc>
          <w:tcPr>
            <w:tcW w:w="1295" w:type="dxa"/>
            <w:shd w:val="clear" w:color="auto" w:fill="D9EAF7"/>
          </w:tcPr>
          <w:p w14:paraId="3CB07245" w14:textId="77777777" w:rsidR="00EE319A" w:rsidRDefault="00EE319A">
            <w:pPr>
              <w:jc w:val="center"/>
            </w:pPr>
            <w:proofErr w:type="spellStart"/>
            <w:r>
              <w:rPr>
                <w:b/>
                <w:sz w:val="12"/>
              </w:rPr>
              <w:t>Relação</w:t>
            </w:r>
            <w:proofErr w:type="spellEnd"/>
            <w:r>
              <w:rPr>
                <w:b/>
                <w:sz w:val="12"/>
              </w:rPr>
              <w:t xml:space="preserve"> com </w:t>
            </w:r>
            <w:proofErr w:type="spellStart"/>
            <w:r>
              <w:rPr>
                <w:b/>
                <w:sz w:val="12"/>
              </w:rPr>
              <w:t>dissertação</w:t>
            </w:r>
            <w:proofErr w:type="spellEnd"/>
            <w:r>
              <w:rPr>
                <w:b/>
                <w:sz w:val="12"/>
              </w:rPr>
              <w:t>?</w:t>
            </w:r>
          </w:p>
        </w:tc>
        <w:tc>
          <w:tcPr>
            <w:tcW w:w="774" w:type="dxa"/>
            <w:shd w:val="clear" w:color="auto" w:fill="D9EAF7"/>
          </w:tcPr>
          <w:p w14:paraId="581C8BEB" w14:textId="77777777" w:rsidR="00EE319A" w:rsidRDefault="00EE319A">
            <w:pPr>
              <w:jc w:val="center"/>
            </w:pPr>
            <w:proofErr w:type="spellStart"/>
            <w:r>
              <w:rPr>
                <w:b/>
                <w:sz w:val="12"/>
              </w:rPr>
              <w:t>Discente</w:t>
            </w:r>
            <w:proofErr w:type="spellEnd"/>
            <w:r>
              <w:rPr>
                <w:b/>
                <w:sz w:val="12"/>
              </w:rPr>
              <w:t xml:space="preserve"> (X)</w:t>
            </w:r>
          </w:p>
        </w:tc>
        <w:tc>
          <w:tcPr>
            <w:tcW w:w="918" w:type="dxa"/>
            <w:shd w:val="clear" w:color="auto" w:fill="D9EAF7"/>
          </w:tcPr>
          <w:p w14:paraId="16BCBAE6" w14:textId="77777777" w:rsidR="00EE319A" w:rsidRDefault="00EE319A">
            <w:pPr>
              <w:jc w:val="center"/>
            </w:pPr>
            <w:proofErr w:type="spellStart"/>
            <w:r>
              <w:rPr>
                <w:b/>
                <w:sz w:val="12"/>
              </w:rPr>
              <w:t>Comissão</w:t>
            </w:r>
            <w:proofErr w:type="spellEnd"/>
            <w:r>
              <w:rPr>
                <w:b/>
                <w:sz w:val="12"/>
              </w:rPr>
              <w:t xml:space="preserve"> </w:t>
            </w:r>
            <w:proofErr w:type="spellStart"/>
            <w:r>
              <w:rPr>
                <w:b/>
                <w:sz w:val="12"/>
              </w:rPr>
              <w:t>valida</w:t>
            </w:r>
            <w:proofErr w:type="spellEnd"/>
            <w:r>
              <w:rPr>
                <w:b/>
                <w:sz w:val="12"/>
              </w:rPr>
              <w:t>? (X)</w:t>
            </w:r>
          </w:p>
        </w:tc>
      </w:tr>
      <w:tr w:rsidR="00EE319A" w14:paraId="240CB9B4" w14:textId="77777777" w:rsidTr="00EE319A">
        <w:trPr>
          <w:jc w:val="center"/>
        </w:trPr>
        <w:tc>
          <w:tcPr>
            <w:tcW w:w="1107" w:type="dxa"/>
          </w:tcPr>
          <w:p w14:paraId="13657880" w14:textId="77777777" w:rsidR="00EE319A" w:rsidRDefault="00EE319A">
            <w:pPr>
              <w:jc w:val="center"/>
            </w:pPr>
            <w:r>
              <w:rPr>
                <w:sz w:val="12"/>
              </w:rPr>
              <w:t xml:space="preserve">1º </w:t>
            </w:r>
            <w:proofErr w:type="spellStart"/>
            <w:r>
              <w:rPr>
                <w:sz w:val="12"/>
              </w:rPr>
              <w:t>trabalho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em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anais</w:t>
            </w:r>
            <w:proofErr w:type="spellEnd"/>
          </w:p>
        </w:tc>
        <w:tc>
          <w:tcPr>
            <w:tcW w:w="1811" w:type="dxa"/>
          </w:tcPr>
          <w:p w14:paraId="36CC8A29" w14:textId="77777777" w:rsidR="00EE319A" w:rsidRDefault="00EE319A"/>
        </w:tc>
        <w:tc>
          <w:tcPr>
            <w:tcW w:w="1497" w:type="dxa"/>
          </w:tcPr>
          <w:p w14:paraId="5FDD218E" w14:textId="77777777" w:rsidR="00EE319A" w:rsidRDefault="00EE319A">
            <w:pPr>
              <w:jc w:val="center"/>
            </w:pPr>
          </w:p>
        </w:tc>
        <w:tc>
          <w:tcPr>
            <w:tcW w:w="1792" w:type="dxa"/>
          </w:tcPr>
          <w:p w14:paraId="415D3C8C" w14:textId="77777777" w:rsidR="00EE319A" w:rsidRDefault="00EE319A">
            <w:pPr>
              <w:jc w:val="center"/>
            </w:pPr>
            <w:r>
              <w:rPr>
                <w:sz w:val="12"/>
              </w:rPr>
              <w:t>☐ Local ☐ Regional ☐ Nacional ☐ Internacional</w:t>
            </w:r>
          </w:p>
        </w:tc>
        <w:tc>
          <w:tcPr>
            <w:tcW w:w="1650" w:type="dxa"/>
          </w:tcPr>
          <w:p w14:paraId="30E89948" w14:textId="77777777" w:rsidR="00EE319A" w:rsidRPr="00824A5A" w:rsidRDefault="00EE319A">
            <w:pPr>
              <w:jc w:val="center"/>
              <w:rPr>
                <w:lang w:val="pt-BR"/>
              </w:rPr>
            </w:pPr>
            <w:r w:rsidRPr="00824A5A">
              <w:rPr>
                <w:sz w:val="12"/>
                <w:lang w:val="pt-BR"/>
              </w:rPr>
              <w:t>☐ Resumo ☐ Resumo expandido ☐ Trabalho completo</w:t>
            </w:r>
          </w:p>
        </w:tc>
        <w:tc>
          <w:tcPr>
            <w:tcW w:w="1553" w:type="dxa"/>
          </w:tcPr>
          <w:p w14:paraId="664D3180" w14:textId="77777777" w:rsidR="00EE319A" w:rsidRPr="00824A5A" w:rsidRDefault="00EE319A">
            <w:pPr>
              <w:jc w:val="center"/>
              <w:rPr>
                <w:lang w:val="pt-BR"/>
              </w:rPr>
            </w:pPr>
          </w:p>
        </w:tc>
        <w:tc>
          <w:tcPr>
            <w:tcW w:w="1295" w:type="dxa"/>
          </w:tcPr>
          <w:p w14:paraId="3A70ED3E" w14:textId="77777777" w:rsidR="00EE319A" w:rsidRDefault="00EE319A">
            <w:r>
              <w:rPr>
                <w:sz w:val="12"/>
              </w:rPr>
              <w:t xml:space="preserve">☐ Sim ☐ </w:t>
            </w:r>
            <w:proofErr w:type="spellStart"/>
            <w:r>
              <w:rPr>
                <w:sz w:val="12"/>
              </w:rPr>
              <w:t>Não</w:t>
            </w:r>
            <w:proofErr w:type="spellEnd"/>
          </w:p>
        </w:tc>
        <w:tc>
          <w:tcPr>
            <w:tcW w:w="774" w:type="dxa"/>
          </w:tcPr>
          <w:p w14:paraId="194A3306" w14:textId="77777777" w:rsidR="00EE319A" w:rsidRDefault="00EE319A">
            <w:r>
              <w:rPr>
                <w:sz w:val="12"/>
              </w:rPr>
              <w:t>☐</w:t>
            </w:r>
          </w:p>
        </w:tc>
        <w:tc>
          <w:tcPr>
            <w:tcW w:w="918" w:type="dxa"/>
          </w:tcPr>
          <w:p w14:paraId="27DA4EFC" w14:textId="77777777" w:rsidR="00EE319A" w:rsidRDefault="00EE319A">
            <w:r>
              <w:rPr>
                <w:sz w:val="12"/>
              </w:rPr>
              <w:t>☐</w:t>
            </w:r>
          </w:p>
        </w:tc>
      </w:tr>
      <w:tr w:rsidR="00EE319A" w14:paraId="06EC1433" w14:textId="77777777" w:rsidTr="00EE319A">
        <w:trPr>
          <w:jc w:val="center"/>
        </w:trPr>
        <w:tc>
          <w:tcPr>
            <w:tcW w:w="1107" w:type="dxa"/>
          </w:tcPr>
          <w:p w14:paraId="173CFF17" w14:textId="77777777" w:rsidR="00EE319A" w:rsidRDefault="00EE319A">
            <w:pPr>
              <w:jc w:val="center"/>
            </w:pPr>
            <w:r>
              <w:rPr>
                <w:sz w:val="12"/>
              </w:rPr>
              <w:t xml:space="preserve">2º </w:t>
            </w:r>
            <w:proofErr w:type="spellStart"/>
            <w:r>
              <w:rPr>
                <w:sz w:val="12"/>
              </w:rPr>
              <w:t>trabalho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em</w:t>
            </w:r>
            <w:proofErr w:type="spellEnd"/>
            <w:r>
              <w:rPr>
                <w:sz w:val="12"/>
              </w:rPr>
              <w:t xml:space="preserve"> </w:t>
            </w:r>
            <w:proofErr w:type="spellStart"/>
            <w:r>
              <w:rPr>
                <w:sz w:val="12"/>
              </w:rPr>
              <w:t>anais</w:t>
            </w:r>
            <w:proofErr w:type="spellEnd"/>
          </w:p>
        </w:tc>
        <w:tc>
          <w:tcPr>
            <w:tcW w:w="1811" w:type="dxa"/>
          </w:tcPr>
          <w:p w14:paraId="1A12E0E3" w14:textId="77777777" w:rsidR="00EE319A" w:rsidRDefault="00EE319A"/>
        </w:tc>
        <w:tc>
          <w:tcPr>
            <w:tcW w:w="1497" w:type="dxa"/>
          </w:tcPr>
          <w:p w14:paraId="614A1B89" w14:textId="77777777" w:rsidR="00EE319A" w:rsidRDefault="00EE319A">
            <w:pPr>
              <w:jc w:val="center"/>
            </w:pPr>
          </w:p>
        </w:tc>
        <w:tc>
          <w:tcPr>
            <w:tcW w:w="1792" w:type="dxa"/>
          </w:tcPr>
          <w:p w14:paraId="730F4403" w14:textId="77777777" w:rsidR="00EE319A" w:rsidRDefault="00EE319A">
            <w:pPr>
              <w:jc w:val="center"/>
            </w:pPr>
            <w:r>
              <w:rPr>
                <w:sz w:val="12"/>
              </w:rPr>
              <w:t>☐ Local ☐ Regional ☐ Nacional ☐ Internacional</w:t>
            </w:r>
          </w:p>
        </w:tc>
        <w:tc>
          <w:tcPr>
            <w:tcW w:w="1650" w:type="dxa"/>
          </w:tcPr>
          <w:p w14:paraId="2BB120DA" w14:textId="77777777" w:rsidR="00EE319A" w:rsidRPr="00824A5A" w:rsidRDefault="00EE319A">
            <w:pPr>
              <w:jc w:val="center"/>
              <w:rPr>
                <w:lang w:val="pt-BR"/>
              </w:rPr>
            </w:pPr>
            <w:r w:rsidRPr="00824A5A">
              <w:rPr>
                <w:sz w:val="12"/>
                <w:lang w:val="pt-BR"/>
              </w:rPr>
              <w:t>☐ Resumo ☐ Resumo expandido ☐ Trabalho completo</w:t>
            </w:r>
          </w:p>
        </w:tc>
        <w:tc>
          <w:tcPr>
            <w:tcW w:w="1553" w:type="dxa"/>
          </w:tcPr>
          <w:p w14:paraId="4546051D" w14:textId="77777777" w:rsidR="00EE319A" w:rsidRPr="00824A5A" w:rsidRDefault="00EE319A">
            <w:pPr>
              <w:jc w:val="center"/>
              <w:rPr>
                <w:lang w:val="pt-BR"/>
              </w:rPr>
            </w:pPr>
          </w:p>
        </w:tc>
        <w:tc>
          <w:tcPr>
            <w:tcW w:w="1295" w:type="dxa"/>
          </w:tcPr>
          <w:p w14:paraId="2A3F1309" w14:textId="77777777" w:rsidR="00EE319A" w:rsidRDefault="00EE319A">
            <w:r>
              <w:rPr>
                <w:sz w:val="12"/>
              </w:rPr>
              <w:t xml:space="preserve">☐ Sim ☐ </w:t>
            </w:r>
            <w:proofErr w:type="spellStart"/>
            <w:r>
              <w:rPr>
                <w:sz w:val="12"/>
              </w:rPr>
              <w:t>Não</w:t>
            </w:r>
            <w:proofErr w:type="spellEnd"/>
          </w:p>
        </w:tc>
        <w:tc>
          <w:tcPr>
            <w:tcW w:w="774" w:type="dxa"/>
          </w:tcPr>
          <w:p w14:paraId="50CA1084" w14:textId="77777777" w:rsidR="00EE319A" w:rsidRDefault="00EE319A">
            <w:r>
              <w:rPr>
                <w:sz w:val="12"/>
              </w:rPr>
              <w:t>☐</w:t>
            </w:r>
          </w:p>
        </w:tc>
        <w:tc>
          <w:tcPr>
            <w:tcW w:w="918" w:type="dxa"/>
          </w:tcPr>
          <w:p w14:paraId="5D78C6DA" w14:textId="77777777" w:rsidR="00EE319A" w:rsidRDefault="00EE319A">
            <w:r>
              <w:rPr>
                <w:sz w:val="12"/>
              </w:rPr>
              <w:t>☐</w:t>
            </w:r>
          </w:p>
        </w:tc>
      </w:tr>
    </w:tbl>
    <w:p w14:paraId="5403278E" w14:textId="77777777" w:rsidR="00473FD2" w:rsidRPr="00824A5A" w:rsidRDefault="00000000">
      <w:pPr>
        <w:spacing w:after="80"/>
        <w:rPr>
          <w:lang w:val="pt-BR"/>
        </w:rPr>
      </w:pPr>
      <w:r w:rsidRPr="00824A5A">
        <w:rPr>
          <w:i/>
          <w:sz w:val="17"/>
          <w:lang w:val="pt-BR"/>
        </w:rPr>
        <w:t>Comprovantes aceitos: certificado, DOI, link dos anais ou declaração do evento. Indicar, quando aplicável, se houve apresentação oral ou pôster pelo discente.</w:t>
      </w:r>
    </w:p>
    <w:p w14:paraId="18115E56" w14:textId="5DE311C9" w:rsidR="00473FD2" w:rsidRPr="00824A5A" w:rsidRDefault="00000000">
      <w:pPr>
        <w:pStyle w:val="Heading2"/>
        <w:spacing w:before="160" w:after="80"/>
        <w:rPr>
          <w:lang w:val="pt-BR"/>
        </w:rPr>
      </w:pPr>
      <w:r w:rsidRPr="00824A5A">
        <w:rPr>
          <w:lang w:val="pt-BR"/>
        </w:rPr>
        <w:t xml:space="preserve">A3. Produto ou atividade com impacto </w:t>
      </w:r>
    </w:p>
    <w:p w14:paraId="6D5CC45C" w14:textId="77777777" w:rsidR="00473FD2" w:rsidRPr="00824A5A" w:rsidRDefault="00000000">
      <w:pPr>
        <w:spacing w:after="80"/>
        <w:rPr>
          <w:lang w:val="pt-BR"/>
        </w:rPr>
      </w:pPr>
      <w:r w:rsidRPr="00824A5A">
        <w:rPr>
          <w:i/>
          <w:sz w:val="17"/>
          <w:lang w:val="pt-BR"/>
        </w:rPr>
        <w:t>Pré-requisito: produto ou atividade com impacto vinculado à dissertação, à linha de pesquisa ou ao projeto do orientador, com envolvimento discente e responsabilidade, coordenação ou supervisão de docente permanente.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879"/>
        <w:gridCol w:w="2266"/>
        <w:gridCol w:w="6097"/>
      </w:tblGrid>
      <w:tr w:rsidR="00473FD2" w14:paraId="687C9FE0" w14:textId="77777777" w:rsidTr="00EE319A">
        <w:trPr>
          <w:jc w:val="center"/>
        </w:trPr>
        <w:tc>
          <w:tcPr>
            <w:tcW w:w="5879" w:type="dxa"/>
            <w:shd w:val="clear" w:color="auto" w:fill="D9EAF7"/>
          </w:tcPr>
          <w:p w14:paraId="1AE5E354" w14:textId="77777777" w:rsidR="00473FD2" w:rsidRDefault="00000000">
            <w:pPr>
              <w:jc w:val="center"/>
            </w:pPr>
            <w:r>
              <w:rPr>
                <w:b/>
                <w:sz w:val="16"/>
              </w:rPr>
              <w:t>Campo</w:t>
            </w:r>
          </w:p>
        </w:tc>
        <w:tc>
          <w:tcPr>
            <w:tcW w:w="8363" w:type="dxa"/>
            <w:gridSpan w:val="2"/>
            <w:shd w:val="clear" w:color="auto" w:fill="D9EAF7"/>
          </w:tcPr>
          <w:p w14:paraId="004EC232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6"/>
              </w:rPr>
              <w:t>Informação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preencher</w:t>
            </w:r>
            <w:proofErr w:type="spellEnd"/>
          </w:p>
        </w:tc>
      </w:tr>
      <w:tr w:rsidR="00EE319A" w:rsidRPr="00020250" w14:paraId="74CF0D8E" w14:textId="77777777" w:rsidTr="00EE319A">
        <w:trPr>
          <w:jc w:val="center"/>
        </w:trPr>
        <w:tc>
          <w:tcPr>
            <w:tcW w:w="5879" w:type="dxa"/>
          </w:tcPr>
          <w:p w14:paraId="4AEB1B46" w14:textId="27FF5F02" w:rsidR="00EE319A" w:rsidRPr="00824A5A" w:rsidRDefault="00EE319A" w:rsidP="00EE319A">
            <w:pPr>
              <w:jc w:val="center"/>
              <w:rPr>
                <w:sz w:val="16"/>
                <w:lang w:val="pt-BR"/>
              </w:rPr>
            </w:pPr>
            <w:r>
              <w:rPr>
                <w:sz w:val="16"/>
                <w:lang w:val="pt-BR"/>
              </w:rPr>
              <w:t xml:space="preserve">Categoria do Impacto </w:t>
            </w:r>
          </w:p>
        </w:tc>
        <w:tc>
          <w:tcPr>
            <w:tcW w:w="8363" w:type="dxa"/>
            <w:gridSpan w:val="2"/>
          </w:tcPr>
          <w:p w14:paraId="38822B97" w14:textId="7D2E72CD" w:rsidR="00EE319A" w:rsidRPr="00EE319A" w:rsidRDefault="00EE319A" w:rsidP="00EE319A">
            <w:pPr>
              <w:rPr>
                <w:lang w:val="pt-BR"/>
              </w:rPr>
            </w:pPr>
            <w:r w:rsidRPr="00EE319A">
              <w:rPr>
                <w:sz w:val="16"/>
                <w:lang w:val="pt-BR"/>
              </w:rPr>
              <w:t>☐ Educacional  ☐ Científico  ☐ Sociocultural ☐ Tecnologico/e</w:t>
            </w:r>
            <w:r>
              <w:rPr>
                <w:sz w:val="16"/>
                <w:lang w:val="pt-BR"/>
              </w:rPr>
              <w:t>conomico</w:t>
            </w:r>
          </w:p>
        </w:tc>
      </w:tr>
      <w:tr w:rsidR="00EE319A" w:rsidRPr="00020250" w14:paraId="6B3B6D23" w14:textId="77777777" w:rsidTr="00EE319A">
        <w:trPr>
          <w:jc w:val="center"/>
        </w:trPr>
        <w:tc>
          <w:tcPr>
            <w:tcW w:w="5879" w:type="dxa"/>
          </w:tcPr>
          <w:p w14:paraId="100E388F" w14:textId="77777777" w:rsidR="00EE319A" w:rsidRPr="00824A5A" w:rsidRDefault="00EE319A" w:rsidP="00EE319A">
            <w:pPr>
              <w:jc w:val="center"/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t>Título/nome do produto ou atividade</w:t>
            </w:r>
          </w:p>
        </w:tc>
        <w:tc>
          <w:tcPr>
            <w:tcW w:w="8363" w:type="dxa"/>
            <w:gridSpan w:val="2"/>
          </w:tcPr>
          <w:p w14:paraId="0C9C8232" w14:textId="77777777" w:rsidR="00EE319A" w:rsidRPr="00824A5A" w:rsidRDefault="00EE319A" w:rsidP="00EE319A">
            <w:pPr>
              <w:rPr>
                <w:lang w:val="pt-BR"/>
              </w:rPr>
            </w:pPr>
          </w:p>
        </w:tc>
      </w:tr>
      <w:tr w:rsidR="00EE319A" w:rsidRPr="00020250" w14:paraId="0496799B" w14:textId="77777777" w:rsidTr="00EE319A">
        <w:trPr>
          <w:jc w:val="center"/>
        </w:trPr>
        <w:tc>
          <w:tcPr>
            <w:tcW w:w="5879" w:type="dxa"/>
          </w:tcPr>
          <w:p w14:paraId="61D6C1A9" w14:textId="77777777" w:rsidR="00EE319A" w:rsidRPr="00824A5A" w:rsidRDefault="00EE319A" w:rsidP="00EE319A">
            <w:pPr>
              <w:jc w:val="center"/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t>Descrição sintética da ação realizada</w:t>
            </w:r>
          </w:p>
        </w:tc>
        <w:tc>
          <w:tcPr>
            <w:tcW w:w="8363" w:type="dxa"/>
            <w:gridSpan w:val="2"/>
          </w:tcPr>
          <w:p w14:paraId="1733ED08" w14:textId="77777777" w:rsidR="00EE319A" w:rsidRDefault="00EE319A" w:rsidP="00EE319A">
            <w:pPr>
              <w:rPr>
                <w:lang w:val="pt-BR"/>
              </w:rPr>
            </w:pPr>
          </w:p>
          <w:p w14:paraId="06D06A9B" w14:textId="77777777" w:rsidR="00EE319A" w:rsidRPr="00824A5A" w:rsidRDefault="00EE319A" w:rsidP="00EE319A">
            <w:pPr>
              <w:rPr>
                <w:lang w:val="pt-BR"/>
              </w:rPr>
            </w:pPr>
          </w:p>
        </w:tc>
      </w:tr>
      <w:tr w:rsidR="00EE319A" w14:paraId="332A7D17" w14:textId="77777777" w:rsidTr="00EE319A">
        <w:trPr>
          <w:jc w:val="center"/>
        </w:trPr>
        <w:tc>
          <w:tcPr>
            <w:tcW w:w="5879" w:type="dxa"/>
          </w:tcPr>
          <w:p w14:paraId="1BC3D2C1" w14:textId="77777777" w:rsidR="00EE319A" w:rsidRDefault="00EE319A" w:rsidP="00EE319A">
            <w:pPr>
              <w:jc w:val="center"/>
            </w:pPr>
            <w:r>
              <w:rPr>
                <w:sz w:val="16"/>
              </w:rPr>
              <w:t>Público-</w:t>
            </w:r>
            <w:proofErr w:type="spellStart"/>
            <w:r>
              <w:rPr>
                <w:sz w:val="16"/>
              </w:rPr>
              <w:t>alvo</w:t>
            </w:r>
            <w:proofErr w:type="spellEnd"/>
          </w:p>
        </w:tc>
        <w:tc>
          <w:tcPr>
            <w:tcW w:w="8363" w:type="dxa"/>
            <w:gridSpan w:val="2"/>
          </w:tcPr>
          <w:p w14:paraId="4278E65E" w14:textId="77777777" w:rsidR="00EE319A" w:rsidRDefault="00EE319A" w:rsidP="00EE319A"/>
        </w:tc>
      </w:tr>
      <w:tr w:rsidR="00EE319A" w14:paraId="1462971D" w14:textId="77777777" w:rsidTr="00EE319A">
        <w:trPr>
          <w:jc w:val="center"/>
        </w:trPr>
        <w:tc>
          <w:tcPr>
            <w:tcW w:w="5879" w:type="dxa"/>
          </w:tcPr>
          <w:p w14:paraId="000DA623" w14:textId="77777777" w:rsidR="00EE319A" w:rsidRDefault="00EE319A" w:rsidP="00EE319A">
            <w:pPr>
              <w:jc w:val="center"/>
            </w:pPr>
            <w:r>
              <w:rPr>
                <w:sz w:val="16"/>
              </w:rPr>
              <w:t>Data/</w:t>
            </w:r>
            <w:proofErr w:type="spellStart"/>
            <w:r>
              <w:rPr>
                <w:sz w:val="16"/>
              </w:rPr>
              <w:t>período</w:t>
            </w:r>
            <w:proofErr w:type="spellEnd"/>
          </w:p>
        </w:tc>
        <w:tc>
          <w:tcPr>
            <w:tcW w:w="8363" w:type="dxa"/>
            <w:gridSpan w:val="2"/>
          </w:tcPr>
          <w:p w14:paraId="26AB4AD5" w14:textId="77777777" w:rsidR="00EE319A" w:rsidRDefault="00EE319A" w:rsidP="00EE319A"/>
        </w:tc>
      </w:tr>
      <w:tr w:rsidR="00EE319A" w14:paraId="62DE2C33" w14:textId="77777777" w:rsidTr="00EE319A">
        <w:trPr>
          <w:jc w:val="center"/>
        </w:trPr>
        <w:tc>
          <w:tcPr>
            <w:tcW w:w="5879" w:type="dxa"/>
          </w:tcPr>
          <w:p w14:paraId="254BEA76" w14:textId="77777777" w:rsidR="00EE319A" w:rsidRDefault="00EE319A" w:rsidP="00EE319A">
            <w:pPr>
              <w:jc w:val="center"/>
            </w:pPr>
            <w:r>
              <w:rPr>
                <w:sz w:val="16"/>
              </w:rPr>
              <w:t>Local/</w:t>
            </w:r>
            <w:proofErr w:type="spellStart"/>
            <w:r>
              <w:rPr>
                <w:sz w:val="16"/>
              </w:rPr>
              <w:t>instituição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plataforma</w:t>
            </w:r>
            <w:proofErr w:type="spellEnd"/>
          </w:p>
        </w:tc>
        <w:tc>
          <w:tcPr>
            <w:tcW w:w="8363" w:type="dxa"/>
            <w:gridSpan w:val="2"/>
          </w:tcPr>
          <w:p w14:paraId="6C6E69CF" w14:textId="77777777" w:rsidR="00EE319A" w:rsidRDefault="00EE319A" w:rsidP="00EE319A"/>
        </w:tc>
      </w:tr>
      <w:tr w:rsidR="00EE319A" w:rsidRPr="00020250" w14:paraId="59F7765E" w14:textId="77777777" w:rsidTr="00EE319A">
        <w:trPr>
          <w:jc w:val="center"/>
        </w:trPr>
        <w:tc>
          <w:tcPr>
            <w:tcW w:w="5879" w:type="dxa"/>
          </w:tcPr>
          <w:p w14:paraId="00528011" w14:textId="7D40520D" w:rsidR="00EE319A" w:rsidRPr="00EE319A" w:rsidRDefault="00EE319A" w:rsidP="00EE319A">
            <w:pPr>
              <w:jc w:val="center"/>
              <w:rPr>
                <w:lang w:val="pt-BR"/>
              </w:rPr>
            </w:pPr>
            <w:r w:rsidRPr="00EE319A">
              <w:rPr>
                <w:sz w:val="16"/>
                <w:lang w:val="pt-BR"/>
              </w:rPr>
              <w:t>Docente permanente responsável/supervisor (n</w:t>
            </w:r>
            <w:r>
              <w:rPr>
                <w:sz w:val="16"/>
                <w:lang w:val="pt-BR"/>
              </w:rPr>
              <w:t>ão precisa ser necessariamente o orientador do discente)</w:t>
            </w:r>
          </w:p>
        </w:tc>
        <w:tc>
          <w:tcPr>
            <w:tcW w:w="8363" w:type="dxa"/>
            <w:gridSpan w:val="2"/>
          </w:tcPr>
          <w:p w14:paraId="7807AFFD" w14:textId="77777777" w:rsidR="00EE319A" w:rsidRPr="00EE319A" w:rsidRDefault="00EE319A" w:rsidP="00EE319A">
            <w:pPr>
              <w:rPr>
                <w:lang w:val="pt-BR"/>
              </w:rPr>
            </w:pPr>
          </w:p>
        </w:tc>
      </w:tr>
      <w:tr w:rsidR="00EE319A" w:rsidRPr="00A7364D" w14:paraId="66E9F7D0" w14:textId="77777777" w:rsidTr="00EE319A">
        <w:trPr>
          <w:jc w:val="center"/>
        </w:trPr>
        <w:tc>
          <w:tcPr>
            <w:tcW w:w="5879" w:type="dxa"/>
          </w:tcPr>
          <w:p w14:paraId="0584ED50" w14:textId="67A0DD94" w:rsidR="00EE319A" w:rsidRPr="00A7364D" w:rsidRDefault="00A7364D" w:rsidP="00EE319A">
            <w:pPr>
              <w:jc w:val="center"/>
              <w:rPr>
                <w:lang w:val="pt-BR"/>
              </w:rPr>
            </w:pPr>
            <w:r w:rsidRPr="00A7364D">
              <w:rPr>
                <w:sz w:val="16"/>
                <w:lang w:val="pt-BR"/>
              </w:rPr>
              <w:t xml:space="preserve">Link ou </w:t>
            </w:r>
            <w:r w:rsidR="00EE319A" w:rsidRPr="00A7364D">
              <w:rPr>
                <w:sz w:val="16"/>
                <w:lang w:val="pt-BR"/>
              </w:rPr>
              <w:t>Comprovante/relatório</w:t>
            </w:r>
            <w:r w:rsidRPr="00A7364D">
              <w:rPr>
                <w:sz w:val="16"/>
                <w:lang w:val="pt-BR"/>
              </w:rPr>
              <w:t xml:space="preserve"> (em Anexo)</w:t>
            </w:r>
          </w:p>
        </w:tc>
        <w:tc>
          <w:tcPr>
            <w:tcW w:w="8363" w:type="dxa"/>
            <w:gridSpan w:val="2"/>
          </w:tcPr>
          <w:p w14:paraId="5790BE86" w14:textId="2161764C" w:rsidR="00EE319A" w:rsidRPr="00A7364D" w:rsidRDefault="00A7364D" w:rsidP="00EE319A">
            <w:pPr>
              <w:rPr>
                <w:sz w:val="16"/>
                <w:szCs w:val="16"/>
                <w:lang w:val="pt-BR"/>
              </w:rPr>
            </w:pPr>
            <w:r w:rsidRPr="00A7364D">
              <w:rPr>
                <w:sz w:val="16"/>
                <w:szCs w:val="16"/>
              </w:rPr>
              <w:t xml:space="preserve">☐ Sim ☐ </w:t>
            </w:r>
            <w:proofErr w:type="spellStart"/>
            <w:r w:rsidRPr="00A7364D">
              <w:rPr>
                <w:sz w:val="16"/>
                <w:szCs w:val="16"/>
              </w:rPr>
              <w:t>Não</w:t>
            </w:r>
            <w:proofErr w:type="spellEnd"/>
          </w:p>
        </w:tc>
      </w:tr>
      <w:tr w:rsidR="00A7364D" w:rsidRPr="00A7364D" w14:paraId="72EC1235" w14:textId="77777777" w:rsidTr="00EE319A">
        <w:trPr>
          <w:jc w:val="center"/>
        </w:trPr>
        <w:tc>
          <w:tcPr>
            <w:tcW w:w="5879" w:type="dxa"/>
          </w:tcPr>
          <w:p w14:paraId="65C56905" w14:textId="77777777" w:rsidR="00A7364D" w:rsidRPr="00A7364D" w:rsidRDefault="00A7364D" w:rsidP="00EE319A">
            <w:pPr>
              <w:jc w:val="center"/>
              <w:rPr>
                <w:sz w:val="16"/>
                <w:lang w:val="pt-BR"/>
              </w:rPr>
            </w:pPr>
          </w:p>
        </w:tc>
        <w:tc>
          <w:tcPr>
            <w:tcW w:w="8363" w:type="dxa"/>
            <w:gridSpan w:val="2"/>
          </w:tcPr>
          <w:p w14:paraId="615AC95E" w14:textId="77777777" w:rsidR="00A7364D" w:rsidRPr="00A7364D" w:rsidRDefault="00A7364D" w:rsidP="00EE319A">
            <w:pPr>
              <w:rPr>
                <w:lang w:val="pt-BR"/>
              </w:rPr>
            </w:pPr>
          </w:p>
        </w:tc>
      </w:tr>
      <w:tr w:rsidR="00A7364D" w14:paraId="5DFE9373" w14:textId="77777777" w:rsidTr="007F02BC">
        <w:trPr>
          <w:jc w:val="center"/>
        </w:trPr>
        <w:tc>
          <w:tcPr>
            <w:tcW w:w="5879" w:type="dxa"/>
            <w:shd w:val="clear" w:color="auto" w:fill="D9EAF7"/>
          </w:tcPr>
          <w:p w14:paraId="7683B31E" w14:textId="23BCFCA6" w:rsidR="00A7364D" w:rsidRPr="00A7364D" w:rsidRDefault="00A7364D" w:rsidP="00EE319A">
            <w:pPr>
              <w:jc w:val="center"/>
            </w:pPr>
            <w:proofErr w:type="spellStart"/>
            <w:r w:rsidRPr="00A7364D">
              <w:rPr>
                <w:b/>
                <w:sz w:val="14"/>
              </w:rPr>
              <w:t>Componente</w:t>
            </w:r>
            <w:proofErr w:type="spellEnd"/>
            <w:r w:rsidRPr="00A7364D">
              <w:rPr>
                <w:b/>
                <w:sz w:val="14"/>
              </w:rPr>
              <w:t xml:space="preserve"> </w:t>
            </w:r>
            <w:proofErr w:type="spellStart"/>
            <w:r w:rsidRPr="00A7364D">
              <w:rPr>
                <w:b/>
                <w:sz w:val="14"/>
              </w:rPr>
              <w:t>obrigatório</w:t>
            </w:r>
            <w:proofErr w:type="spellEnd"/>
          </w:p>
        </w:tc>
        <w:tc>
          <w:tcPr>
            <w:tcW w:w="2266" w:type="dxa"/>
            <w:shd w:val="clear" w:color="auto" w:fill="D9EAF7"/>
          </w:tcPr>
          <w:p w14:paraId="5C7E8017" w14:textId="77777777" w:rsidR="00A7364D" w:rsidRDefault="00A7364D" w:rsidP="00EE319A">
            <w:pPr>
              <w:jc w:val="center"/>
            </w:pPr>
            <w:proofErr w:type="spellStart"/>
            <w:r>
              <w:rPr>
                <w:b/>
                <w:sz w:val="14"/>
              </w:rPr>
              <w:t>Comissão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valida</w:t>
            </w:r>
            <w:proofErr w:type="spellEnd"/>
            <w:r>
              <w:rPr>
                <w:b/>
                <w:sz w:val="14"/>
              </w:rPr>
              <w:t>? (X)</w:t>
            </w:r>
          </w:p>
        </w:tc>
        <w:tc>
          <w:tcPr>
            <w:tcW w:w="6097" w:type="dxa"/>
            <w:shd w:val="clear" w:color="auto" w:fill="D9EAF7"/>
          </w:tcPr>
          <w:p w14:paraId="620E69D2" w14:textId="77777777" w:rsidR="00A7364D" w:rsidRDefault="00A7364D" w:rsidP="00EE319A">
            <w:pPr>
              <w:jc w:val="center"/>
            </w:pPr>
            <w:proofErr w:type="spellStart"/>
            <w:r>
              <w:rPr>
                <w:b/>
                <w:sz w:val="14"/>
              </w:rPr>
              <w:t>Observações</w:t>
            </w:r>
            <w:proofErr w:type="spellEnd"/>
          </w:p>
        </w:tc>
      </w:tr>
      <w:tr w:rsidR="00A7364D" w14:paraId="223BEEC1" w14:textId="77777777" w:rsidTr="00F93A08">
        <w:trPr>
          <w:jc w:val="center"/>
        </w:trPr>
        <w:tc>
          <w:tcPr>
            <w:tcW w:w="5879" w:type="dxa"/>
          </w:tcPr>
          <w:p w14:paraId="1418C3E5" w14:textId="4759D93A" w:rsidR="00A7364D" w:rsidRPr="00A7364D" w:rsidRDefault="00A7364D" w:rsidP="00EE319A">
            <w:pPr>
              <w:jc w:val="center"/>
              <w:rPr>
                <w:lang w:val="pt-BR"/>
              </w:rPr>
            </w:pPr>
            <w:r w:rsidRPr="00A7364D">
              <w:rPr>
                <w:sz w:val="14"/>
                <w:lang w:val="pt-BR"/>
              </w:rPr>
              <w:t>Produto/atividade valida com comprovação</w:t>
            </w:r>
          </w:p>
        </w:tc>
        <w:tc>
          <w:tcPr>
            <w:tcW w:w="2266" w:type="dxa"/>
          </w:tcPr>
          <w:p w14:paraId="01D94532" w14:textId="77777777" w:rsidR="00A7364D" w:rsidRDefault="00A7364D" w:rsidP="00EE319A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6097" w:type="dxa"/>
          </w:tcPr>
          <w:p w14:paraId="55A31F96" w14:textId="77777777" w:rsidR="00A7364D" w:rsidRDefault="00A7364D" w:rsidP="00EE319A"/>
          <w:p w14:paraId="4538770C" w14:textId="77777777" w:rsidR="00A7364D" w:rsidRDefault="00A7364D" w:rsidP="00EE319A"/>
        </w:tc>
      </w:tr>
      <w:tr w:rsidR="00EE319A" w14:paraId="71B67AF4" w14:textId="77777777" w:rsidTr="00EE319A">
        <w:trPr>
          <w:jc w:val="center"/>
        </w:trPr>
        <w:tc>
          <w:tcPr>
            <w:tcW w:w="5879" w:type="dxa"/>
            <w:shd w:val="clear" w:color="auto" w:fill="D9EAF7"/>
          </w:tcPr>
          <w:p w14:paraId="202021F7" w14:textId="77777777" w:rsidR="00EE319A" w:rsidRDefault="00EE319A" w:rsidP="00EE319A">
            <w:pPr>
              <w:jc w:val="center"/>
            </w:pPr>
            <w:proofErr w:type="spellStart"/>
            <w:r>
              <w:rPr>
                <w:b/>
                <w:sz w:val="16"/>
              </w:rPr>
              <w:t>Categoria</w:t>
            </w:r>
            <w:proofErr w:type="spellEnd"/>
            <w:r>
              <w:rPr>
                <w:b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aceita</w:t>
            </w:r>
            <w:proofErr w:type="spellEnd"/>
          </w:p>
        </w:tc>
        <w:tc>
          <w:tcPr>
            <w:tcW w:w="8363" w:type="dxa"/>
            <w:gridSpan w:val="2"/>
            <w:shd w:val="clear" w:color="auto" w:fill="D9EAF7"/>
          </w:tcPr>
          <w:p w14:paraId="0BC3CDAF" w14:textId="77777777" w:rsidR="00EE319A" w:rsidRDefault="00EE319A" w:rsidP="00EE319A">
            <w:pPr>
              <w:jc w:val="center"/>
            </w:pPr>
            <w:proofErr w:type="spellStart"/>
            <w:r>
              <w:rPr>
                <w:b/>
                <w:sz w:val="16"/>
              </w:rPr>
              <w:t>Exemplos</w:t>
            </w:r>
            <w:proofErr w:type="spellEnd"/>
          </w:p>
        </w:tc>
      </w:tr>
      <w:tr w:rsidR="00EE319A" w:rsidRPr="00020250" w14:paraId="5F5CAA4C" w14:textId="77777777" w:rsidTr="00EE319A">
        <w:trPr>
          <w:jc w:val="center"/>
        </w:trPr>
        <w:tc>
          <w:tcPr>
            <w:tcW w:w="5879" w:type="dxa"/>
          </w:tcPr>
          <w:p w14:paraId="0097CE51" w14:textId="77777777" w:rsidR="00EE319A" w:rsidRDefault="00EE319A" w:rsidP="00EE319A">
            <w:pPr>
              <w:jc w:val="center"/>
            </w:pPr>
            <w:r>
              <w:rPr>
                <w:sz w:val="16"/>
              </w:rPr>
              <w:lastRenderedPageBreak/>
              <w:t xml:space="preserve">Impacto </w:t>
            </w:r>
            <w:proofErr w:type="spellStart"/>
            <w:r>
              <w:rPr>
                <w:sz w:val="16"/>
              </w:rPr>
              <w:t>educacional</w:t>
            </w:r>
            <w:proofErr w:type="spellEnd"/>
          </w:p>
        </w:tc>
        <w:tc>
          <w:tcPr>
            <w:tcW w:w="8363" w:type="dxa"/>
            <w:gridSpan w:val="2"/>
          </w:tcPr>
          <w:p w14:paraId="5AD2ADA6" w14:textId="77777777" w:rsidR="00EE319A" w:rsidRPr="00824A5A" w:rsidRDefault="00EE319A" w:rsidP="00EE319A">
            <w:pPr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t>Curso, oficina, material didático, atividade em graduação, educação básica ou educação continuada</w:t>
            </w:r>
          </w:p>
        </w:tc>
      </w:tr>
      <w:tr w:rsidR="00EE319A" w:rsidRPr="00020250" w14:paraId="6CA21B3F" w14:textId="77777777" w:rsidTr="00EE319A">
        <w:trPr>
          <w:jc w:val="center"/>
        </w:trPr>
        <w:tc>
          <w:tcPr>
            <w:tcW w:w="5879" w:type="dxa"/>
          </w:tcPr>
          <w:p w14:paraId="00FE079F" w14:textId="77777777" w:rsidR="00EE319A" w:rsidRDefault="00EE319A" w:rsidP="00EE319A">
            <w:pPr>
              <w:jc w:val="center"/>
            </w:pPr>
            <w:r>
              <w:rPr>
                <w:sz w:val="16"/>
              </w:rPr>
              <w:t xml:space="preserve">Impacto </w:t>
            </w:r>
            <w:proofErr w:type="spellStart"/>
            <w:r>
              <w:rPr>
                <w:sz w:val="16"/>
              </w:rPr>
              <w:t>científico</w:t>
            </w:r>
            <w:proofErr w:type="spellEnd"/>
          </w:p>
        </w:tc>
        <w:tc>
          <w:tcPr>
            <w:tcW w:w="8363" w:type="dxa"/>
            <w:gridSpan w:val="2"/>
          </w:tcPr>
          <w:p w14:paraId="2C77025B" w14:textId="77777777" w:rsidR="00EE319A" w:rsidRPr="00824A5A" w:rsidRDefault="00EE319A" w:rsidP="00EE319A">
            <w:pPr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t>Organização de evento, minicurso científico, protocolo registrado, base de dados, repositório</w:t>
            </w:r>
          </w:p>
        </w:tc>
      </w:tr>
      <w:tr w:rsidR="00EE319A" w:rsidRPr="00020250" w14:paraId="160B314C" w14:textId="77777777" w:rsidTr="00EE319A">
        <w:trPr>
          <w:jc w:val="center"/>
        </w:trPr>
        <w:tc>
          <w:tcPr>
            <w:tcW w:w="5879" w:type="dxa"/>
          </w:tcPr>
          <w:p w14:paraId="21FC4274" w14:textId="77777777" w:rsidR="00EE319A" w:rsidRDefault="00EE319A" w:rsidP="00EE319A">
            <w:pPr>
              <w:jc w:val="center"/>
            </w:pPr>
            <w:r>
              <w:rPr>
                <w:sz w:val="16"/>
              </w:rPr>
              <w:t>Impacto sociocultural</w:t>
            </w:r>
          </w:p>
        </w:tc>
        <w:tc>
          <w:tcPr>
            <w:tcW w:w="8363" w:type="dxa"/>
            <w:gridSpan w:val="2"/>
          </w:tcPr>
          <w:p w14:paraId="658E1010" w14:textId="77777777" w:rsidR="00EE319A" w:rsidRPr="00824A5A" w:rsidRDefault="00EE319A" w:rsidP="00EE319A">
            <w:pPr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t>Ação com comunidade, usuários, pacientes, cuidadores, escolas, serviços ou coletivos sociais</w:t>
            </w:r>
          </w:p>
        </w:tc>
      </w:tr>
      <w:tr w:rsidR="00EE319A" w:rsidRPr="00020250" w14:paraId="6C1CACE7" w14:textId="77777777" w:rsidTr="00EE319A">
        <w:trPr>
          <w:jc w:val="center"/>
        </w:trPr>
        <w:tc>
          <w:tcPr>
            <w:tcW w:w="5879" w:type="dxa"/>
          </w:tcPr>
          <w:p w14:paraId="466EF146" w14:textId="77777777" w:rsidR="00EE319A" w:rsidRDefault="00EE319A" w:rsidP="00EE319A">
            <w:pPr>
              <w:jc w:val="center"/>
            </w:pPr>
            <w:r>
              <w:rPr>
                <w:sz w:val="16"/>
              </w:rPr>
              <w:t xml:space="preserve">Impacto </w:t>
            </w:r>
            <w:proofErr w:type="spellStart"/>
            <w:r>
              <w:rPr>
                <w:sz w:val="16"/>
              </w:rPr>
              <w:t>tecnológico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econômico</w:t>
            </w:r>
            <w:proofErr w:type="spellEnd"/>
          </w:p>
        </w:tc>
        <w:tc>
          <w:tcPr>
            <w:tcW w:w="8363" w:type="dxa"/>
            <w:gridSpan w:val="2"/>
          </w:tcPr>
          <w:p w14:paraId="292ADAE8" w14:textId="77777777" w:rsidR="00EE319A" w:rsidRPr="00824A5A" w:rsidRDefault="00EE319A" w:rsidP="00EE319A">
            <w:pPr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t>Software, aplicativo, tecnologia assistiva, ferramenta de gestão, protocolo implementável, recomendação para política pública</w:t>
            </w:r>
          </w:p>
        </w:tc>
      </w:tr>
    </w:tbl>
    <w:p w14:paraId="50B6EB62" w14:textId="1753A659" w:rsidR="00473FD2" w:rsidRPr="00824A5A" w:rsidRDefault="00000000">
      <w:pPr>
        <w:pStyle w:val="Heading2"/>
        <w:spacing w:before="160" w:after="80"/>
        <w:rPr>
          <w:lang w:val="pt-BR"/>
        </w:rPr>
      </w:pPr>
      <w:r w:rsidRPr="00824A5A">
        <w:rPr>
          <w:lang w:val="pt-BR"/>
        </w:rPr>
        <w:t>A</w:t>
      </w:r>
      <w:r w:rsidR="00730C96">
        <w:rPr>
          <w:lang w:val="pt-BR"/>
        </w:rPr>
        <w:t>4</w:t>
      </w:r>
      <w:r w:rsidRPr="00824A5A">
        <w:rPr>
          <w:lang w:val="pt-BR"/>
        </w:rPr>
        <w:t xml:space="preserve">. Formulário de egresso, ORCID e Lattes atualizado 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51"/>
        <w:gridCol w:w="1909"/>
        <w:gridCol w:w="2296"/>
        <w:gridCol w:w="5986"/>
      </w:tblGrid>
      <w:tr w:rsidR="00D73D26" w14:paraId="25542787" w14:textId="77777777" w:rsidTr="001D02A9">
        <w:trPr>
          <w:jc w:val="center"/>
        </w:trPr>
        <w:tc>
          <w:tcPr>
            <w:tcW w:w="4051" w:type="dxa"/>
            <w:shd w:val="clear" w:color="auto" w:fill="D9EAF7"/>
          </w:tcPr>
          <w:p w14:paraId="1470EE70" w14:textId="77777777" w:rsidR="00D73D26" w:rsidRDefault="00D73D26">
            <w:pPr>
              <w:jc w:val="center"/>
            </w:pPr>
            <w:proofErr w:type="spellStart"/>
            <w:r>
              <w:rPr>
                <w:b/>
                <w:sz w:val="14"/>
              </w:rPr>
              <w:t>Componente</w:t>
            </w:r>
            <w:proofErr w:type="spellEnd"/>
          </w:p>
        </w:tc>
        <w:tc>
          <w:tcPr>
            <w:tcW w:w="1909" w:type="dxa"/>
            <w:shd w:val="clear" w:color="auto" w:fill="D9EAF7"/>
          </w:tcPr>
          <w:p w14:paraId="556691D9" w14:textId="77777777" w:rsidR="00D73D26" w:rsidRDefault="00D73D26">
            <w:pPr>
              <w:jc w:val="center"/>
            </w:pPr>
            <w:proofErr w:type="spellStart"/>
            <w:r>
              <w:rPr>
                <w:b/>
                <w:sz w:val="14"/>
              </w:rPr>
              <w:t>Discente</w:t>
            </w:r>
            <w:proofErr w:type="spellEnd"/>
            <w:r>
              <w:rPr>
                <w:b/>
                <w:sz w:val="14"/>
              </w:rPr>
              <w:t xml:space="preserve"> (X)</w:t>
            </w:r>
          </w:p>
        </w:tc>
        <w:tc>
          <w:tcPr>
            <w:tcW w:w="2296" w:type="dxa"/>
            <w:shd w:val="clear" w:color="auto" w:fill="D9EAF7"/>
          </w:tcPr>
          <w:p w14:paraId="2EEAD779" w14:textId="77777777" w:rsidR="00D73D26" w:rsidRDefault="00D73D26">
            <w:pPr>
              <w:jc w:val="center"/>
            </w:pPr>
            <w:proofErr w:type="spellStart"/>
            <w:r>
              <w:rPr>
                <w:b/>
                <w:sz w:val="14"/>
              </w:rPr>
              <w:t>Comissão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valida</w:t>
            </w:r>
            <w:proofErr w:type="spellEnd"/>
            <w:r>
              <w:rPr>
                <w:b/>
                <w:sz w:val="14"/>
              </w:rPr>
              <w:t>? (X)</w:t>
            </w:r>
          </w:p>
        </w:tc>
        <w:tc>
          <w:tcPr>
            <w:tcW w:w="5986" w:type="dxa"/>
            <w:shd w:val="clear" w:color="auto" w:fill="D9EAF7"/>
          </w:tcPr>
          <w:p w14:paraId="2CE697A4" w14:textId="77777777" w:rsidR="00D73D26" w:rsidRDefault="00D73D26">
            <w:pPr>
              <w:jc w:val="center"/>
            </w:pPr>
            <w:proofErr w:type="spellStart"/>
            <w:r>
              <w:rPr>
                <w:b/>
                <w:sz w:val="14"/>
              </w:rPr>
              <w:t>Observações</w:t>
            </w:r>
            <w:proofErr w:type="spellEnd"/>
          </w:p>
        </w:tc>
      </w:tr>
      <w:tr w:rsidR="00D73D26" w14:paraId="63D7F166" w14:textId="77777777" w:rsidTr="009D375A">
        <w:trPr>
          <w:jc w:val="center"/>
        </w:trPr>
        <w:tc>
          <w:tcPr>
            <w:tcW w:w="4051" w:type="dxa"/>
          </w:tcPr>
          <w:p w14:paraId="287D3252" w14:textId="0F5EF16A" w:rsidR="00D73D26" w:rsidRPr="00D73D26" w:rsidRDefault="00D73D26">
            <w:pPr>
              <w:jc w:val="center"/>
              <w:rPr>
                <w:lang w:val="pt-BR"/>
              </w:rPr>
            </w:pPr>
            <w:r w:rsidRPr="00D73D26">
              <w:rPr>
                <w:sz w:val="14"/>
                <w:lang w:val="pt-BR"/>
              </w:rPr>
              <w:t>Currículo Lattes atualizado nos últimos 30 dias: indicar que faz curso de mestrado, indicar nome do orientador, resumos em anais, artigos aceitos ou publicados</w:t>
            </w:r>
          </w:p>
        </w:tc>
        <w:tc>
          <w:tcPr>
            <w:tcW w:w="1909" w:type="dxa"/>
          </w:tcPr>
          <w:p w14:paraId="342AB11C" w14:textId="77777777" w:rsidR="00D73D26" w:rsidRDefault="00D73D26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2296" w:type="dxa"/>
          </w:tcPr>
          <w:p w14:paraId="00D11E6C" w14:textId="77777777" w:rsidR="00D73D26" w:rsidRDefault="00D73D26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5986" w:type="dxa"/>
          </w:tcPr>
          <w:p w14:paraId="26B4095D" w14:textId="77777777" w:rsidR="00D73D26" w:rsidRDefault="00D73D26"/>
        </w:tc>
      </w:tr>
      <w:tr w:rsidR="00D73D26" w14:paraId="25C324CE" w14:textId="77777777" w:rsidTr="00223526">
        <w:trPr>
          <w:jc w:val="center"/>
        </w:trPr>
        <w:tc>
          <w:tcPr>
            <w:tcW w:w="4051" w:type="dxa"/>
          </w:tcPr>
          <w:p w14:paraId="6E54D43B" w14:textId="70131A74" w:rsidR="00D73D26" w:rsidRPr="00100817" w:rsidRDefault="00D73D26">
            <w:pPr>
              <w:jc w:val="center"/>
              <w:rPr>
                <w:lang w:val="pt-BR"/>
              </w:rPr>
            </w:pPr>
            <w:r w:rsidRPr="00100817">
              <w:rPr>
                <w:sz w:val="14"/>
                <w:lang w:val="pt-BR"/>
              </w:rPr>
              <w:t>ORCID informado, atualizado e v</w:t>
            </w:r>
            <w:r>
              <w:rPr>
                <w:sz w:val="14"/>
                <w:lang w:val="pt-BR"/>
              </w:rPr>
              <w:t>inculado ao lattes</w:t>
            </w:r>
          </w:p>
        </w:tc>
        <w:tc>
          <w:tcPr>
            <w:tcW w:w="1909" w:type="dxa"/>
          </w:tcPr>
          <w:p w14:paraId="1C7055B9" w14:textId="77777777" w:rsidR="00D73D26" w:rsidRDefault="00D73D26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2296" w:type="dxa"/>
          </w:tcPr>
          <w:p w14:paraId="2A5B7B83" w14:textId="77777777" w:rsidR="00D73D26" w:rsidRDefault="00D73D26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5986" w:type="dxa"/>
          </w:tcPr>
          <w:p w14:paraId="53EC27E3" w14:textId="77777777" w:rsidR="00D73D26" w:rsidRDefault="00D73D26"/>
        </w:tc>
      </w:tr>
      <w:tr w:rsidR="00D73D26" w14:paraId="5F773E6D" w14:textId="77777777" w:rsidTr="00B575D6">
        <w:trPr>
          <w:jc w:val="center"/>
        </w:trPr>
        <w:tc>
          <w:tcPr>
            <w:tcW w:w="4051" w:type="dxa"/>
          </w:tcPr>
          <w:p w14:paraId="4A67B78B" w14:textId="1FF0B8CA" w:rsidR="00D73D26" w:rsidRPr="00824A5A" w:rsidRDefault="00D73D26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 xml:space="preserve">Formulário de egresso preenchido com e-mail pessoal, vínculo atual, expectativa de </w:t>
            </w:r>
          </w:p>
        </w:tc>
        <w:tc>
          <w:tcPr>
            <w:tcW w:w="1909" w:type="dxa"/>
          </w:tcPr>
          <w:p w14:paraId="7FF25489" w14:textId="77777777" w:rsidR="00D73D26" w:rsidRDefault="00D73D26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2296" w:type="dxa"/>
          </w:tcPr>
          <w:p w14:paraId="795EC507" w14:textId="77777777" w:rsidR="00D73D26" w:rsidRDefault="00D73D26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5986" w:type="dxa"/>
          </w:tcPr>
          <w:p w14:paraId="3FD4BD84" w14:textId="77777777" w:rsidR="00D73D26" w:rsidRDefault="00D73D26"/>
        </w:tc>
      </w:tr>
      <w:tr w:rsidR="00473FD2" w14:paraId="3019DAA7" w14:textId="77777777" w:rsidTr="00D73D26">
        <w:trPr>
          <w:jc w:val="center"/>
        </w:trPr>
        <w:tc>
          <w:tcPr>
            <w:tcW w:w="5960" w:type="dxa"/>
            <w:gridSpan w:val="2"/>
            <w:shd w:val="clear" w:color="auto" w:fill="D9EAF7"/>
          </w:tcPr>
          <w:p w14:paraId="12564618" w14:textId="77777777" w:rsidR="00473FD2" w:rsidRDefault="00000000">
            <w:pPr>
              <w:jc w:val="center"/>
            </w:pPr>
            <w:r>
              <w:rPr>
                <w:b/>
                <w:sz w:val="16"/>
              </w:rPr>
              <w:t>Campo</w:t>
            </w:r>
          </w:p>
        </w:tc>
        <w:tc>
          <w:tcPr>
            <w:tcW w:w="8282" w:type="dxa"/>
            <w:gridSpan w:val="2"/>
            <w:shd w:val="clear" w:color="auto" w:fill="D9EAF7"/>
          </w:tcPr>
          <w:p w14:paraId="12CBD0E7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6"/>
              </w:rPr>
              <w:t>Informação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preencher</w:t>
            </w:r>
            <w:proofErr w:type="spellEnd"/>
          </w:p>
        </w:tc>
      </w:tr>
      <w:tr w:rsidR="00473FD2" w14:paraId="58305866" w14:textId="77777777" w:rsidTr="00D73D26">
        <w:trPr>
          <w:jc w:val="center"/>
        </w:trPr>
        <w:tc>
          <w:tcPr>
            <w:tcW w:w="5960" w:type="dxa"/>
            <w:gridSpan w:val="2"/>
          </w:tcPr>
          <w:p w14:paraId="6AE5FD00" w14:textId="77777777" w:rsidR="00473FD2" w:rsidRDefault="00000000">
            <w:pPr>
              <w:jc w:val="center"/>
            </w:pPr>
            <w:r>
              <w:rPr>
                <w:sz w:val="16"/>
              </w:rPr>
              <w:t xml:space="preserve">E-mail </w:t>
            </w:r>
            <w:proofErr w:type="spellStart"/>
            <w:r>
              <w:rPr>
                <w:sz w:val="16"/>
              </w:rPr>
              <w:t>pessoal</w:t>
            </w:r>
            <w:proofErr w:type="spellEnd"/>
          </w:p>
        </w:tc>
        <w:tc>
          <w:tcPr>
            <w:tcW w:w="8282" w:type="dxa"/>
            <w:gridSpan w:val="2"/>
          </w:tcPr>
          <w:p w14:paraId="1427DC05" w14:textId="77777777" w:rsidR="00473FD2" w:rsidRDefault="00473FD2"/>
        </w:tc>
      </w:tr>
      <w:tr w:rsidR="00473FD2" w14:paraId="38F5DD69" w14:textId="77777777" w:rsidTr="00D73D26">
        <w:trPr>
          <w:jc w:val="center"/>
        </w:trPr>
        <w:tc>
          <w:tcPr>
            <w:tcW w:w="5960" w:type="dxa"/>
            <w:gridSpan w:val="2"/>
          </w:tcPr>
          <w:p w14:paraId="51BC1DD1" w14:textId="77777777" w:rsidR="00473FD2" w:rsidRDefault="00000000">
            <w:pPr>
              <w:jc w:val="center"/>
            </w:pPr>
            <w:r>
              <w:rPr>
                <w:sz w:val="16"/>
              </w:rPr>
              <w:t>ORCID</w:t>
            </w:r>
          </w:p>
        </w:tc>
        <w:tc>
          <w:tcPr>
            <w:tcW w:w="8282" w:type="dxa"/>
            <w:gridSpan w:val="2"/>
          </w:tcPr>
          <w:p w14:paraId="38D0AFD2" w14:textId="77777777" w:rsidR="00473FD2" w:rsidRDefault="00473FD2"/>
        </w:tc>
      </w:tr>
      <w:tr w:rsidR="00473FD2" w14:paraId="207B385D" w14:textId="77777777" w:rsidTr="00D73D26">
        <w:trPr>
          <w:jc w:val="center"/>
        </w:trPr>
        <w:tc>
          <w:tcPr>
            <w:tcW w:w="5960" w:type="dxa"/>
            <w:gridSpan w:val="2"/>
          </w:tcPr>
          <w:p w14:paraId="4B3BE1FB" w14:textId="77777777" w:rsidR="00473FD2" w:rsidRDefault="00000000">
            <w:pPr>
              <w:jc w:val="center"/>
            </w:pPr>
            <w:r>
              <w:rPr>
                <w:sz w:val="16"/>
              </w:rPr>
              <w:t xml:space="preserve">Link do </w:t>
            </w:r>
            <w:proofErr w:type="spellStart"/>
            <w:r>
              <w:rPr>
                <w:sz w:val="16"/>
              </w:rPr>
              <w:t>Currículo</w:t>
            </w:r>
            <w:proofErr w:type="spellEnd"/>
            <w:r>
              <w:rPr>
                <w:sz w:val="16"/>
              </w:rPr>
              <w:t xml:space="preserve"> Lattes</w:t>
            </w:r>
          </w:p>
        </w:tc>
        <w:tc>
          <w:tcPr>
            <w:tcW w:w="8282" w:type="dxa"/>
            <w:gridSpan w:val="2"/>
          </w:tcPr>
          <w:p w14:paraId="5359360B" w14:textId="77777777" w:rsidR="00473FD2" w:rsidRDefault="00473FD2"/>
        </w:tc>
      </w:tr>
      <w:tr w:rsidR="00473FD2" w14:paraId="56CCE88F" w14:textId="77777777" w:rsidTr="00D73D26">
        <w:trPr>
          <w:jc w:val="center"/>
        </w:trPr>
        <w:tc>
          <w:tcPr>
            <w:tcW w:w="5960" w:type="dxa"/>
            <w:gridSpan w:val="2"/>
          </w:tcPr>
          <w:p w14:paraId="322DFEA2" w14:textId="77777777" w:rsidR="00473FD2" w:rsidRDefault="00000000">
            <w:pPr>
              <w:jc w:val="center"/>
            </w:pPr>
            <w:proofErr w:type="spellStart"/>
            <w:r>
              <w:rPr>
                <w:sz w:val="16"/>
              </w:rPr>
              <w:t>Vínculo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profissional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acadêmico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atual</w:t>
            </w:r>
            <w:proofErr w:type="spellEnd"/>
          </w:p>
        </w:tc>
        <w:tc>
          <w:tcPr>
            <w:tcW w:w="8282" w:type="dxa"/>
            <w:gridSpan w:val="2"/>
          </w:tcPr>
          <w:p w14:paraId="298E6532" w14:textId="77777777" w:rsidR="00473FD2" w:rsidRDefault="00473FD2"/>
        </w:tc>
      </w:tr>
      <w:tr w:rsidR="00473FD2" w:rsidRPr="00020250" w14:paraId="1AF688D3" w14:textId="77777777" w:rsidTr="00D73D26">
        <w:trPr>
          <w:jc w:val="center"/>
        </w:trPr>
        <w:tc>
          <w:tcPr>
            <w:tcW w:w="5960" w:type="dxa"/>
            <w:gridSpan w:val="2"/>
          </w:tcPr>
          <w:p w14:paraId="0E029509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t>Expectativa de inserção após a titulação</w:t>
            </w:r>
          </w:p>
        </w:tc>
        <w:tc>
          <w:tcPr>
            <w:tcW w:w="8282" w:type="dxa"/>
            <w:gridSpan w:val="2"/>
          </w:tcPr>
          <w:p w14:paraId="141C4101" w14:textId="77777777" w:rsidR="00473FD2" w:rsidRPr="00824A5A" w:rsidRDefault="00473FD2">
            <w:pPr>
              <w:rPr>
                <w:lang w:val="pt-BR"/>
              </w:rPr>
            </w:pPr>
          </w:p>
        </w:tc>
      </w:tr>
    </w:tbl>
    <w:p w14:paraId="72889DA7" w14:textId="7F216391" w:rsidR="00473FD2" w:rsidRPr="00824A5A" w:rsidRDefault="00000000">
      <w:pPr>
        <w:pStyle w:val="Heading2"/>
        <w:spacing w:before="160" w:after="80"/>
        <w:rPr>
          <w:lang w:val="pt-BR"/>
        </w:rPr>
      </w:pPr>
      <w:r w:rsidRPr="00824A5A">
        <w:rPr>
          <w:lang w:val="pt-BR"/>
        </w:rPr>
        <w:t>A</w:t>
      </w:r>
      <w:r w:rsidR="00730C96">
        <w:rPr>
          <w:lang w:val="pt-BR"/>
        </w:rPr>
        <w:t>5</w:t>
      </w:r>
      <w:r w:rsidRPr="00824A5A">
        <w:rPr>
          <w:lang w:val="pt-BR"/>
        </w:rPr>
        <w:t xml:space="preserve">. Avaliação da qualidade da dissertação </w:t>
      </w:r>
    </w:p>
    <w:p w14:paraId="7E15017B" w14:textId="77777777" w:rsidR="00473FD2" w:rsidRPr="00824A5A" w:rsidRDefault="00000000">
      <w:pPr>
        <w:spacing w:after="80"/>
        <w:rPr>
          <w:lang w:val="pt-BR"/>
        </w:rPr>
      </w:pPr>
      <w:r w:rsidRPr="00824A5A">
        <w:rPr>
          <w:i/>
          <w:sz w:val="17"/>
          <w:lang w:val="pt-BR"/>
        </w:rPr>
        <w:t>Pré-requisito: o orientador deverá preencher a ficha de avaliação da dissertação considerando abrangência, aplicabilidade, inovação e complexidade. A lógica de referência é a do item 2.1.1 da Ficha da Área 21/CAPES, na qual produto de boa qualidade soma 14 pontos ou mais.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529"/>
        <w:gridCol w:w="1228"/>
        <w:gridCol w:w="1459"/>
        <w:gridCol w:w="1150"/>
        <w:gridCol w:w="1134"/>
        <w:gridCol w:w="1128"/>
        <w:gridCol w:w="4614"/>
      </w:tblGrid>
      <w:tr w:rsidR="00473FD2" w:rsidRPr="00020250" w14:paraId="04ACFB92" w14:textId="77777777" w:rsidTr="00F61061">
        <w:trPr>
          <w:jc w:val="center"/>
        </w:trPr>
        <w:tc>
          <w:tcPr>
            <w:tcW w:w="3529" w:type="dxa"/>
            <w:shd w:val="clear" w:color="auto" w:fill="D9EAF7"/>
          </w:tcPr>
          <w:p w14:paraId="06E6C898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b/>
                <w:sz w:val="13"/>
                <w:lang w:val="pt-BR"/>
              </w:rPr>
              <w:t>Componente de avaliação da dissertação</w:t>
            </w:r>
          </w:p>
        </w:tc>
        <w:tc>
          <w:tcPr>
            <w:tcW w:w="1228" w:type="dxa"/>
            <w:shd w:val="clear" w:color="auto" w:fill="D9EAF7"/>
          </w:tcPr>
          <w:p w14:paraId="5EAA1AE7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3"/>
              </w:rPr>
              <w:t>Pontuação</w:t>
            </w:r>
            <w:proofErr w:type="spellEnd"/>
            <w:r>
              <w:rPr>
                <w:b/>
                <w:sz w:val="13"/>
              </w:rPr>
              <w:t xml:space="preserve"> de </w:t>
            </w:r>
            <w:proofErr w:type="spellStart"/>
            <w:r>
              <w:rPr>
                <w:b/>
                <w:sz w:val="13"/>
              </w:rPr>
              <w:t>referência</w:t>
            </w:r>
            <w:proofErr w:type="spellEnd"/>
          </w:p>
        </w:tc>
        <w:tc>
          <w:tcPr>
            <w:tcW w:w="1459" w:type="dxa"/>
            <w:shd w:val="clear" w:color="auto" w:fill="D9EAF7"/>
          </w:tcPr>
          <w:p w14:paraId="3ED6E5C9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3"/>
              </w:rPr>
              <w:t>Discente</w:t>
            </w:r>
            <w:proofErr w:type="spellEnd"/>
            <w:r>
              <w:rPr>
                <w:b/>
                <w:sz w:val="13"/>
              </w:rPr>
              <w:t>/</w:t>
            </w:r>
            <w:proofErr w:type="spellStart"/>
            <w:r>
              <w:rPr>
                <w:b/>
                <w:sz w:val="13"/>
              </w:rPr>
              <w:t>Orientador</w:t>
            </w:r>
            <w:proofErr w:type="spellEnd"/>
            <w:r>
              <w:rPr>
                <w:b/>
                <w:sz w:val="13"/>
              </w:rPr>
              <w:t xml:space="preserve"> (X)</w:t>
            </w:r>
          </w:p>
        </w:tc>
        <w:tc>
          <w:tcPr>
            <w:tcW w:w="1150" w:type="dxa"/>
            <w:shd w:val="clear" w:color="auto" w:fill="D9EAF7"/>
          </w:tcPr>
          <w:p w14:paraId="553A3000" w14:textId="77777777" w:rsidR="00473FD2" w:rsidRDefault="00000000">
            <w:pPr>
              <w:jc w:val="center"/>
            </w:pPr>
            <w:r>
              <w:rPr>
                <w:b/>
                <w:sz w:val="13"/>
              </w:rPr>
              <w:t xml:space="preserve">Pontos </w:t>
            </w:r>
            <w:proofErr w:type="spellStart"/>
            <w:r>
              <w:rPr>
                <w:b/>
                <w:sz w:val="13"/>
              </w:rPr>
              <w:t>solicitados</w:t>
            </w:r>
            <w:proofErr w:type="spellEnd"/>
          </w:p>
        </w:tc>
        <w:tc>
          <w:tcPr>
            <w:tcW w:w="1134" w:type="dxa"/>
            <w:shd w:val="clear" w:color="auto" w:fill="D9EAF7"/>
          </w:tcPr>
          <w:p w14:paraId="345063FD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3"/>
              </w:rPr>
              <w:t>Comissão</w:t>
            </w:r>
            <w:proofErr w:type="spellEnd"/>
            <w:r>
              <w:rPr>
                <w:b/>
                <w:sz w:val="13"/>
              </w:rPr>
              <w:t xml:space="preserve"> </w:t>
            </w:r>
            <w:proofErr w:type="spellStart"/>
            <w:r>
              <w:rPr>
                <w:b/>
                <w:sz w:val="13"/>
              </w:rPr>
              <w:t>valida</w:t>
            </w:r>
            <w:proofErr w:type="spellEnd"/>
            <w:r>
              <w:rPr>
                <w:b/>
                <w:sz w:val="13"/>
              </w:rPr>
              <w:t>? (X)</w:t>
            </w:r>
          </w:p>
        </w:tc>
        <w:tc>
          <w:tcPr>
            <w:tcW w:w="1128" w:type="dxa"/>
            <w:shd w:val="clear" w:color="auto" w:fill="D9EAF7"/>
          </w:tcPr>
          <w:p w14:paraId="0B18C1A5" w14:textId="77777777" w:rsidR="00473FD2" w:rsidRDefault="00000000">
            <w:pPr>
              <w:jc w:val="center"/>
            </w:pPr>
            <w:r>
              <w:rPr>
                <w:b/>
                <w:sz w:val="13"/>
              </w:rPr>
              <w:t xml:space="preserve">Pontos </w:t>
            </w:r>
            <w:proofErr w:type="spellStart"/>
            <w:r>
              <w:rPr>
                <w:b/>
                <w:sz w:val="13"/>
              </w:rPr>
              <w:t>validados</w:t>
            </w:r>
            <w:proofErr w:type="spellEnd"/>
          </w:p>
        </w:tc>
        <w:tc>
          <w:tcPr>
            <w:tcW w:w="4614" w:type="dxa"/>
            <w:shd w:val="clear" w:color="auto" w:fill="D9EAF7"/>
          </w:tcPr>
          <w:p w14:paraId="4FC99D86" w14:textId="3848CB7C" w:rsidR="00473FD2" w:rsidRPr="00DF6C2E" w:rsidRDefault="00000000">
            <w:pPr>
              <w:jc w:val="center"/>
              <w:rPr>
                <w:lang w:val="pt-BR"/>
              </w:rPr>
            </w:pPr>
            <w:r w:rsidRPr="00DF6C2E">
              <w:rPr>
                <w:b/>
                <w:sz w:val="13"/>
                <w:lang w:val="pt-BR"/>
              </w:rPr>
              <w:t>Justificativa resumida</w:t>
            </w:r>
            <w:r w:rsidR="00DF6C2E" w:rsidRPr="00DF6C2E">
              <w:rPr>
                <w:b/>
                <w:sz w:val="13"/>
                <w:lang w:val="pt-BR"/>
              </w:rPr>
              <w:t xml:space="preserve"> de cada c</w:t>
            </w:r>
            <w:r w:rsidR="00DF6C2E">
              <w:rPr>
                <w:b/>
                <w:sz w:val="13"/>
                <w:lang w:val="pt-BR"/>
              </w:rPr>
              <w:t>omponente de avaliação da dissertação</w:t>
            </w:r>
          </w:p>
        </w:tc>
      </w:tr>
      <w:tr w:rsidR="00D73D26" w14:paraId="6A84C334" w14:textId="77777777" w:rsidTr="00F61061">
        <w:trPr>
          <w:jc w:val="center"/>
        </w:trPr>
        <w:tc>
          <w:tcPr>
            <w:tcW w:w="3529" w:type="dxa"/>
          </w:tcPr>
          <w:p w14:paraId="7B3BB400" w14:textId="77777777" w:rsidR="00D73D26" w:rsidRDefault="00D73D26">
            <w:pPr>
              <w:jc w:val="center"/>
            </w:pPr>
            <w:proofErr w:type="spellStart"/>
            <w:r>
              <w:rPr>
                <w:sz w:val="13"/>
              </w:rPr>
              <w:t>Abrangência</w:t>
            </w:r>
            <w:proofErr w:type="spellEnd"/>
            <w:r>
              <w:rPr>
                <w:sz w:val="13"/>
              </w:rPr>
              <w:t xml:space="preserve"> local</w:t>
            </w:r>
          </w:p>
        </w:tc>
        <w:tc>
          <w:tcPr>
            <w:tcW w:w="1228" w:type="dxa"/>
          </w:tcPr>
          <w:p w14:paraId="3C756B65" w14:textId="77777777" w:rsidR="00D73D26" w:rsidRDefault="00D73D26">
            <w:r>
              <w:rPr>
                <w:sz w:val="13"/>
              </w:rPr>
              <w:t>1</w:t>
            </w:r>
          </w:p>
        </w:tc>
        <w:tc>
          <w:tcPr>
            <w:tcW w:w="1459" w:type="dxa"/>
          </w:tcPr>
          <w:p w14:paraId="7FA5E438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50" w:type="dxa"/>
            <w:vMerge w:val="restart"/>
          </w:tcPr>
          <w:p w14:paraId="1A313314" w14:textId="77777777" w:rsidR="00D73D26" w:rsidRDefault="00D73D26">
            <w:pPr>
              <w:jc w:val="center"/>
            </w:pPr>
          </w:p>
        </w:tc>
        <w:tc>
          <w:tcPr>
            <w:tcW w:w="1134" w:type="dxa"/>
          </w:tcPr>
          <w:p w14:paraId="6C814E1F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8" w:type="dxa"/>
            <w:vMerge w:val="restart"/>
          </w:tcPr>
          <w:p w14:paraId="379EDC85" w14:textId="77777777" w:rsidR="00D73D26" w:rsidRDefault="00D73D26">
            <w:pPr>
              <w:jc w:val="center"/>
            </w:pPr>
          </w:p>
        </w:tc>
        <w:tc>
          <w:tcPr>
            <w:tcW w:w="4614" w:type="dxa"/>
            <w:vMerge w:val="restart"/>
          </w:tcPr>
          <w:p w14:paraId="647EAB76" w14:textId="77777777" w:rsidR="00D73D26" w:rsidRDefault="00D73D26"/>
        </w:tc>
      </w:tr>
      <w:tr w:rsidR="00D73D26" w14:paraId="7541FB8A" w14:textId="77777777" w:rsidTr="00F61061">
        <w:trPr>
          <w:jc w:val="center"/>
        </w:trPr>
        <w:tc>
          <w:tcPr>
            <w:tcW w:w="3529" w:type="dxa"/>
          </w:tcPr>
          <w:p w14:paraId="02418CF8" w14:textId="77777777" w:rsidR="00D73D26" w:rsidRDefault="00D73D26">
            <w:pPr>
              <w:jc w:val="center"/>
            </w:pPr>
            <w:proofErr w:type="spellStart"/>
            <w:r>
              <w:rPr>
                <w:sz w:val="13"/>
              </w:rPr>
              <w:t>Abrangência</w:t>
            </w:r>
            <w:proofErr w:type="spellEnd"/>
            <w:r>
              <w:rPr>
                <w:sz w:val="13"/>
              </w:rPr>
              <w:t xml:space="preserve"> regional</w:t>
            </w:r>
          </w:p>
        </w:tc>
        <w:tc>
          <w:tcPr>
            <w:tcW w:w="1228" w:type="dxa"/>
          </w:tcPr>
          <w:p w14:paraId="27C9A8DD" w14:textId="77777777" w:rsidR="00D73D26" w:rsidRDefault="00D73D26">
            <w:r>
              <w:rPr>
                <w:sz w:val="13"/>
              </w:rPr>
              <w:t>3</w:t>
            </w:r>
          </w:p>
        </w:tc>
        <w:tc>
          <w:tcPr>
            <w:tcW w:w="1459" w:type="dxa"/>
          </w:tcPr>
          <w:p w14:paraId="7E5FE48D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50" w:type="dxa"/>
            <w:vMerge/>
          </w:tcPr>
          <w:p w14:paraId="3FCFE3E4" w14:textId="77777777" w:rsidR="00D73D26" w:rsidRDefault="00D73D26">
            <w:pPr>
              <w:jc w:val="center"/>
            </w:pPr>
          </w:p>
        </w:tc>
        <w:tc>
          <w:tcPr>
            <w:tcW w:w="1134" w:type="dxa"/>
          </w:tcPr>
          <w:p w14:paraId="2566869C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8" w:type="dxa"/>
            <w:vMerge/>
          </w:tcPr>
          <w:p w14:paraId="6946CDE9" w14:textId="77777777" w:rsidR="00D73D26" w:rsidRDefault="00D73D26">
            <w:pPr>
              <w:jc w:val="center"/>
            </w:pPr>
          </w:p>
        </w:tc>
        <w:tc>
          <w:tcPr>
            <w:tcW w:w="4614" w:type="dxa"/>
            <w:vMerge/>
          </w:tcPr>
          <w:p w14:paraId="5C56492C" w14:textId="77777777" w:rsidR="00D73D26" w:rsidRDefault="00D73D26"/>
        </w:tc>
      </w:tr>
      <w:tr w:rsidR="00D73D26" w14:paraId="7536439A" w14:textId="77777777" w:rsidTr="00F61061">
        <w:trPr>
          <w:jc w:val="center"/>
        </w:trPr>
        <w:tc>
          <w:tcPr>
            <w:tcW w:w="3529" w:type="dxa"/>
          </w:tcPr>
          <w:p w14:paraId="7F5BE62C" w14:textId="77777777" w:rsidR="00D73D26" w:rsidRDefault="00D73D26">
            <w:pPr>
              <w:jc w:val="center"/>
            </w:pPr>
            <w:proofErr w:type="spellStart"/>
            <w:r>
              <w:rPr>
                <w:sz w:val="13"/>
              </w:rPr>
              <w:t>Abrangência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nacional</w:t>
            </w:r>
            <w:proofErr w:type="spellEnd"/>
          </w:p>
        </w:tc>
        <w:tc>
          <w:tcPr>
            <w:tcW w:w="1228" w:type="dxa"/>
          </w:tcPr>
          <w:p w14:paraId="039A2EBC" w14:textId="77777777" w:rsidR="00D73D26" w:rsidRDefault="00D73D26">
            <w:r>
              <w:rPr>
                <w:sz w:val="13"/>
              </w:rPr>
              <w:t>4</w:t>
            </w:r>
          </w:p>
        </w:tc>
        <w:tc>
          <w:tcPr>
            <w:tcW w:w="1459" w:type="dxa"/>
          </w:tcPr>
          <w:p w14:paraId="4CFF8271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50" w:type="dxa"/>
            <w:vMerge/>
          </w:tcPr>
          <w:p w14:paraId="013BFFF9" w14:textId="77777777" w:rsidR="00D73D26" w:rsidRDefault="00D73D26">
            <w:pPr>
              <w:jc w:val="center"/>
            </w:pPr>
          </w:p>
        </w:tc>
        <w:tc>
          <w:tcPr>
            <w:tcW w:w="1134" w:type="dxa"/>
          </w:tcPr>
          <w:p w14:paraId="75D79B8A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8" w:type="dxa"/>
            <w:vMerge/>
          </w:tcPr>
          <w:p w14:paraId="6B770427" w14:textId="77777777" w:rsidR="00D73D26" w:rsidRDefault="00D73D26">
            <w:pPr>
              <w:jc w:val="center"/>
            </w:pPr>
          </w:p>
        </w:tc>
        <w:tc>
          <w:tcPr>
            <w:tcW w:w="4614" w:type="dxa"/>
            <w:vMerge/>
          </w:tcPr>
          <w:p w14:paraId="4FE73DAF" w14:textId="77777777" w:rsidR="00D73D26" w:rsidRDefault="00D73D26"/>
        </w:tc>
      </w:tr>
      <w:tr w:rsidR="00D73D26" w14:paraId="5B463031" w14:textId="77777777" w:rsidTr="00F61061">
        <w:trPr>
          <w:jc w:val="center"/>
        </w:trPr>
        <w:tc>
          <w:tcPr>
            <w:tcW w:w="3529" w:type="dxa"/>
          </w:tcPr>
          <w:p w14:paraId="3DCC73C4" w14:textId="77777777" w:rsidR="00D73D26" w:rsidRDefault="00D73D26">
            <w:pPr>
              <w:jc w:val="center"/>
            </w:pPr>
            <w:proofErr w:type="spellStart"/>
            <w:r>
              <w:rPr>
                <w:sz w:val="13"/>
              </w:rPr>
              <w:t>Abrangência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internacional</w:t>
            </w:r>
            <w:proofErr w:type="spellEnd"/>
          </w:p>
        </w:tc>
        <w:tc>
          <w:tcPr>
            <w:tcW w:w="1228" w:type="dxa"/>
          </w:tcPr>
          <w:p w14:paraId="6781F3C0" w14:textId="77777777" w:rsidR="00D73D26" w:rsidRDefault="00D73D26">
            <w:r>
              <w:rPr>
                <w:sz w:val="13"/>
              </w:rPr>
              <w:t>5</w:t>
            </w:r>
          </w:p>
        </w:tc>
        <w:tc>
          <w:tcPr>
            <w:tcW w:w="1459" w:type="dxa"/>
          </w:tcPr>
          <w:p w14:paraId="7F710CE0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50" w:type="dxa"/>
            <w:vMerge/>
          </w:tcPr>
          <w:p w14:paraId="2F07DE71" w14:textId="77777777" w:rsidR="00D73D26" w:rsidRDefault="00D73D26">
            <w:pPr>
              <w:jc w:val="center"/>
            </w:pPr>
          </w:p>
        </w:tc>
        <w:tc>
          <w:tcPr>
            <w:tcW w:w="1134" w:type="dxa"/>
          </w:tcPr>
          <w:p w14:paraId="5BED72A3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8" w:type="dxa"/>
            <w:vMerge/>
          </w:tcPr>
          <w:p w14:paraId="3F53AC09" w14:textId="77777777" w:rsidR="00D73D26" w:rsidRDefault="00D73D26">
            <w:pPr>
              <w:jc w:val="center"/>
            </w:pPr>
          </w:p>
        </w:tc>
        <w:tc>
          <w:tcPr>
            <w:tcW w:w="4614" w:type="dxa"/>
            <w:vMerge/>
          </w:tcPr>
          <w:p w14:paraId="07FBA06D" w14:textId="77777777" w:rsidR="00D73D26" w:rsidRDefault="00D73D26"/>
        </w:tc>
      </w:tr>
      <w:tr w:rsidR="00D73D26" w14:paraId="26E6E82B" w14:textId="77777777" w:rsidTr="00F61061">
        <w:trPr>
          <w:jc w:val="center"/>
        </w:trPr>
        <w:tc>
          <w:tcPr>
            <w:tcW w:w="3529" w:type="dxa"/>
          </w:tcPr>
          <w:p w14:paraId="2EB3A34A" w14:textId="77777777" w:rsidR="00D73D26" w:rsidRDefault="00D73D26">
            <w:pPr>
              <w:jc w:val="center"/>
            </w:pPr>
            <w:proofErr w:type="spellStart"/>
            <w:r>
              <w:rPr>
                <w:sz w:val="13"/>
              </w:rPr>
              <w:t>Aplicabilidade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baixa</w:t>
            </w:r>
            <w:proofErr w:type="spellEnd"/>
          </w:p>
        </w:tc>
        <w:tc>
          <w:tcPr>
            <w:tcW w:w="1228" w:type="dxa"/>
          </w:tcPr>
          <w:p w14:paraId="3C8C1F68" w14:textId="77777777" w:rsidR="00D73D26" w:rsidRDefault="00D73D26">
            <w:r>
              <w:rPr>
                <w:sz w:val="13"/>
              </w:rPr>
              <w:t>1</w:t>
            </w:r>
          </w:p>
        </w:tc>
        <w:tc>
          <w:tcPr>
            <w:tcW w:w="1459" w:type="dxa"/>
          </w:tcPr>
          <w:p w14:paraId="669DA43B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50" w:type="dxa"/>
            <w:vMerge w:val="restart"/>
          </w:tcPr>
          <w:p w14:paraId="48B26844" w14:textId="77777777" w:rsidR="00D73D26" w:rsidRDefault="00D73D26">
            <w:pPr>
              <w:jc w:val="center"/>
            </w:pPr>
          </w:p>
        </w:tc>
        <w:tc>
          <w:tcPr>
            <w:tcW w:w="1134" w:type="dxa"/>
          </w:tcPr>
          <w:p w14:paraId="7F56C3B4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8" w:type="dxa"/>
            <w:vMerge w:val="restart"/>
          </w:tcPr>
          <w:p w14:paraId="3E9EC9C6" w14:textId="77777777" w:rsidR="00D73D26" w:rsidRDefault="00D73D26">
            <w:pPr>
              <w:jc w:val="center"/>
            </w:pPr>
          </w:p>
        </w:tc>
        <w:tc>
          <w:tcPr>
            <w:tcW w:w="4614" w:type="dxa"/>
            <w:vMerge w:val="restart"/>
          </w:tcPr>
          <w:p w14:paraId="6CAF94A8" w14:textId="77777777" w:rsidR="00D73D26" w:rsidRDefault="00D73D26"/>
        </w:tc>
      </w:tr>
      <w:tr w:rsidR="00D73D26" w14:paraId="74E5EE78" w14:textId="77777777" w:rsidTr="00F61061">
        <w:trPr>
          <w:jc w:val="center"/>
        </w:trPr>
        <w:tc>
          <w:tcPr>
            <w:tcW w:w="3529" w:type="dxa"/>
          </w:tcPr>
          <w:p w14:paraId="03658C45" w14:textId="77777777" w:rsidR="00D73D26" w:rsidRDefault="00D73D26">
            <w:pPr>
              <w:jc w:val="center"/>
            </w:pPr>
            <w:proofErr w:type="spellStart"/>
            <w:r>
              <w:rPr>
                <w:sz w:val="13"/>
              </w:rPr>
              <w:t>Aplicabilidade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média</w:t>
            </w:r>
            <w:proofErr w:type="spellEnd"/>
          </w:p>
        </w:tc>
        <w:tc>
          <w:tcPr>
            <w:tcW w:w="1228" w:type="dxa"/>
          </w:tcPr>
          <w:p w14:paraId="69C2F3F4" w14:textId="77777777" w:rsidR="00D73D26" w:rsidRDefault="00D73D26">
            <w:r>
              <w:rPr>
                <w:sz w:val="13"/>
              </w:rPr>
              <w:t>3</w:t>
            </w:r>
          </w:p>
        </w:tc>
        <w:tc>
          <w:tcPr>
            <w:tcW w:w="1459" w:type="dxa"/>
          </w:tcPr>
          <w:p w14:paraId="7715BD04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50" w:type="dxa"/>
            <w:vMerge/>
          </w:tcPr>
          <w:p w14:paraId="18013971" w14:textId="77777777" w:rsidR="00D73D26" w:rsidRDefault="00D73D26">
            <w:pPr>
              <w:jc w:val="center"/>
            </w:pPr>
          </w:p>
        </w:tc>
        <w:tc>
          <w:tcPr>
            <w:tcW w:w="1134" w:type="dxa"/>
          </w:tcPr>
          <w:p w14:paraId="0205689D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8" w:type="dxa"/>
            <w:vMerge/>
          </w:tcPr>
          <w:p w14:paraId="248B0A3B" w14:textId="77777777" w:rsidR="00D73D26" w:rsidRDefault="00D73D26">
            <w:pPr>
              <w:jc w:val="center"/>
            </w:pPr>
          </w:p>
        </w:tc>
        <w:tc>
          <w:tcPr>
            <w:tcW w:w="4614" w:type="dxa"/>
            <w:vMerge/>
          </w:tcPr>
          <w:p w14:paraId="05143FF3" w14:textId="77777777" w:rsidR="00D73D26" w:rsidRDefault="00D73D26"/>
        </w:tc>
      </w:tr>
      <w:tr w:rsidR="00D73D26" w14:paraId="630B8F71" w14:textId="77777777" w:rsidTr="00F61061">
        <w:trPr>
          <w:jc w:val="center"/>
        </w:trPr>
        <w:tc>
          <w:tcPr>
            <w:tcW w:w="3529" w:type="dxa"/>
          </w:tcPr>
          <w:p w14:paraId="33FA5D57" w14:textId="77777777" w:rsidR="00D73D26" w:rsidRDefault="00D73D26">
            <w:pPr>
              <w:jc w:val="center"/>
            </w:pPr>
            <w:proofErr w:type="spellStart"/>
            <w:r>
              <w:rPr>
                <w:sz w:val="13"/>
              </w:rPr>
              <w:t>Aplicabilidade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alta</w:t>
            </w:r>
            <w:proofErr w:type="spellEnd"/>
          </w:p>
        </w:tc>
        <w:tc>
          <w:tcPr>
            <w:tcW w:w="1228" w:type="dxa"/>
          </w:tcPr>
          <w:p w14:paraId="26DBB43D" w14:textId="77777777" w:rsidR="00D73D26" w:rsidRDefault="00D73D26">
            <w:r>
              <w:rPr>
                <w:sz w:val="13"/>
              </w:rPr>
              <w:t>5</w:t>
            </w:r>
          </w:p>
        </w:tc>
        <w:tc>
          <w:tcPr>
            <w:tcW w:w="1459" w:type="dxa"/>
          </w:tcPr>
          <w:p w14:paraId="559E55A3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50" w:type="dxa"/>
            <w:vMerge/>
          </w:tcPr>
          <w:p w14:paraId="36482103" w14:textId="77777777" w:rsidR="00D73D26" w:rsidRDefault="00D73D26">
            <w:pPr>
              <w:jc w:val="center"/>
            </w:pPr>
          </w:p>
        </w:tc>
        <w:tc>
          <w:tcPr>
            <w:tcW w:w="1134" w:type="dxa"/>
          </w:tcPr>
          <w:p w14:paraId="08273EEB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8" w:type="dxa"/>
            <w:vMerge/>
          </w:tcPr>
          <w:p w14:paraId="64A57424" w14:textId="77777777" w:rsidR="00D73D26" w:rsidRDefault="00D73D26">
            <w:pPr>
              <w:jc w:val="center"/>
            </w:pPr>
          </w:p>
        </w:tc>
        <w:tc>
          <w:tcPr>
            <w:tcW w:w="4614" w:type="dxa"/>
            <w:vMerge/>
          </w:tcPr>
          <w:p w14:paraId="3A6580D0" w14:textId="77777777" w:rsidR="00D73D26" w:rsidRDefault="00D73D26"/>
        </w:tc>
      </w:tr>
      <w:tr w:rsidR="00D73D26" w14:paraId="0B47DB1D" w14:textId="77777777" w:rsidTr="00F61061">
        <w:trPr>
          <w:jc w:val="center"/>
        </w:trPr>
        <w:tc>
          <w:tcPr>
            <w:tcW w:w="3529" w:type="dxa"/>
          </w:tcPr>
          <w:p w14:paraId="4D8AC0C2" w14:textId="77777777" w:rsidR="00D73D26" w:rsidRDefault="00D73D26">
            <w:pPr>
              <w:jc w:val="center"/>
            </w:pPr>
            <w:proofErr w:type="spellStart"/>
            <w:r>
              <w:rPr>
                <w:sz w:val="13"/>
              </w:rPr>
              <w:t>Inovação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baixa</w:t>
            </w:r>
            <w:proofErr w:type="spellEnd"/>
          </w:p>
        </w:tc>
        <w:tc>
          <w:tcPr>
            <w:tcW w:w="1228" w:type="dxa"/>
          </w:tcPr>
          <w:p w14:paraId="5F11C318" w14:textId="77777777" w:rsidR="00D73D26" w:rsidRDefault="00D73D26">
            <w:r>
              <w:rPr>
                <w:sz w:val="13"/>
              </w:rPr>
              <w:t>1</w:t>
            </w:r>
          </w:p>
        </w:tc>
        <w:tc>
          <w:tcPr>
            <w:tcW w:w="1459" w:type="dxa"/>
          </w:tcPr>
          <w:p w14:paraId="477649C8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50" w:type="dxa"/>
            <w:vMerge w:val="restart"/>
          </w:tcPr>
          <w:p w14:paraId="1FF9643C" w14:textId="77777777" w:rsidR="00D73D26" w:rsidRDefault="00D73D26">
            <w:pPr>
              <w:jc w:val="center"/>
            </w:pPr>
          </w:p>
        </w:tc>
        <w:tc>
          <w:tcPr>
            <w:tcW w:w="1134" w:type="dxa"/>
          </w:tcPr>
          <w:p w14:paraId="3D871ED3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8" w:type="dxa"/>
            <w:vMerge w:val="restart"/>
          </w:tcPr>
          <w:p w14:paraId="03B65401" w14:textId="77777777" w:rsidR="00D73D26" w:rsidRDefault="00D73D26">
            <w:pPr>
              <w:jc w:val="center"/>
            </w:pPr>
          </w:p>
        </w:tc>
        <w:tc>
          <w:tcPr>
            <w:tcW w:w="4614" w:type="dxa"/>
            <w:vMerge w:val="restart"/>
          </w:tcPr>
          <w:p w14:paraId="04C16B8E" w14:textId="77777777" w:rsidR="00D73D26" w:rsidRDefault="00D73D26"/>
        </w:tc>
      </w:tr>
      <w:tr w:rsidR="00D73D26" w14:paraId="3ADCF9CF" w14:textId="77777777" w:rsidTr="00F61061">
        <w:trPr>
          <w:jc w:val="center"/>
        </w:trPr>
        <w:tc>
          <w:tcPr>
            <w:tcW w:w="3529" w:type="dxa"/>
          </w:tcPr>
          <w:p w14:paraId="5EADA7AC" w14:textId="77777777" w:rsidR="00D73D26" w:rsidRDefault="00D73D26">
            <w:pPr>
              <w:jc w:val="center"/>
            </w:pPr>
            <w:proofErr w:type="spellStart"/>
            <w:r>
              <w:rPr>
                <w:sz w:val="13"/>
              </w:rPr>
              <w:t>Inovação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média</w:t>
            </w:r>
            <w:proofErr w:type="spellEnd"/>
          </w:p>
        </w:tc>
        <w:tc>
          <w:tcPr>
            <w:tcW w:w="1228" w:type="dxa"/>
          </w:tcPr>
          <w:p w14:paraId="47065DE8" w14:textId="77777777" w:rsidR="00D73D26" w:rsidRDefault="00D73D26">
            <w:r>
              <w:rPr>
                <w:sz w:val="13"/>
              </w:rPr>
              <w:t>3</w:t>
            </w:r>
          </w:p>
        </w:tc>
        <w:tc>
          <w:tcPr>
            <w:tcW w:w="1459" w:type="dxa"/>
          </w:tcPr>
          <w:p w14:paraId="5A4D60C0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50" w:type="dxa"/>
            <w:vMerge/>
          </w:tcPr>
          <w:p w14:paraId="65858CED" w14:textId="77777777" w:rsidR="00D73D26" w:rsidRDefault="00D73D26">
            <w:pPr>
              <w:jc w:val="center"/>
            </w:pPr>
          </w:p>
        </w:tc>
        <w:tc>
          <w:tcPr>
            <w:tcW w:w="1134" w:type="dxa"/>
          </w:tcPr>
          <w:p w14:paraId="4F7C3E82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8" w:type="dxa"/>
            <w:vMerge/>
          </w:tcPr>
          <w:p w14:paraId="6C76D5F8" w14:textId="77777777" w:rsidR="00D73D26" w:rsidRDefault="00D73D26">
            <w:pPr>
              <w:jc w:val="center"/>
            </w:pPr>
          </w:p>
        </w:tc>
        <w:tc>
          <w:tcPr>
            <w:tcW w:w="4614" w:type="dxa"/>
            <w:vMerge/>
          </w:tcPr>
          <w:p w14:paraId="25FB75A5" w14:textId="77777777" w:rsidR="00D73D26" w:rsidRDefault="00D73D26"/>
        </w:tc>
      </w:tr>
      <w:tr w:rsidR="00D73D26" w14:paraId="2B826EFD" w14:textId="77777777" w:rsidTr="00F61061">
        <w:trPr>
          <w:jc w:val="center"/>
        </w:trPr>
        <w:tc>
          <w:tcPr>
            <w:tcW w:w="3529" w:type="dxa"/>
          </w:tcPr>
          <w:p w14:paraId="4A683CE3" w14:textId="77777777" w:rsidR="00D73D26" w:rsidRDefault="00D73D26">
            <w:pPr>
              <w:jc w:val="center"/>
            </w:pPr>
            <w:proofErr w:type="spellStart"/>
            <w:r>
              <w:rPr>
                <w:sz w:val="13"/>
              </w:rPr>
              <w:t>Inovação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alta</w:t>
            </w:r>
            <w:proofErr w:type="spellEnd"/>
          </w:p>
        </w:tc>
        <w:tc>
          <w:tcPr>
            <w:tcW w:w="1228" w:type="dxa"/>
          </w:tcPr>
          <w:p w14:paraId="1BF49D45" w14:textId="77777777" w:rsidR="00D73D26" w:rsidRDefault="00D73D26">
            <w:r>
              <w:rPr>
                <w:sz w:val="13"/>
              </w:rPr>
              <w:t>5</w:t>
            </w:r>
          </w:p>
        </w:tc>
        <w:tc>
          <w:tcPr>
            <w:tcW w:w="1459" w:type="dxa"/>
          </w:tcPr>
          <w:p w14:paraId="12421A83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50" w:type="dxa"/>
            <w:vMerge/>
          </w:tcPr>
          <w:p w14:paraId="0CFFE125" w14:textId="77777777" w:rsidR="00D73D26" w:rsidRDefault="00D73D26">
            <w:pPr>
              <w:jc w:val="center"/>
            </w:pPr>
          </w:p>
        </w:tc>
        <w:tc>
          <w:tcPr>
            <w:tcW w:w="1134" w:type="dxa"/>
          </w:tcPr>
          <w:p w14:paraId="4F6CFBD7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8" w:type="dxa"/>
            <w:vMerge/>
          </w:tcPr>
          <w:p w14:paraId="2306582D" w14:textId="77777777" w:rsidR="00D73D26" w:rsidRDefault="00D73D26">
            <w:pPr>
              <w:jc w:val="center"/>
            </w:pPr>
          </w:p>
        </w:tc>
        <w:tc>
          <w:tcPr>
            <w:tcW w:w="4614" w:type="dxa"/>
            <w:vMerge/>
          </w:tcPr>
          <w:p w14:paraId="45716D7F" w14:textId="77777777" w:rsidR="00D73D26" w:rsidRDefault="00D73D26"/>
        </w:tc>
      </w:tr>
      <w:tr w:rsidR="00D73D26" w14:paraId="2FB76C00" w14:textId="77777777" w:rsidTr="00F61061">
        <w:trPr>
          <w:jc w:val="center"/>
        </w:trPr>
        <w:tc>
          <w:tcPr>
            <w:tcW w:w="3529" w:type="dxa"/>
          </w:tcPr>
          <w:p w14:paraId="45E8AF2F" w14:textId="77777777" w:rsidR="00D73D26" w:rsidRDefault="00D73D26">
            <w:pPr>
              <w:jc w:val="center"/>
            </w:pPr>
            <w:proofErr w:type="spellStart"/>
            <w:r>
              <w:rPr>
                <w:sz w:val="13"/>
              </w:rPr>
              <w:t>Complexidade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baixa</w:t>
            </w:r>
            <w:proofErr w:type="spellEnd"/>
          </w:p>
        </w:tc>
        <w:tc>
          <w:tcPr>
            <w:tcW w:w="1228" w:type="dxa"/>
          </w:tcPr>
          <w:p w14:paraId="0A957EA9" w14:textId="77777777" w:rsidR="00D73D26" w:rsidRDefault="00D73D26">
            <w:r>
              <w:rPr>
                <w:sz w:val="13"/>
              </w:rPr>
              <w:t>1</w:t>
            </w:r>
          </w:p>
        </w:tc>
        <w:tc>
          <w:tcPr>
            <w:tcW w:w="1459" w:type="dxa"/>
          </w:tcPr>
          <w:p w14:paraId="2428D20B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50" w:type="dxa"/>
            <w:vMerge w:val="restart"/>
          </w:tcPr>
          <w:p w14:paraId="4D0EAFC2" w14:textId="77777777" w:rsidR="00D73D26" w:rsidRDefault="00D73D26">
            <w:pPr>
              <w:jc w:val="center"/>
            </w:pPr>
          </w:p>
        </w:tc>
        <w:tc>
          <w:tcPr>
            <w:tcW w:w="1134" w:type="dxa"/>
          </w:tcPr>
          <w:p w14:paraId="4779956B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8" w:type="dxa"/>
            <w:vMerge w:val="restart"/>
          </w:tcPr>
          <w:p w14:paraId="1E6611F3" w14:textId="77777777" w:rsidR="00D73D26" w:rsidRDefault="00D73D26">
            <w:pPr>
              <w:jc w:val="center"/>
            </w:pPr>
          </w:p>
        </w:tc>
        <w:tc>
          <w:tcPr>
            <w:tcW w:w="4614" w:type="dxa"/>
            <w:vMerge w:val="restart"/>
          </w:tcPr>
          <w:p w14:paraId="4CCB5637" w14:textId="77777777" w:rsidR="00D73D26" w:rsidRDefault="00D73D26"/>
        </w:tc>
      </w:tr>
      <w:tr w:rsidR="00D73D26" w14:paraId="102CA1A8" w14:textId="77777777" w:rsidTr="00F61061">
        <w:trPr>
          <w:jc w:val="center"/>
        </w:trPr>
        <w:tc>
          <w:tcPr>
            <w:tcW w:w="3529" w:type="dxa"/>
          </w:tcPr>
          <w:p w14:paraId="2AB704AF" w14:textId="77777777" w:rsidR="00D73D26" w:rsidRDefault="00D73D26">
            <w:pPr>
              <w:jc w:val="center"/>
            </w:pPr>
            <w:proofErr w:type="spellStart"/>
            <w:r>
              <w:rPr>
                <w:sz w:val="13"/>
              </w:rPr>
              <w:t>Complexidade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média</w:t>
            </w:r>
            <w:proofErr w:type="spellEnd"/>
          </w:p>
        </w:tc>
        <w:tc>
          <w:tcPr>
            <w:tcW w:w="1228" w:type="dxa"/>
          </w:tcPr>
          <w:p w14:paraId="4A3B6865" w14:textId="77777777" w:rsidR="00D73D26" w:rsidRDefault="00D73D26">
            <w:r>
              <w:rPr>
                <w:sz w:val="13"/>
              </w:rPr>
              <w:t>3</w:t>
            </w:r>
          </w:p>
        </w:tc>
        <w:tc>
          <w:tcPr>
            <w:tcW w:w="1459" w:type="dxa"/>
          </w:tcPr>
          <w:p w14:paraId="6420B4B8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50" w:type="dxa"/>
            <w:vMerge/>
          </w:tcPr>
          <w:p w14:paraId="55C1E25D" w14:textId="77777777" w:rsidR="00D73D26" w:rsidRDefault="00D73D26">
            <w:pPr>
              <w:jc w:val="center"/>
            </w:pPr>
          </w:p>
        </w:tc>
        <w:tc>
          <w:tcPr>
            <w:tcW w:w="1134" w:type="dxa"/>
          </w:tcPr>
          <w:p w14:paraId="0A15FCBB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8" w:type="dxa"/>
            <w:vMerge/>
          </w:tcPr>
          <w:p w14:paraId="088D377A" w14:textId="77777777" w:rsidR="00D73D26" w:rsidRDefault="00D73D26">
            <w:pPr>
              <w:jc w:val="center"/>
            </w:pPr>
          </w:p>
        </w:tc>
        <w:tc>
          <w:tcPr>
            <w:tcW w:w="4614" w:type="dxa"/>
            <w:vMerge/>
          </w:tcPr>
          <w:p w14:paraId="2C95F6DF" w14:textId="77777777" w:rsidR="00D73D26" w:rsidRDefault="00D73D26"/>
        </w:tc>
      </w:tr>
      <w:tr w:rsidR="00D73D26" w14:paraId="4180C2C3" w14:textId="77777777" w:rsidTr="00F61061">
        <w:trPr>
          <w:jc w:val="center"/>
        </w:trPr>
        <w:tc>
          <w:tcPr>
            <w:tcW w:w="3529" w:type="dxa"/>
          </w:tcPr>
          <w:p w14:paraId="1B4258F0" w14:textId="77777777" w:rsidR="00D73D26" w:rsidRDefault="00D73D26">
            <w:pPr>
              <w:jc w:val="center"/>
            </w:pPr>
            <w:proofErr w:type="spellStart"/>
            <w:r>
              <w:rPr>
                <w:sz w:val="13"/>
              </w:rPr>
              <w:t>Complexidade</w:t>
            </w:r>
            <w:proofErr w:type="spellEnd"/>
            <w:r>
              <w:rPr>
                <w:sz w:val="13"/>
              </w:rPr>
              <w:t xml:space="preserve"> </w:t>
            </w:r>
            <w:proofErr w:type="spellStart"/>
            <w:r>
              <w:rPr>
                <w:sz w:val="13"/>
              </w:rPr>
              <w:t>alta</w:t>
            </w:r>
            <w:proofErr w:type="spellEnd"/>
          </w:p>
        </w:tc>
        <w:tc>
          <w:tcPr>
            <w:tcW w:w="1228" w:type="dxa"/>
          </w:tcPr>
          <w:p w14:paraId="5B5ABDC9" w14:textId="77777777" w:rsidR="00D73D26" w:rsidRDefault="00D73D26">
            <w:r>
              <w:rPr>
                <w:sz w:val="13"/>
              </w:rPr>
              <w:t>5</w:t>
            </w:r>
          </w:p>
        </w:tc>
        <w:tc>
          <w:tcPr>
            <w:tcW w:w="1459" w:type="dxa"/>
          </w:tcPr>
          <w:p w14:paraId="432FB69D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50" w:type="dxa"/>
            <w:vMerge/>
          </w:tcPr>
          <w:p w14:paraId="187D82C6" w14:textId="77777777" w:rsidR="00D73D26" w:rsidRDefault="00D73D26">
            <w:pPr>
              <w:jc w:val="center"/>
            </w:pPr>
          </w:p>
        </w:tc>
        <w:tc>
          <w:tcPr>
            <w:tcW w:w="1134" w:type="dxa"/>
          </w:tcPr>
          <w:p w14:paraId="220EA253" w14:textId="77777777" w:rsidR="00D73D26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8" w:type="dxa"/>
            <w:vMerge/>
          </w:tcPr>
          <w:p w14:paraId="26760D11" w14:textId="77777777" w:rsidR="00D73D26" w:rsidRDefault="00D73D26">
            <w:pPr>
              <w:jc w:val="center"/>
            </w:pPr>
          </w:p>
        </w:tc>
        <w:tc>
          <w:tcPr>
            <w:tcW w:w="4614" w:type="dxa"/>
            <w:vMerge/>
          </w:tcPr>
          <w:p w14:paraId="19E00086" w14:textId="77777777" w:rsidR="00D73D26" w:rsidRDefault="00D73D26"/>
        </w:tc>
      </w:tr>
      <w:tr w:rsidR="00F61061" w14:paraId="5CB4A415" w14:textId="77777777" w:rsidTr="00730C96">
        <w:trPr>
          <w:jc w:val="center"/>
        </w:trPr>
        <w:tc>
          <w:tcPr>
            <w:tcW w:w="3529" w:type="dxa"/>
            <w:shd w:val="clear" w:color="auto" w:fill="BFBFBF" w:themeFill="background1" w:themeFillShade="BF"/>
          </w:tcPr>
          <w:p w14:paraId="03BC8185" w14:textId="77777777" w:rsidR="00F61061" w:rsidRDefault="00F61061">
            <w:pPr>
              <w:jc w:val="center"/>
            </w:pPr>
            <w:r>
              <w:rPr>
                <w:sz w:val="13"/>
              </w:rPr>
              <w:t xml:space="preserve">Total CAPES de </w:t>
            </w:r>
            <w:proofErr w:type="spellStart"/>
            <w:r>
              <w:rPr>
                <w:sz w:val="13"/>
              </w:rPr>
              <w:t>referência</w:t>
            </w:r>
            <w:proofErr w:type="spellEnd"/>
          </w:p>
        </w:tc>
        <w:tc>
          <w:tcPr>
            <w:tcW w:w="1228" w:type="dxa"/>
            <w:shd w:val="clear" w:color="auto" w:fill="BFBFBF" w:themeFill="background1" w:themeFillShade="BF"/>
          </w:tcPr>
          <w:p w14:paraId="71C17426" w14:textId="77777777" w:rsidR="00F61061" w:rsidRDefault="00F61061">
            <w:r>
              <w:rPr>
                <w:sz w:val="13"/>
              </w:rPr>
              <w:t>4 a 20</w:t>
            </w:r>
          </w:p>
        </w:tc>
        <w:tc>
          <w:tcPr>
            <w:tcW w:w="1459" w:type="dxa"/>
            <w:shd w:val="clear" w:color="auto" w:fill="BFBFBF" w:themeFill="background1" w:themeFillShade="BF"/>
          </w:tcPr>
          <w:p w14:paraId="2591D5C9" w14:textId="71184747" w:rsidR="00F61061" w:rsidRDefault="00D73D26">
            <w:pPr>
              <w:jc w:val="center"/>
            </w:pPr>
            <w:r>
              <w:t>NA</w:t>
            </w:r>
          </w:p>
        </w:tc>
        <w:tc>
          <w:tcPr>
            <w:tcW w:w="1150" w:type="dxa"/>
            <w:shd w:val="clear" w:color="auto" w:fill="BFBFBF" w:themeFill="background1" w:themeFillShade="BF"/>
          </w:tcPr>
          <w:p w14:paraId="66C33CC9" w14:textId="77777777" w:rsidR="00F61061" w:rsidRDefault="00F61061">
            <w:pPr>
              <w:jc w:val="center"/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14:paraId="6AFFD0C5" w14:textId="6E58C591" w:rsidR="00F61061" w:rsidRDefault="00D73D26">
            <w:pPr>
              <w:jc w:val="center"/>
            </w:pPr>
            <w:r>
              <w:rPr>
                <w:sz w:val="13"/>
              </w:rPr>
              <w:t>☐</w:t>
            </w:r>
          </w:p>
        </w:tc>
        <w:tc>
          <w:tcPr>
            <w:tcW w:w="1128" w:type="dxa"/>
            <w:shd w:val="clear" w:color="auto" w:fill="BFBFBF" w:themeFill="background1" w:themeFillShade="BF"/>
          </w:tcPr>
          <w:p w14:paraId="72F90907" w14:textId="77777777" w:rsidR="00F61061" w:rsidRDefault="00F61061">
            <w:pPr>
              <w:jc w:val="center"/>
            </w:pPr>
          </w:p>
        </w:tc>
        <w:tc>
          <w:tcPr>
            <w:tcW w:w="4614" w:type="dxa"/>
            <w:shd w:val="clear" w:color="auto" w:fill="BFBFBF" w:themeFill="background1" w:themeFillShade="BF"/>
          </w:tcPr>
          <w:p w14:paraId="00D3BE85" w14:textId="77777777" w:rsidR="00D73D26" w:rsidRDefault="00D73D26"/>
          <w:p w14:paraId="56DC4E4C" w14:textId="77777777" w:rsidR="00730C96" w:rsidRDefault="00730C96"/>
        </w:tc>
      </w:tr>
      <w:tr w:rsidR="00730C96" w14:paraId="73AF9124" w14:textId="77777777" w:rsidTr="00455D61">
        <w:tblPrEx>
          <w:jc w:val="left"/>
        </w:tblPrEx>
        <w:tc>
          <w:tcPr>
            <w:tcW w:w="3529" w:type="dxa"/>
          </w:tcPr>
          <w:p w14:paraId="2C754BD0" w14:textId="77777777" w:rsidR="00730C96" w:rsidRPr="00824A5A" w:rsidRDefault="00730C96" w:rsidP="00CF73FE">
            <w:pPr>
              <w:jc w:val="center"/>
              <w:rPr>
                <w:lang w:val="pt-BR"/>
              </w:rPr>
            </w:pPr>
            <w:r w:rsidRPr="00824A5A">
              <w:rPr>
                <w:b/>
                <w:sz w:val="14"/>
                <w:lang w:val="pt-BR"/>
              </w:rPr>
              <w:t>Componente da declaração do orientador</w:t>
            </w:r>
          </w:p>
        </w:tc>
        <w:tc>
          <w:tcPr>
            <w:tcW w:w="2687" w:type="dxa"/>
            <w:gridSpan w:val="2"/>
          </w:tcPr>
          <w:p w14:paraId="76C526CE" w14:textId="77777777" w:rsidR="00730C96" w:rsidRDefault="00730C96" w:rsidP="00CF73FE">
            <w:pPr>
              <w:jc w:val="center"/>
            </w:pPr>
            <w:proofErr w:type="spellStart"/>
            <w:r>
              <w:rPr>
                <w:b/>
                <w:sz w:val="14"/>
              </w:rPr>
              <w:t>Discente</w:t>
            </w:r>
            <w:proofErr w:type="spellEnd"/>
            <w:r>
              <w:rPr>
                <w:b/>
                <w:sz w:val="14"/>
              </w:rPr>
              <w:t xml:space="preserve"> (X)</w:t>
            </w:r>
          </w:p>
        </w:tc>
        <w:tc>
          <w:tcPr>
            <w:tcW w:w="2284" w:type="dxa"/>
            <w:gridSpan w:val="2"/>
          </w:tcPr>
          <w:p w14:paraId="233F1DD6" w14:textId="77777777" w:rsidR="00730C96" w:rsidRDefault="00730C96" w:rsidP="00CF73FE">
            <w:pPr>
              <w:jc w:val="center"/>
            </w:pPr>
            <w:proofErr w:type="spellStart"/>
            <w:r>
              <w:rPr>
                <w:b/>
                <w:sz w:val="14"/>
              </w:rPr>
              <w:t>Comissão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valida</w:t>
            </w:r>
            <w:proofErr w:type="spellEnd"/>
            <w:r>
              <w:rPr>
                <w:b/>
                <w:sz w:val="14"/>
              </w:rPr>
              <w:t>? (X)</w:t>
            </w:r>
          </w:p>
        </w:tc>
        <w:tc>
          <w:tcPr>
            <w:tcW w:w="5742" w:type="dxa"/>
            <w:gridSpan w:val="2"/>
          </w:tcPr>
          <w:p w14:paraId="08C11E2E" w14:textId="77777777" w:rsidR="00730C96" w:rsidRDefault="00730C96" w:rsidP="00CF73FE">
            <w:pPr>
              <w:jc w:val="center"/>
            </w:pPr>
            <w:proofErr w:type="spellStart"/>
            <w:r>
              <w:rPr>
                <w:b/>
                <w:sz w:val="14"/>
              </w:rPr>
              <w:t>Observações</w:t>
            </w:r>
            <w:proofErr w:type="spellEnd"/>
          </w:p>
        </w:tc>
      </w:tr>
      <w:tr w:rsidR="00730C96" w14:paraId="7F757B9D" w14:textId="77777777" w:rsidTr="00E9755D">
        <w:tblPrEx>
          <w:jc w:val="left"/>
        </w:tblPrEx>
        <w:tc>
          <w:tcPr>
            <w:tcW w:w="3529" w:type="dxa"/>
          </w:tcPr>
          <w:p w14:paraId="31600864" w14:textId="77777777" w:rsidR="00730C96" w:rsidRPr="00824A5A" w:rsidRDefault="00730C96" w:rsidP="00CF73FE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Coerência da dissertação com a área de concentração do PPG</w:t>
            </w:r>
          </w:p>
        </w:tc>
        <w:tc>
          <w:tcPr>
            <w:tcW w:w="2687" w:type="dxa"/>
            <w:gridSpan w:val="2"/>
          </w:tcPr>
          <w:p w14:paraId="372E55B6" w14:textId="77777777" w:rsidR="00730C96" w:rsidRDefault="00730C96" w:rsidP="00CF73FE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2284" w:type="dxa"/>
            <w:gridSpan w:val="2"/>
          </w:tcPr>
          <w:p w14:paraId="5C7B76F9" w14:textId="77777777" w:rsidR="00730C96" w:rsidRDefault="00730C96" w:rsidP="00CF73FE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5742" w:type="dxa"/>
            <w:gridSpan w:val="2"/>
          </w:tcPr>
          <w:p w14:paraId="3E2A7FCC" w14:textId="77777777" w:rsidR="00730C96" w:rsidRDefault="00730C96" w:rsidP="00CF73FE"/>
        </w:tc>
      </w:tr>
      <w:tr w:rsidR="00730C96" w14:paraId="43409DEE" w14:textId="77777777" w:rsidTr="003E1208">
        <w:tblPrEx>
          <w:jc w:val="left"/>
        </w:tblPrEx>
        <w:tc>
          <w:tcPr>
            <w:tcW w:w="3529" w:type="dxa"/>
          </w:tcPr>
          <w:p w14:paraId="59143350" w14:textId="77777777" w:rsidR="00730C96" w:rsidRPr="00824A5A" w:rsidRDefault="00730C96" w:rsidP="00CF73FE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Aderência à linha de pesquisa</w:t>
            </w:r>
          </w:p>
        </w:tc>
        <w:tc>
          <w:tcPr>
            <w:tcW w:w="2687" w:type="dxa"/>
            <w:gridSpan w:val="2"/>
          </w:tcPr>
          <w:p w14:paraId="0E870A09" w14:textId="77777777" w:rsidR="00730C96" w:rsidRDefault="00730C96" w:rsidP="00CF73FE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2284" w:type="dxa"/>
            <w:gridSpan w:val="2"/>
          </w:tcPr>
          <w:p w14:paraId="174C11DA" w14:textId="77777777" w:rsidR="00730C96" w:rsidRDefault="00730C96" w:rsidP="00CF73FE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5742" w:type="dxa"/>
            <w:gridSpan w:val="2"/>
          </w:tcPr>
          <w:p w14:paraId="5B03FE53" w14:textId="77777777" w:rsidR="00730C96" w:rsidRDefault="00730C96" w:rsidP="00CF73FE"/>
        </w:tc>
      </w:tr>
      <w:tr w:rsidR="00730C96" w14:paraId="37F0A507" w14:textId="77777777" w:rsidTr="001D2B11">
        <w:tblPrEx>
          <w:jc w:val="left"/>
        </w:tblPrEx>
        <w:tc>
          <w:tcPr>
            <w:tcW w:w="3529" w:type="dxa"/>
          </w:tcPr>
          <w:p w14:paraId="20F77CE5" w14:textId="77777777" w:rsidR="00730C96" w:rsidRPr="00824A5A" w:rsidRDefault="00730C96" w:rsidP="00CF73FE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Vínculo com projeto de pesquisa, preferencialmente projeto guarda-chuva</w:t>
            </w:r>
          </w:p>
        </w:tc>
        <w:tc>
          <w:tcPr>
            <w:tcW w:w="2687" w:type="dxa"/>
            <w:gridSpan w:val="2"/>
          </w:tcPr>
          <w:p w14:paraId="12BAC147" w14:textId="77777777" w:rsidR="00730C96" w:rsidRDefault="00730C96" w:rsidP="00CF73FE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2284" w:type="dxa"/>
            <w:gridSpan w:val="2"/>
          </w:tcPr>
          <w:p w14:paraId="00D067C1" w14:textId="77777777" w:rsidR="00730C96" w:rsidRDefault="00730C96" w:rsidP="00CF73FE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5742" w:type="dxa"/>
            <w:gridSpan w:val="2"/>
          </w:tcPr>
          <w:p w14:paraId="010F02F2" w14:textId="77777777" w:rsidR="00730C96" w:rsidRDefault="00730C96" w:rsidP="00CF73FE"/>
        </w:tc>
      </w:tr>
      <w:tr w:rsidR="00730C96" w14:paraId="55616F4E" w14:textId="77777777" w:rsidTr="003C3269">
        <w:tblPrEx>
          <w:jc w:val="left"/>
        </w:tblPrEx>
        <w:tc>
          <w:tcPr>
            <w:tcW w:w="3529" w:type="dxa"/>
          </w:tcPr>
          <w:p w14:paraId="25F7D058" w14:textId="77777777" w:rsidR="00730C96" w:rsidRPr="00824A5A" w:rsidRDefault="00730C96" w:rsidP="00CF73FE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Declaração de que o manuscrito deriva diretamente da dissertação</w:t>
            </w:r>
          </w:p>
        </w:tc>
        <w:tc>
          <w:tcPr>
            <w:tcW w:w="2687" w:type="dxa"/>
            <w:gridSpan w:val="2"/>
          </w:tcPr>
          <w:p w14:paraId="3F6AED4F" w14:textId="77777777" w:rsidR="00730C96" w:rsidRDefault="00730C96" w:rsidP="00CF73FE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2284" w:type="dxa"/>
            <w:gridSpan w:val="2"/>
          </w:tcPr>
          <w:p w14:paraId="2E206E0B" w14:textId="77777777" w:rsidR="00730C96" w:rsidRDefault="00730C96" w:rsidP="00CF73FE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5742" w:type="dxa"/>
            <w:gridSpan w:val="2"/>
          </w:tcPr>
          <w:p w14:paraId="51701EFB" w14:textId="77777777" w:rsidR="00730C96" w:rsidRDefault="00730C96" w:rsidP="00CF73FE"/>
        </w:tc>
      </w:tr>
    </w:tbl>
    <w:p w14:paraId="58402F2C" w14:textId="77777777" w:rsidR="00730C96" w:rsidRDefault="00730C96">
      <w:pPr>
        <w:pStyle w:val="Heading1"/>
        <w:spacing w:before="160" w:after="80"/>
        <w:rPr>
          <w:lang w:val="pt-BR"/>
        </w:rPr>
      </w:pPr>
    </w:p>
    <w:p w14:paraId="654B83EC" w14:textId="543CB350" w:rsidR="00473FD2" w:rsidRPr="00824A5A" w:rsidRDefault="004968CA">
      <w:pPr>
        <w:pStyle w:val="Heading1"/>
        <w:spacing w:before="160" w:after="80"/>
        <w:rPr>
          <w:lang w:val="pt-BR"/>
        </w:rPr>
      </w:pPr>
      <w:r>
        <w:rPr>
          <w:lang w:val="pt-BR"/>
        </w:rPr>
        <w:t>4</w:t>
      </w:r>
      <w:r w:rsidRPr="00824A5A">
        <w:rPr>
          <w:lang w:val="pt-BR"/>
        </w:rPr>
        <w:t>. BLOCO B – Itens adicionais/eletivos (</w:t>
      </w:r>
      <w:r>
        <w:rPr>
          <w:lang w:val="pt-BR"/>
        </w:rPr>
        <w:t xml:space="preserve">máximo de </w:t>
      </w:r>
      <w:r w:rsidRPr="00824A5A">
        <w:rPr>
          <w:lang w:val="pt-BR"/>
        </w:rPr>
        <w:t>50 pontos)</w:t>
      </w:r>
    </w:p>
    <w:p w14:paraId="1D10EE1F" w14:textId="5876BDF4" w:rsidR="00473FD2" w:rsidRPr="00824A5A" w:rsidRDefault="00000000">
      <w:pPr>
        <w:spacing w:after="80"/>
        <w:rPr>
          <w:lang w:val="pt-BR"/>
        </w:rPr>
      </w:pPr>
      <w:r w:rsidRPr="00824A5A">
        <w:rPr>
          <w:i/>
          <w:sz w:val="17"/>
          <w:lang w:val="pt-BR"/>
        </w:rPr>
        <w:t xml:space="preserve">O discente deve obter pelo menos </w:t>
      </w:r>
      <w:r w:rsidR="00181873">
        <w:rPr>
          <w:i/>
          <w:sz w:val="17"/>
          <w:lang w:val="pt-BR"/>
        </w:rPr>
        <w:t>1</w:t>
      </w:r>
      <w:r w:rsidRPr="00824A5A">
        <w:rPr>
          <w:i/>
          <w:sz w:val="17"/>
          <w:lang w:val="pt-BR"/>
        </w:rPr>
        <w:t>0 pontos no Bloco B. Os itens adicionais podem ser escolhidos conforme a trajetória acadêmica do discente e as evidências apresentadas. A mesma evidência não deve ser pontuada duas vezes dentro do mesmo item.</w:t>
      </w:r>
    </w:p>
    <w:p w14:paraId="2D8BD8A1" w14:textId="389A16BC" w:rsidR="00473FD2" w:rsidRPr="00824A5A" w:rsidRDefault="00000000">
      <w:pPr>
        <w:pStyle w:val="Heading2"/>
        <w:spacing w:before="160" w:after="80"/>
        <w:rPr>
          <w:lang w:val="pt-BR"/>
        </w:rPr>
      </w:pPr>
      <w:r w:rsidRPr="00824A5A">
        <w:rPr>
          <w:lang w:val="pt-BR"/>
        </w:rPr>
        <w:t xml:space="preserve">B1. Qualificação adicional do manuscrito principal ou produção bibliográfica adicional </w:t>
      </w:r>
      <w:r w:rsidR="00ED1BF9">
        <w:rPr>
          <w:lang w:val="pt-BR"/>
        </w:rPr>
        <w:t>– até 10 pontos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807"/>
        <w:gridCol w:w="992"/>
        <w:gridCol w:w="993"/>
        <w:gridCol w:w="992"/>
        <w:gridCol w:w="1134"/>
        <w:gridCol w:w="1080"/>
        <w:gridCol w:w="3175"/>
      </w:tblGrid>
      <w:tr w:rsidR="00473FD2" w:rsidRPr="00020250" w14:paraId="5C02BE99" w14:textId="77777777" w:rsidTr="00181873">
        <w:trPr>
          <w:jc w:val="center"/>
        </w:trPr>
        <w:tc>
          <w:tcPr>
            <w:tcW w:w="5807" w:type="dxa"/>
            <w:shd w:val="clear" w:color="auto" w:fill="D9EAF7"/>
          </w:tcPr>
          <w:p w14:paraId="69026942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Componente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adicional</w:t>
            </w:r>
            <w:proofErr w:type="spellEnd"/>
          </w:p>
        </w:tc>
        <w:tc>
          <w:tcPr>
            <w:tcW w:w="992" w:type="dxa"/>
            <w:shd w:val="clear" w:color="auto" w:fill="D9EAF7"/>
          </w:tcPr>
          <w:p w14:paraId="1C8D01D7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Pontuação</w:t>
            </w:r>
            <w:proofErr w:type="spellEnd"/>
          </w:p>
        </w:tc>
        <w:tc>
          <w:tcPr>
            <w:tcW w:w="993" w:type="dxa"/>
            <w:shd w:val="clear" w:color="auto" w:fill="D9EAF7"/>
          </w:tcPr>
          <w:p w14:paraId="688C480E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Discente</w:t>
            </w:r>
            <w:proofErr w:type="spellEnd"/>
            <w:r>
              <w:rPr>
                <w:b/>
                <w:sz w:val="14"/>
              </w:rPr>
              <w:t xml:space="preserve"> (X)</w:t>
            </w:r>
          </w:p>
        </w:tc>
        <w:tc>
          <w:tcPr>
            <w:tcW w:w="992" w:type="dxa"/>
            <w:shd w:val="clear" w:color="auto" w:fill="D9EAF7"/>
          </w:tcPr>
          <w:p w14:paraId="68B52EB4" w14:textId="77777777" w:rsidR="00473FD2" w:rsidRDefault="00000000">
            <w:pPr>
              <w:jc w:val="center"/>
            </w:pPr>
            <w:r>
              <w:rPr>
                <w:b/>
                <w:sz w:val="14"/>
              </w:rPr>
              <w:t xml:space="preserve">Pontos </w:t>
            </w:r>
            <w:proofErr w:type="spellStart"/>
            <w:r>
              <w:rPr>
                <w:b/>
                <w:sz w:val="14"/>
              </w:rPr>
              <w:t>solicitados</w:t>
            </w:r>
            <w:proofErr w:type="spellEnd"/>
          </w:p>
        </w:tc>
        <w:tc>
          <w:tcPr>
            <w:tcW w:w="1134" w:type="dxa"/>
            <w:shd w:val="clear" w:color="auto" w:fill="D9EAF7"/>
          </w:tcPr>
          <w:p w14:paraId="09CDA5A2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Comissão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valida</w:t>
            </w:r>
            <w:proofErr w:type="spellEnd"/>
            <w:r>
              <w:rPr>
                <w:b/>
                <w:sz w:val="14"/>
              </w:rPr>
              <w:t>? (X)</w:t>
            </w:r>
          </w:p>
        </w:tc>
        <w:tc>
          <w:tcPr>
            <w:tcW w:w="1080" w:type="dxa"/>
            <w:shd w:val="clear" w:color="auto" w:fill="D9EAF7"/>
          </w:tcPr>
          <w:p w14:paraId="3157DD18" w14:textId="77777777" w:rsidR="00473FD2" w:rsidRDefault="00000000">
            <w:pPr>
              <w:jc w:val="center"/>
            </w:pPr>
            <w:r>
              <w:rPr>
                <w:b/>
                <w:sz w:val="14"/>
              </w:rPr>
              <w:t xml:space="preserve">Pontos </w:t>
            </w:r>
            <w:proofErr w:type="spellStart"/>
            <w:r>
              <w:rPr>
                <w:b/>
                <w:sz w:val="14"/>
              </w:rPr>
              <w:t>validados</w:t>
            </w:r>
            <w:proofErr w:type="spellEnd"/>
          </w:p>
        </w:tc>
        <w:tc>
          <w:tcPr>
            <w:tcW w:w="3175" w:type="dxa"/>
            <w:shd w:val="clear" w:color="auto" w:fill="D9EAF7"/>
          </w:tcPr>
          <w:p w14:paraId="12C99FC3" w14:textId="6D436A23" w:rsidR="00473FD2" w:rsidRPr="004968CA" w:rsidRDefault="00000000">
            <w:pPr>
              <w:jc w:val="center"/>
              <w:rPr>
                <w:lang w:val="pt-BR"/>
              </w:rPr>
            </w:pPr>
            <w:r w:rsidRPr="004968CA">
              <w:rPr>
                <w:b/>
                <w:sz w:val="14"/>
                <w:lang w:val="pt-BR"/>
              </w:rPr>
              <w:t>Informações/comprovantes</w:t>
            </w:r>
            <w:r w:rsidR="004968CA" w:rsidRPr="004968CA">
              <w:rPr>
                <w:b/>
                <w:sz w:val="14"/>
                <w:lang w:val="pt-BR"/>
              </w:rPr>
              <w:t xml:space="preserve"> (indicar o n</w:t>
            </w:r>
            <w:r w:rsidR="004968CA">
              <w:rPr>
                <w:b/>
                <w:sz w:val="14"/>
                <w:lang w:val="pt-BR"/>
              </w:rPr>
              <w:t>umero do Anexo)</w:t>
            </w:r>
          </w:p>
        </w:tc>
      </w:tr>
      <w:tr w:rsidR="00473FD2" w14:paraId="043DC008" w14:textId="77777777" w:rsidTr="00181873">
        <w:trPr>
          <w:jc w:val="center"/>
        </w:trPr>
        <w:tc>
          <w:tcPr>
            <w:tcW w:w="5807" w:type="dxa"/>
          </w:tcPr>
          <w:p w14:paraId="7056EDB6" w14:textId="0728668C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 xml:space="preserve">Manuscrito </w:t>
            </w:r>
            <w:r w:rsidR="00181873">
              <w:rPr>
                <w:sz w:val="14"/>
                <w:lang w:val="pt-BR"/>
              </w:rPr>
              <w:t>adicional</w:t>
            </w:r>
            <w:r w:rsidRPr="00824A5A">
              <w:rPr>
                <w:sz w:val="14"/>
                <w:lang w:val="pt-BR"/>
              </w:rPr>
              <w:t xml:space="preserve"> aceito</w:t>
            </w:r>
            <w:r w:rsidR="00181873">
              <w:rPr>
                <w:sz w:val="14"/>
                <w:lang w:val="pt-BR"/>
              </w:rPr>
              <w:t xml:space="preserve">/publicado em periodico </w:t>
            </w:r>
            <w:r w:rsidR="00181873" w:rsidRPr="00181873">
              <w:rPr>
                <w:b/>
                <w:bCs/>
                <w:sz w:val="14"/>
                <w:lang w:val="pt-BR"/>
              </w:rPr>
              <w:t>COM</w:t>
            </w:r>
            <w:r w:rsidR="00181873">
              <w:rPr>
                <w:sz w:val="14"/>
                <w:lang w:val="pt-BR"/>
              </w:rPr>
              <w:t xml:space="preserve"> indexação na Scopus ou WOS</w:t>
            </w:r>
          </w:p>
        </w:tc>
        <w:tc>
          <w:tcPr>
            <w:tcW w:w="992" w:type="dxa"/>
          </w:tcPr>
          <w:p w14:paraId="51EA622A" w14:textId="70049B26" w:rsidR="00473FD2" w:rsidRDefault="00181873">
            <w:r>
              <w:rPr>
                <w:sz w:val="14"/>
              </w:rPr>
              <w:t>10</w:t>
            </w:r>
          </w:p>
        </w:tc>
        <w:tc>
          <w:tcPr>
            <w:tcW w:w="993" w:type="dxa"/>
          </w:tcPr>
          <w:p w14:paraId="27C4D9A0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992" w:type="dxa"/>
          </w:tcPr>
          <w:p w14:paraId="45DD85F9" w14:textId="77777777" w:rsidR="00473FD2" w:rsidRDefault="00473FD2">
            <w:pPr>
              <w:jc w:val="center"/>
            </w:pPr>
          </w:p>
        </w:tc>
        <w:tc>
          <w:tcPr>
            <w:tcW w:w="1134" w:type="dxa"/>
          </w:tcPr>
          <w:p w14:paraId="5E6979CC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080" w:type="dxa"/>
          </w:tcPr>
          <w:p w14:paraId="0F7266DF" w14:textId="77777777" w:rsidR="00473FD2" w:rsidRDefault="00473FD2">
            <w:pPr>
              <w:jc w:val="center"/>
            </w:pPr>
          </w:p>
        </w:tc>
        <w:tc>
          <w:tcPr>
            <w:tcW w:w="3175" w:type="dxa"/>
          </w:tcPr>
          <w:p w14:paraId="32E131BC" w14:textId="77777777" w:rsidR="00473FD2" w:rsidRDefault="00473FD2"/>
        </w:tc>
      </w:tr>
      <w:tr w:rsidR="00181873" w14:paraId="22B9EEBC" w14:textId="77777777" w:rsidTr="00181873">
        <w:trPr>
          <w:jc w:val="center"/>
        </w:trPr>
        <w:tc>
          <w:tcPr>
            <w:tcW w:w="5807" w:type="dxa"/>
          </w:tcPr>
          <w:p w14:paraId="4FFCB85D" w14:textId="4DB10708" w:rsidR="00181873" w:rsidRPr="00824A5A" w:rsidRDefault="00181873" w:rsidP="00181873">
            <w:pPr>
              <w:jc w:val="center"/>
              <w:rPr>
                <w:lang w:val="pt-BR"/>
              </w:rPr>
            </w:pPr>
            <w:r>
              <w:rPr>
                <w:sz w:val="14"/>
                <w:lang w:val="pt-BR"/>
              </w:rPr>
              <w:t>Manuscrito</w:t>
            </w:r>
            <w:r w:rsidRPr="00824A5A">
              <w:rPr>
                <w:sz w:val="14"/>
                <w:lang w:val="pt-BR"/>
              </w:rPr>
              <w:t xml:space="preserve"> adicional submetido, </w:t>
            </w:r>
            <w:r>
              <w:rPr>
                <w:sz w:val="14"/>
                <w:lang w:val="pt-BR"/>
              </w:rPr>
              <w:t xml:space="preserve">em periodico </w:t>
            </w:r>
            <w:r w:rsidRPr="00181873">
              <w:rPr>
                <w:b/>
                <w:bCs/>
                <w:sz w:val="14"/>
                <w:lang w:val="pt-BR"/>
              </w:rPr>
              <w:t>COM</w:t>
            </w:r>
            <w:r>
              <w:rPr>
                <w:sz w:val="14"/>
                <w:lang w:val="pt-BR"/>
              </w:rPr>
              <w:t xml:space="preserve"> indexação na Scopus ou WOS</w:t>
            </w:r>
          </w:p>
        </w:tc>
        <w:tc>
          <w:tcPr>
            <w:tcW w:w="992" w:type="dxa"/>
          </w:tcPr>
          <w:p w14:paraId="2D39B03D" w14:textId="14275E96" w:rsidR="00181873" w:rsidRDefault="00181873" w:rsidP="00181873">
            <w:r>
              <w:rPr>
                <w:sz w:val="14"/>
              </w:rPr>
              <w:t>7</w:t>
            </w:r>
          </w:p>
        </w:tc>
        <w:tc>
          <w:tcPr>
            <w:tcW w:w="993" w:type="dxa"/>
          </w:tcPr>
          <w:p w14:paraId="192ACF95" w14:textId="77777777" w:rsidR="00181873" w:rsidRDefault="00181873" w:rsidP="00181873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992" w:type="dxa"/>
          </w:tcPr>
          <w:p w14:paraId="1A6A3C2E" w14:textId="77777777" w:rsidR="00181873" w:rsidRDefault="00181873" w:rsidP="00181873">
            <w:pPr>
              <w:jc w:val="center"/>
            </w:pPr>
          </w:p>
        </w:tc>
        <w:tc>
          <w:tcPr>
            <w:tcW w:w="1134" w:type="dxa"/>
          </w:tcPr>
          <w:p w14:paraId="78937B43" w14:textId="77777777" w:rsidR="00181873" w:rsidRDefault="00181873" w:rsidP="00181873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080" w:type="dxa"/>
          </w:tcPr>
          <w:p w14:paraId="4CECAF47" w14:textId="77777777" w:rsidR="00181873" w:rsidRDefault="00181873" w:rsidP="00181873">
            <w:pPr>
              <w:jc w:val="center"/>
            </w:pPr>
          </w:p>
        </w:tc>
        <w:tc>
          <w:tcPr>
            <w:tcW w:w="3175" w:type="dxa"/>
          </w:tcPr>
          <w:p w14:paraId="2F0D0D09" w14:textId="77777777" w:rsidR="00181873" w:rsidRDefault="00181873" w:rsidP="00181873"/>
        </w:tc>
      </w:tr>
      <w:tr w:rsidR="00181873" w14:paraId="729F4D08" w14:textId="77777777" w:rsidTr="00181873">
        <w:trPr>
          <w:jc w:val="center"/>
        </w:trPr>
        <w:tc>
          <w:tcPr>
            <w:tcW w:w="5807" w:type="dxa"/>
          </w:tcPr>
          <w:p w14:paraId="52085B51" w14:textId="0F963481" w:rsidR="00181873" w:rsidRPr="00824A5A" w:rsidRDefault="00181873" w:rsidP="00181873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 xml:space="preserve">Manuscrito </w:t>
            </w:r>
            <w:r>
              <w:rPr>
                <w:sz w:val="14"/>
                <w:lang w:val="pt-BR"/>
              </w:rPr>
              <w:t>adicional</w:t>
            </w:r>
            <w:r w:rsidRPr="00824A5A">
              <w:rPr>
                <w:sz w:val="14"/>
                <w:lang w:val="pt-BR"/>
              </w:rPr>
              <w:t xml:space="preserve"> aceito</w:t>
            </w:r>
            <w:r>
              <w:rPr>
                <w:sz w:val="14"/>
                <w:lang w:val="pt-BR"/>
              </w:rPr>
              <w:t xml:space="preserve">/publicado em periodico </w:t>
            </w:r>
            <w:r w:rsidR="00B8640A">
              <w:rPr>
                <w:b/>
                <w:bCs/>
                <w:sz w:val="14"/>
                <w:lang w:val="pt-BR"/>
              </w:rPr>
              <w:t>COM</w:t>
            </w:r>
            <w:r>
              <w:rPr>
                <w:sz w:val="14"/>
                <w:lang w:val="pt-BR"/>
              </w:rPr>
              <w:t xml:space="preserve"> indexação na </w:t>
            </w:r>
            <w:r w:rsidR="00B8640A">
              <w:rPr>
                <w:sz w:val="14"/>
                <w:lang w:val="pt-BR"/>
              </w:rPr>
              <w:t>Scielo/Pubmed/GoogleScholar</w:t>
            </w:r>
          </w:p>
        </w:tc>
        <w:tc>
          <w:tcPr>
            <w:tcW w:w="992" w:type="dxa"/>
          </w:tcPr>
          <w:p w14:paraId="25A41509" w14:textId="2B8623E2" w:rsidR="00181873" w:rsidRDefault="00181873" w:rsidP="00181873">
            <w:r>
              <w:rPr>
                <w:sz w:val="14"/>
              </w:rPr>
              <w:t>5</w:t>
            </w:r>
          </w:p>
        </w:tc>
        <w:tc>
          <w:tcPr>
            <w:tcW w:w="993" w:type="dxa"/>
          </w:tcPr>
          <w:p w14:paraId="22C7AF3F" w14:textId="77777777" w:rsidR="00181873" w:rsidRDefault="00181873" w:rsidP="00181873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992" w:type="dxa"/>
          </w:tcPr>
          <w:p w14:paraId="619AC778" w14:textId="77777777" w:rsidR="00181873" w:rsidRDefault="00181873" w:rsidP="00181873">
            <w:pPr>
              <w:jc w:val="center"/>
            </w:pPr>
          </w:p>
        </w:tc>
        <w:tc>
          <w:tcPr>
            <w:tcW w:w="1134" w:type="dxa"/>
          </w:tcPr>
          <w:p w14:paraId="09E340A8" w14:textId="77777777" w:rsidR="00181873" w:rsidRDefault="00181873" w:rsidP="00181873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080" w:type="dxa"/>
          </w:tcPr>
          <w:p w14:paraId="6E341C62" w14:textId="77777777" w:rsidR="00181873" w:rsidRDefault="00181873" w:rsidP="00181873">
            <w:pPr>
              <w:jc w:val="center"/>
            </w:pPr>
          </w:p>
        </w:tc>
        <w:tc>
          <w:tcPr>
            <w:tcW w:w="3175" w:type="dxa"/>
          </w:tcPr>
          <w:p w14:paraId="6031D402" w14:textId="77777777" w:rsidR="00181873" w:rsidRDefault="00181873" w:rsidP="00181873"/>
        </w:tc>
      </w:tr>
      <w:tr w:rsidR="00181873" w14:paraId="688E4CEC" w14:textId="77777777" w:rsidTr="00181873">
        <w:trPr>
          <w:jc w:val="center"/>
        </w:trPr>
        <w:tc>
          <w:tcPr>
            <w:tcW w:w="5807" w:type="dxa"/>
          </w:tcPr>
          <w:p w14:paraId="645B12DB" w14:textId="0D50FD30" w:rsidR="00181873" w:rsidRPr="00824A5A" w:rsidRDefault="00181873" w:rsidP="00181873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 xml:space="preserve">Manuscrito </w:t>
            </w:r>
            <w:r>
              <w:rPr>
                <w:sz w:val="14"/>
                <w:lang w:val="pt-BR"/>
              </w:rPr>
              <w:t>adicional</w:t>
            </w:r>
            <w:r w:rsidRPr="00824A5A">
              <w:rPr>
                <w:sz w:val="14"/>
                <w:lang w:val="pt-BR"/>
              </w:rPr>
              <w:t xml:space="preserve"> </w:t>
            </w:r>
            <w:r>
              <w:rPr>
                <w:sz w:val="14"/>
                <w:lang w:val="pt-BR"/>
              </w:rPr>
              <w:t xml:space="preserve">submetido em periodico </w:t>
            </w:r>
            <w:r w:rsidR="00B8640A">
              <w:rPr>
                <w:b/>
                <w:bCs/>
                <w:sz w:val="14"/>
                <w:lang w:val="pt-BR"/>
              </w:rPr>
              <w:t>COM</w:t>
            </w:r>
            <w:r w:rsidR="00B8640A">
              <w:rPr>
                <w:sz w:val="14"/>
                <w:lang w:val="pt-BR"/>
              </w:rPr>
              <w:t xml:space="preserve"> indexação na Scielo/Pubmed/GoogleScholar</w:t>
            </w:r>
          </w:p>
        </w:tc>
        <w:tc>
          <w:tcPr>
            <w:tcW w:w="992" w:type="dxa"/>
          </w:tcPr>
          <w:p w14:paraId="14EF4B94" w14:textId="2B6BE005" w:rsidR="00181873" w:rsidRDefault="00181873" w:rsidP="00181873">
            <w:r>
              <w:rPr>
                <w:sz w:val="14"/>
              </w:rPr>
              <w:t>3</w:t>
            </w:r>
          </w:p>
        </w:tc>
        <w:tc>
          <w:tcPr>
            <w:tcW w:w="993" w:type="dxa"/>
          </w:tcPr>
          <w:p w14:paraId="3B333572" w14:textId="77777777" w:rsidR="00181873" w:rsidRDefault="00181873" w:rsidP="00181873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992" w:type="dxa"/>
          </w:tcPr>
          <w:p w14:paraId="36963799" w14:textId="77777777" w:rsidR="00181873" w:rsidRDefault="00181873" w:rsidP="00181873">
            <w:pPr>
              <w:jc w:val="center"/>
            </w:pPr>
          </w:p>
        </w:tc>
        <w:tc>
          <w:tcPr>
            <w:tcW w:w="1134" w:type="dxa"/>
          </w:tcPr>
          <w:p w14:paraId="3BDFB29D" w14:textId="77777777" w:rsidR="00181873" w:rsidRDefault="00181873" w:rsidP="00181873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080" w:type="dxa"/>
          </w:tcPr>
          <w:p w14:paraId="0FD3F632" w14:textId="77777777" w:rsidR="00181873" w:rsidRDefault="00181873" w:rsidP="00181873">
            <w:pPr>
              <w:jc w:val="center"/>
            </w:pPr>
          </w:p>
        </w:tc>
        <w:tc>
          <w:tcPr>
            <w:tcW w:w="3175" w:type="dxa"/>
          </w:tcPr>
          <w:p w14:paraId="5198A8BD" w14:textId="77777777" w:rsidR="00181873" w:rsidRDefault="00181873" w:rsidP="00181873"/>
        </w:tc>
      </w:tr>
      <w:tr w:rsidR="00181873" w14:paraId="6428050E" w14:textId="77777777" w:rsidTr="00181873">
        <w:trPr>
          <w:jc w:val="center"/>
        </w:trPr>
        <w:tc>
          <w:tcPr>
            <w:tcW w:w="5807" w:type="dxa"/>
          </w:tcPr>
          <w:p w14:paraId="3629FA03" w14:textId="77777777" w:rsidR="00181873" w:rsidRPr="00824A5A" w:rsidRDefault="00181873" w:rsidP="00181873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Capítulo de livro ou livro com ISBN, vinculado à dissertação ou linha de pesquisa</w:t>
            </w:r>
          </w:p>
        </w:tc>
        <w:tc>
          <w:tcPr>
            <w:tcW w:w="992" w:type="dxa"/>
          </w:tcPr>
          <w:p w14:paraId="03691DBC" w14:textId="77777777" w:rsidR="00181873" w:rsidRDefault="00181873" w:rsidP="00181873">
            <w:r>
              <w:rPr>
                <w:sz w:val="14"/>
              </w:rPr>
              <w:t>3</w:t>
            </w:r>
          </w:p>
        </w:tc>
        <w:tc>
          <w:tcPr>
            <w:tcW w:w="993" w:type="dxa"/>
          </w:tcPr>
          <w:p w14:paraId="72A66433" w14:textId="77777777" w:rsidR="00181873" w:rsidRDefault="00181873" w:rsidP="00181873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992" w:type="dxa"/>
          </w:tcPr>
          <w:p w14:paraId="745EED7D" w14:textId="77777777" w:rsidR="00181873" w:rsidRDefault="00181873" w:rsidP="00181873">
            <w:pPr>
              <w:jc w:val="center"/>
            </w:pPr>
          </w:p>
        </w:tc>
        <w:tc>
          <w:tcPr>
            <w:tcW w:w="1134" w:type="dxa"/>
          </w:tcPr>
          <w:p w14:paraId="78C9C313" w14:textId="77777777" w:rsidR="00181873" w:rsidRDefault="00181873" w:rsidP="00181873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080" w:type="dxa"/>
          </w:tcPr>
          <w:p w14:paraId="6F4DBB0B" w14:textId="77777777" w:rsidR="00181873" w:rsidRDefault="00181873" w:rsidP="00181873">
            <w:pPr>
              <w:jc w:val="center"/>
            </w:pPr>
          </w:p>
        </w:tc>
        <w:tc>
          <w:tcPr>
            <w:tcW w:w="3175" w:type="dxa"/>
          </w:tcPr>
          <w:p w14:paraId="140D7AAD" w14:textId="77777777" w:rsidR="00181873" w:rsidRDefault="00181873" w:rsidP="00181873"/>
        </w:tc>
      </w:tr>
      <w:tr w:rsidR="00181873" w14:paraId="1BA41710" w14:textId="77777777" w:rsidTr="00181873">
        <w:trPr>
          <w:jc w:val="center"/>
        </w:trPr>
        <w:tc>
          <w:tcPr>
            <w:tcW w:w="5807" w:type="dxa"/>
          </w:tcPr>
          <w:p w14:paraId="700C5E35" w14:textId="647DD982" w:rsidR="00181873" w:rsidRDefault="00181873" w:rsidP="00181873">
            <w:pPr>
              <w:jc w:val="center"/>
            </w:pPr>
            <w:r>
              <w:rPr>
                <w:sz w:val="14"/>
              </w:rPr>
              <w:t>Total B1</w:t>
            </w:r>
          </w:p>
        </w:tc>
        <w:tc>
          <w:tcPr>
            <w:tcW w:w="992" w:type="dxa"/>
          </w:tcPr>
          <w:p w14:paraId="2587106A" w14:textId="4B0E4B2F" w:rsidR="00181873" w:rsidRDefault="00181873" w:rsidP="00181873"/>
        </w:tc>
        <w:tc>
          <w:tcPr>
            <w:tcW w:w="993" w:type="dxa"/>
          </w:tcPr>
          <w:p w14:paraId="498D8168" w14:textId="77777777" w:rsidR="00181873" w:rsidRDefault="00181873" w:rsidP="00181873">
            <w:pPr>
              <w:jc w:val="center"/>
            </w:pPr>
          </w:p>
        </w:tc>
        <w:tc>
          <w:tcPr>
            <w:tcW w:w="992" w:type="dxa"/>
          </w:tcPr>
          <w:p w14:paraId="54AA56E2" w14:textId="77777777" w:rsidR="00181873" w:rsidRDefault="00181873" w:rsidP="00181873">
            <w:pPr>
              <w:jc w:val="center"/>
            </w:pPr>
          </w:p>
        </w:tc>
        <w:tc>
          <w:tcPr>
            <w:tcW w:w="1134" w:type="dxa"/>
          </w:tcPr>
          <w:p w14:paraId="25D40FB8" w14:textId="77777777" w:rsidR="00181873" w:rsidRDefault="00181873" w:rsidP="00181873">
            <w:pPr>
              <w:jc w:val="center"/>
            </w:pPr>
          </w:p>
        </w:tc>
        <w:tc>
          <w:tcPr>
            <w:tcW w:w="1080" w:type="dxa"/>
          </w:tcPr>
          <w:p w14:paraId="536BC3BC" w14:textId="77777777" w:rsidR="00181873" w:rsidRDefault="00181873" w:rsidP="00181873">
            <w:pPr>
              <w:jc w:val="center"/>
            </w:pPr>
          </w:p>
        </w:tc>
        <w:tc>
          <w:tcPr>
            <w:tcW w:w="3175" w:type="dxa"/>
          </w:tcPr>
          <w:p w14:paraId="6840DE7C" w14:textId="77777777" w:rsidR="00181873" w:rsidRDefault="00181873" w:rsidP="00181873"/>
        </w:tc>
      </w:tr>
    </w:tbl>
    <w:p w14:paraId="01157664" w14:textId="2A95813A" w:rsidR="00473FD2" w:rsidRPr="00824A5A" w:rsidRDefault="00000000">
      <w:pPr>
        <w:pStyle w:val="Heading2"/>
        <w:spacing w:before="160" w:after="80"/>
        <w:rPr>
          <w:lang w:val="pt-BR"/>
        </w:rPr>
      </w:pPr>
      <w:r w:rsidRPr="00824A5A">
        <w:rPr>
          <w:lang w:val="pt-BR"/>
        </w:rPr>
        <w:t xml:space="preserve">B2. Produção adicional em eventos científicos – até </w:t>
      </w:r>
      <w:r w:rsidR="00ED1BF9">
        <w:rPr>
          <w:lang w:val="pt-BR"/>
        </w:rPr>
        <w:t>6</w:t>
      </w:r>
      <w:r w:rsidRPr="00824A5A">
        <w:rPr>
          <w:lang w:val="pt-BR"/>
        </w:rPr>
        <w:t xml:space="preserve"> pontos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9"/>
        <w:gridCol w:w="964"/>
        <w:gridCol w:w="964"/>
        <w:gridCol w:w="1247"/>
        <w:gridCol w:w="1247"/>
        <w:gridCol w:w="1247"/>
        <w:gridCol w:w="3175"/>
      </w:tblGrid>
      <w:tr w:rsidR="00473FD2" w:rsidRPr="00020250" w14:paraId="18D47585" w14:textId="77777777">
        <w:trPr>
          <w:jc w:val="center"/>
        </w:trPr>
        <w:tc>
          <w:tcPr>
            <w:tcW w:w="5329" w:type="dxa"/>
            <w:shd w:val="clear" w:color="auto" w:fill="D9EAF7"/>
          </w:tcPr>
          <w:p w14:paraId="2F6B88EF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Componente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adicional</w:t>
            </w:r>
            <w:proofErr w:type="spellEnd"/>
          </w:p>
        </w:tc>
        <w:tc>
          <w:tcPr>
            <w:tcW w:w="964" w:type="dxa"/>
            <w:shd w:val="clear" w:color="auto" w:fill="D9EAF7"/>
          </w:tcPr>
          <w:p w14:paraId="4B7111EA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Pontuação</w:t>
            </w:r>
            <w:proofErr w:type="spellEnd"/>
          </w:p>
        </w:tc>
        <w:tc>
          <w:tcPr>
            <w:tcW w:w="964" w:type="dxa"/>
            <w:shd w:val="clear" w:color="auto" w:fill="D9EAF7"/>
          </w:tcPr>
          <w:p w14:paraId="4BC92239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Discente</w:t>
            </w:r>
            <w:proofErr w:type="spellEnd"/>
            <w:r>
              <w:rPr>
                <w:b/>
                <w:sz w:val="14"/>
              </w:rPr>
              <w:t xml:space="preserve"> (X)</w:t>
            </w:r>
          </w:p>
        </w:tc>
        <w:tc>
          <w:tcPr>
            <w:tcW w:w="1247" w:type="dxa"/>
            <w:shd w:val="clear" w:color="auto" w:fill="D9EAF7"/>
          </w:tcPr>
          <w:p w14:paraId="7E32CF8D" w14:textId="77777777" w:rsidR="00473FD2" w:rsidRDefault="00000000">
            <w:pPr>
              <w:jc w:val="center"/>
            </w:pPr>
            <w:r>
              <w:rPr>
                <w:b/>
                <w:sz w:val="14"/>
              </w:rPr>
              <w:t xml:space="preserve">Pontos </w:t>
            </w:r>
            <w:proofErr w:type="spellStart"/>
            <w:r>
              <w:rPr>
                <w:b/>
                <w:sz w:val="14"/>
              </w:rPr>
              <w:t>solicitados</w:t>
            </w:r>
            <w:proofErr w:type="spellEnd"/>
          </w:p>
        </w:tc>
        <w:tc>
          <w:tcPr>
            <w:tcW w:w="1247" w:type="dxa"/>
            <w:shd w:val="clear" w:color="auto" w:fill="D9EAF7"/>
          </w:tcPr>
          <w:p w14:paraId="7E51552C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Comissão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valida</w:t>
            </w:r>
            <w:proofErr w:type="spellEnd"/>
            <w:r>
              <w:rPr>
                <w:b/>
                <w:sz w:val="14"/>
              </w:rPr>
              <w:t>? (X)</w:t>
            </w:r>
          </w:p>
        </w:tc>
        <w:tc>
          <w:tcPr>
            <w:tcW w:w="1247" w:type="dxa"/>
            <w:shd w:val="clear" w:color="auto" w:fill="D9EAF7"/>
          </w:tcPr>
          <w:p w14:paraId="113D6A0E" w14:textId="77777777" w:rsidR="00473FD2" w:rsidRDefault="00000000">
            <w:pPr>
              <w:jc w:val="center"/>
            </w:pPr>
            <w:r>
              <w:rPr>
                <w:b/>
                <w:sz w:val="14"/>
              </w:rPr>
              <w:t xml:space="preserve">Pontos </w:t>
            </w:r>
            <w:proofErr w:type="spellStart"/>
            <w:r>
              <w:rPr>
                <w:b/>
                <w:sz w:val="14"/>
              </w:rPr>
              <w:t>validados</w:t>
            </w:r>
            <w:proofErr w:type="spellEnd"/>
          </w:p>
        </w:tc>
        <w:tc>
          <w:tcPr>
            <w:tcW w:w="3175" w:type="dxa"/>
            <w:shd w:val="clear" w:color="auto" w:fill="D9EAF7"/>
          </w:tcPr>
          <w:p w14:paraId="7C1A524E" w14:textId="4A99901A" w:rsidR="00473FD2" w:rsidRPr="004968CA" w:rsidRDefault="00000000">
            <w:pPr>
              <w:jc w:val="center"/>
              <w:rPr>
                <w:lang w:val="pt-BR"/>
              </w:rPr>
            </w:pPr>
            <w:r w:rsidRPr="004968CA">
              <w:rPr>
                <w:b/>
                <w:sz w:val="14"/>
                <w:lang w:val="pt-BR"/>
              </w:rPr>
              <w:t>Informações/comprovantes</w:t>
            </w:r>
            <w:r w:rsidR="004968CA" w:rsidRPr="004968CA">
              <w:rPr>
                <w:b/>
                <w:sz w:val="14"/>
                <w:lang w:val="pt-BR"/>
              </w:rPr>
              <w:t xml:space="preserve"> (indicar o n</w:t>
            </w:r>
            <w:r w:rsidR="004968CA">
              <w:rPr>
                <w:b/>
                <w:sz w:val="14"/>
                <w:lang w:val="pt-BR"/>
              </w:rPr>
              <w:t>umero do Anexo)</w:t>
            </w:r>
          </w:p>
        </w:tc>
      </w:tr>
      <w:tr w:rsidR="00473FD2" w14:paraId="4CA74855" w14:textId="77777777">
        <w:trPr>
          <w:jc w:val="center"/>
        </w:trPr>
        <w:tc>
          <w:tcPr>
            <w:tcW w:w="5329" w:type="dxa"/>
          </w:tcPr>
          <w:p w14:paraId="29AD3A79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Terceiro trabalho publicado em anais</w:t>
            </w:r>
          </w:p>
        </w:tc>
        <w:tc>
          <w:tcPr>
            <w:tcW w:w="964" w:type="dxa"/>
          </w:tcPr>
          <w:p w14:paraId="75A8EE8C" w14:textId="77777777" w:rsidR="00473FD2" w:rsidRPr="00101263" w:rsidRDefault="00000000">
            <w:pPr>
              <w:rPr>
                <w:sz w:val="16"/>
                <w:szCs w:val="16"/>
              </w:rPr>
            </w:pPr>
            <w:r w:rsidRPr="00101263">
              <w:rPr>
                <w:sz w:val="16"/>
                <w:szCs w:val="16"/>
              </w:rPr>
              <w:t>2</w:t>
            </w:r>
          </w:p>
        </w:tc>
        <w:tc>
          <w:tcPr>
            <w:tcW w:w="964" w:type="dxa"/>
          </w:tcPr>
          <w:p w14:paraId="6CD472B5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2D4181B7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451A1BFA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15B01F23" w14:textId="77777777" w:rsidR="00473FD2" w:rsidRDefault="00473FD2">
            <w:pPr>
              <w:jc w:val="center"/>
            </w:pPr>
          </w:p>
        </w:tc>
        <w:tc>
          <w:tcPr>
            <w:tcW w:w="3175" w:type="dxa"/>
          </w:tcPr>
          <w:p w14:paraId="20A748F9" w14:textId="77777777" w:rsidR="00473FD2" w:rsidRDefault="00473FD2"/>
        </w:tc>
      </w:tr>
      <w:tr w:rsidR="00473FD2" w14:paraId="78DE432F" w14:textId="77777777">
        <w:trPr>
          <w:jc w:val="center"/>
        </w:trPr>
        <w:tc>
          <w:tcPr>
            <w:tcW w:w="5329" w:type="dxa"/>
          </w:tcPr>
          <w:p w14:paraId="488EB07B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Quarto trabalho publicado em anais</w:t>
            </w:r>
          </w:p>
        </w:tc>
        <w:tc>
          <w:tcPr>
            <w:tcW w:w="964" w:type="dxa"/>
          </w:tcPr>
          <w:p w14:paraId="25154317" w14:textId="77777777" w:rsidR="00473FD2" w:rsidRPr="00101263" w:rsidRDefault="00000000">
            <w:pPr>
              <w:rPr>
                <w:sz w:val="16"/>
                <w:szCs w:val="16"/>
              </w:rPr>
            </w:pPr>
            <w:r w:rsidRPr="00101263">
              <w:rPr>
                <w:sz w:val="16"/>
                <w:szCs w:val="16"/>
              </w:rPr>
              <w:t>2</w:t>
            </w:r>
          </w:p>
        </w:tc>
        <w:tc>
          <w:tcPr>
            <w:tcW w:w="964" w:type="dxa"/>
          </w:tcPr>
          <w:p w14:paraId="3BBB8C1E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24FB2EAC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533A32CE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7ABBFD1F" w14:textId="77777777" w:rsidR="00473FD2" w:rsidRDefault="00473FD2">
            <w:pPr>
              <w:jc w:val="center"/>
            </w:pPr>
          </w:p>
        </w:tc>
        <w:tc>
          <w:tcPr>
            <w:tcW w:w="3175" w:type="dxa"/>
          </w:tcPr>
          <w:p w14:paraId="18EA8ADF" w14:textId="77777777" w:rsidR="00473FD2" w:rsidRDefault="00473FD2"/>
        </w:tc>
      </w:tr>
      <w:tr w:rsidR="00473FD2" w14:paraId="4D9B677C" w14:textId="77777777">
        <w:trPr>
          <w:jc w:val="center"/>
        </w:trPr>
        <w:tc>
          <w:tcPr>
            <w:tcW w:w="5329" w:type="dxa"/>
          </w:tcPr>
          <w:p w14:paraId="27826CA3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Trabalho premiado, menção honrosa ou destaque científico</w:t>
            </w:r>
          </w:p>
        </w:tc>
        <w:tc>
          <w:tcPr>
            <w:tcW w:w="964" w:type="dxa"/>
          </w:tcPr>
          <w:p w14:paraId="518E7CAF" w14:textId="13A6A1C3" w:rsidR="00473FD2" w:rsidRPr="00101263" w:rsidRDefault="00101263">
            <w:pPr>
              <w:rPr>
                <w:sz w:val="16"/>
                <w:szCs w:val="16"/>
              </w:rPr>
            </w:pPr>
            <w:r w:rsidRPr="00101263">
              <w:rPr>
                <w:sz w:val="16"/>
                <w:szCs w:val="16"/>
              </w:rPr>
              <w:t>2</w:t>
            </w:r>
          </w:p>
        </w:tc>
        <w:tc>
          <w:tcPr>
            <w:tcW w:w="964" w:type="dxa"/>
          </w:tcPr>
          <w:p w14:paraId="62522CC0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058BA02A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588C19A3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11C06CC4" w14:textId="77777777" w:rsidR="00473FD2" w:rsidRDefault="00473FD2">
            <w:pPr>
              <w:jc w:val="center"/>
            </w:pPr>
          </w:p>
        </w:tc>
        <w:tc>
          <w:tcPr>
            <w:tcW w:w="3175" w:type="dxa"/>
          </w:tcPr>
          <w:p w14:paraId="1E1959EC" w14:textId="77777777" w:rsidR="00473FD2" w:rsidRDefault="00473FD2"/>
        </w:tc>
      </w:tr>
      <w:tr w:rsidR="00473FD2" w14:paraId="0BF4DEF4" w14:textId="77777777">
        <w:trPr>
          <w:jc w:val="center"/>
        </w:trPr>
        <w:tc>
          <w:tcPr>
            <w:tcW w:w="5329" w:type="dxa"/>
          </w:tcPr>
          <w:p w14:paraId="5DDDD517" w14:textId="77777777" w:rsidR="00473FD2" w:rsidRDefault="00000000">
            <w:pPr>
              <w:jc w:val="center"/>
            </w:pPr>
            <w:r>
              <w:rPr>
                <w:sz w:val="14"/>
              </w:rPr>
              <w:t xml:space="preserve">Total B2; </w:t>
            </w:r>
            <w:proofErr w:type="spellStart"/>
            <w:r>
              <w:rPr>
                <w:sz w:val="14"/>
              </w:rPr>
              <w:t>máximo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permitido</w:t>
            </w:r>
            <w:proofErr w:type="spellEnd"/>
          </w:p>
        </w:tc>
        <w:tc>
          <w:tcPr>
            <w:tcW w:w="964" w:type="dxa"/>
          </w:tcPr>
          <w:p w14:paraId="2244B36A" w14:textId="7FB64BF3" w:rsidR="00473FD2" w:rsidRPr="00101263" w:rsidRDefault="00101263">
            <w:pPr>
              <w:rPr>
                <w:sz w:val="16"/>
                <w:szCs w:val="16"/>
              </w:rPr>
            </w:pPr>
            <w:r w:rsidRPr="00101263">
              <w:rPr>
                <w:sz w:val="16"/>
                <w:szCs w:val="16"/>
              </w:rPr>
              <w:t>6</w:t>
            </w:r>
          </w:p>
        </w:tc>
        <w:tc>
          <w:tcPr>
            <w:tcW w:w="964" w:type="dxa"/>
          </w:tcPr>
          <w:p w14:paraId="40A3BE1A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64C0C80E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52C7AE68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517AA625" w14:textId="77777777" w:rsidR="00473FD2" w:rsidRDefault="00473FD2">
            <w:pPr>
              <w:jc w:val="center"/>
            </w:pPr>
          </w:p>
        </w:tc>
        <w:tc>
          <w:tcPr>
            <w:tcW w:w="3175" w:type="dxa"/>
          </w:tcPr>
          <w:p w14:paraId="6944B587" w14:textId="77777777" w:rsidR="00473FD2" w:rsidRDefault="00473FD2"/>
        </w:tc>
      </w:tr>
    </w:tbl>
    <w:p w14:paraId="4C19E120" w14:textId="77777777" w:rsidR="00473FD2" w:rsidRPr="00824A5A" w:rsidRDefault="00000000">
      <w:pPr>
        <w:pStyle w:val="Heading2"/>
        <w:spacing w:before="160" w:after="80"/>
        <w:rPr>
          <w:lang w:val="pt-BR"/>
        </w:rPr>
      </w:pPr>
      <w:r w:rsidRPr="00824A5A">
        <w:rPr>
          <w:lang w:val="pt-BR"/>
        </w:rPr>
        <w:t>B3. Produto de popularização da ciência – até 8 pontos</w:t>
      </w:r>
    </w:p>
    <w:p w14:paraId="17DE6218" w14:textId="77777777" w:rsidR="00473FD2" w:rsidRPr="00824A5A" w:rsidRDefault="00000000">
      <w:pPr>
        <w:spacing w:after="80"/>
        <w:rPr>
          <w:lang w:val="pt-BR"/>
        </w:rPr>
      </w:pPr>
      <w:r w:rsidRPr="00824A5A">
        <w:rPr>
          <w:i/>
          <w:sz w:val="17"/>
          <w:lang w:val="pt-BR"/>
        </w:rPr>
        <w:t>Produto de popularização: ação ou material voltado a público não especializado, em linguagem acessível, relacionado à dissertação, linha de pesquisa ou projeto do orientador.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104"/>
        <w:gridCol w:w="954"/>
        <w:gridCol w:w="915"/>
        <w:gridCol w:w="1158"/>
        <w:gridCol w:w="1139"/>
        <w:gridCol w:w="1132"/>
        <w:gridCol w:w="4840"/>
      </w:tblGrid>
      <w:tr w:rsidR="00473FD2" w14:paraId="36098EE9" w14:textId="77777777">
        <w:trPr>
          <w:jc w:val="center"/>
        </w:trPr>
        <w:tc>
          <w:tcPr>
            <w:tcW w:w="3969" w:type="dxa"/>
            <w:gridSpan w:val="3"/>
            <w:shd w:val="clear" w:color="auto" w:fill="D9EAF7"/>
          </w:tcPr>
          <w:p w14:paraId="4965E18C" w14:textId="77777777" w:rsidR="00473FD2" w:rsidRDefault="00000000">
            <w:pPr>
              <w:jc w:val="center"/>
            </w:pPr>
            <w:r>
              <w:rPr>
                <w:b/>
                <w:sz w:val="16"/>
              </w:rPr>
              <w:t>Campo</w:t>
            </w:r>
          </w:p>
        </w:tc>
        <w:tc>
          <w:tcPr>
            <w:tcW w:w="10205" w:type="dxa"/>
            <w:gridSpan w:val="4"/>
            <w:shd w:val="clear" w:color="auto" w:fill="D9EAF7"/>
          </w:tcPr>
          <w:p w14:paraId="648AA5DA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6"/>
              </w:rPr>
              <w:t>Informação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preencher</w:t>
            </w:r>
            <w:proofErr w:type="spellEnd"/>
          </w:p>
        </w:tc>
      </w:tr>
      <w:tr w:rsidR="00473FD2" w14:paraId="44F69518" w14:textId="77777777">
        <w:trPr>
          <w:jc w:val="center"/>
        </w:trPr>
        <w:tc>
          <w:tcPr>
            <w:tcW w:w="3969" w:type="dxa"/>
            <w:gridSpan w:val="3"/>
          </w:tcPr>
          <w:p w14:paraId="27BC5E02" w14:textId="77777777" w:rsidR="00473FD2" w:rsidRDefault="00000000">
            <w:pPr>
              <w:jc w:val="center"/>
            </w:pPr>
            <w:proofErr w:type="spellStart"/>
            <w:r>
              <w:rPr>
                <w:sz w:val="16"/>
              </w:rPr>
              <w:t>Título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nome</w:t>
            </w:r>
            <w:proofErr w:type="spellEnd"/>
            <w:r>
              <w:rPr>
                <w:sz w:val="16"/>
              </w:rPr>
              <w:t xml:space="preserve"> do </w:t>
            </w:r>
            <w:proofErr w:type="spellStart"/>
            <w:r>
              <w:rPr>
                <w:sz w:val="16"/>
              </w:rPr>
              <w:t>produto</w:t>
            </w:r>
            <w:proofErr w:type="spellEnd"/>
          </w:p>
        </w:tc>
        <w:tc>
          <w:tcPr>
            <w:tcW w:w="10205" w:type="dxa"/>
            <w:gridSpan w:val="4"/>
          </w:tcPr>
          <w:p w14:paraId="006F32A5" w14:textId="77777777" w:rsidR="00473FD2" w:rsidRDefault="00473FD2"/>
        </w:tc>
      </w:tr>
      <w:tr w:rsidR="00473FD2" w:rsidRPr="00020250" w14:paraId="41F4DE9E" w14:textId="77777777">
        <w:trPr>
          <w:jc w:val="center"/>
        </w:trPr>
        <w:tc>
          <w:tcPr>
            <w:tcW w:w="3969" w:type="dxa"/>
            <w:gridSpan w:val="3"/>
          </w:tcPr>
          <w:p w14:paraId="42C2998E" w14:textId="77777777" w:rsidR="00473FD2" w:rsidRDefault="00000000">
            <w:pPr>
              <w:jc w:val="center"/>
            </w:pPr>
            <w:r>
              <w:rPr>
                <w:sz w:val="16"/>
              </w:rPr>
              <w:t xml:space="preserve">Tipo de </w:t>
            </w:r>
            <w:proofErr w:type="spellStart"/>
            <w:r>
              <w:rPr>
                <w:sz w:val="16"/>
              </w:rPr>
              <w:t>produto</w:t>
            </w:r>
            <w:proofErr w:type="spellEnd"/>
          </w:p>
        </w:tc>
        <w:tc>
          <w:tcPr>
            <w:tcW w:w="10205" w:type="dxa"/>
            <w:gridSpan w:val="4"/>
          </w:tcPr>
          <w:p w14:paraId="3E89A7BD" w14:textId="77777777" w:rsidR="00473FD2" w:rsidRPr="00824A5A" w:rsidRDefault="00000000">
            <w:pPr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t>☐ Vídeo/reels ☐ Podcast ☐ Entrevista ☐ Webinar aberto ☐ Cartilha/folder/infográfico ☐ Texto de divulgação ☐ Ação pública ☐ Outro: __________</w:t>
            </w:r>
          </w:p>
        </w:tc>
      </w:tr>
      <w:tr w:rsidR="00473FD2" w14:paraId="4023345D" w14:textId="77777777">
        <w:trPr>
          <w:jc w:val="center"/>
        </w:trPr>
        <w:tc>
          <w:tcPr>
            <w:tcW w:w="3969" w:type="dxa"/>
            <w:gridSpan w:val="3"/>
          </w:tcPr>
          <w:p w14:paraId="6A0D2EE2" w14:textId="77777777" w:rsidR="00473FD2" w:rsidRDefault="00000000">
            <w:pPr>
              <w:jc w:val="center"/>
            </w:pPr>
            <w:r>
              <w:rPr>
                <w:sz w:val="16"/>
              </w:rPr>
              <w:t>Público-</w:t>
            </w:r>
            <w:proofErr w:type="spellStart"/>
            <w:r>
              <w:rPr>
                <w:sz w:val="16"/>
              </w:rPr>
              <w:t>alvo</w:t>
            </w:r>
            <w:proofErr w:type="spellEnd"/>
          </w:p>
        </w:tc>
        <w:tc>
          <w:tcPr>
            <w:tcW w:w="10205" w:type="dxa"/>
            <w:gridSpan w:val="4"/>
          </w:tcPr>
          <w:p w14:paraId="16CC8BFD" w14:textId="77777777" w:rsidR="00473FD2" w:rsidRDefault="00473FD2"/>
        </w:tc>
      </w:tr>
      <w:tr w:rsidR="00473FD2" w14:paraId="2E07626C" w14:textId="77777777">
        <w:trPr>
          <w:jc w:val="center"/>
        </w:trPr>
        <w:tc>
          <w:tcPr>
            <w:tcW w:w="3969" w:type="dxa"/>
            <w:gridSpan w:val="3"/>
          </w:tcPr>
          <w:p w14:paraId="219CAA41" w14:textId="77777777" w:rsidR="00473FD2" w:rsidRDefault="00000000">
            <w:pPr>
              <w:jc w:val="center"/>
            </w:pPr>
            <w:r>
              <w:rPr>
                <w:sz w:val="16"/>
              </w:rPr>
              <w:t>Local/</w:t>
            </w:r>
            <w:proofErr w:type="spellStart"/>
            <w:r>
              <w:rPr>
                <w:sz w:val="16"/>
              </w:rPr>
              <w:t>plataforma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divulgação</w:t>
            </w:r>
            <w:proofErr w:type="spellEnd"/>
          </w:p>
        </w:tc>
        <w:tc>
          <w:tcPr>
            <w:tcW w:w="10205" w:type="dxa"/>
            <w:gridSpan w:val="4"/>
          </w:tcPr>
          <w:p w14:paraId="123C4A9F" w14:textId="77777777" w:rsidR="00473FD2" w:rsidRDefault="00473FD2"/>
        </w:tc>
      </w:tr>
      <w:tr w:rsidR="00473FD2" w:rsidRPr="00020250" w14:paraId="73B06F7D" w14:textId="77777777">
        <w:trPr>
          <w:jc w:val="center"/>
        </w:trPr>
        <w:tc>
          <w:tcPr>
            <w:tcW w:w="3969" w:type="dxa"/>
            <w:gridSpan w:val="3"/>
          </w:tcPr>
          <w:p w14:paraId="6C578699" w14:textId="06F2EB60" w:rsidR="00473FD2" w:rsidRPr="004968CA" w:rsidRDefault="00000000">
            <w:pPr>
              <w:jc w:val="center"/>
              <w:rPr>
                <w:lang w:val="pt-BR"/>
              </w:rPr>
            </w:pPr>
            <w:r w:rsidRPr="004968CA">
              <w:rPr>
                <w:sz w:val="16"/>
                <w:lang w:val="pt-BR"/>
              </w:rPr>
              <w:t>Link/comprovante/métricas</w:t>
            </w:r>
            <w:r w:rsidR="004968CA" w:rsidRPr="004968CA">
              <w:rPr>
                <w:sz w:val="16"/>
                <w:szCs w:val="16"/>
                <w:lang w:val="pt-BR"/>
              </w:rPr>
              <w:t xml:space="preserve"> </w:t>
            </w:r>
            <w:r w:rsidR="004968CA" w:rsidRPr="004968CA">
              <w:rPr>
                <w:b/>
                <w:sz w:val="16"/>
                <w:szCs w:val="16"/>
                <w:lang w:val="pt-BR"/>
              </w:rPr>
              <w:t>(indicar o numero do Anexo)</w:t>
            </w:r>
          </w:p>
        </w:tc>
        <w:tc>
          <w:tcPr>
            <w:tcW w:w="10205" w:type="dxa"/>
            <w:gridSpan w:val="4"/>
          </w:tcPr>
          <w:p w14:paraId="74D392B7" w14:textId="77777777" w:rsidR="00473FD2" w:rsidRPr="004968CA" w:rsidRDefault="00473FD2">
            <w:pPr>
              <w:rPr>
                <w:lang w:val="pt-BR"/>
              </w:rPr>
            </w:pPr>
          </w:p>
        </w:tc>
      </w:tr>
      <w:tr w:rsidR="00473FD2" w:rsidRPr="004968CA" w14:paraId="2B4E50F8" w14:textId="77777777">
        <w:trPr>
          <w:jc w:val="center"/>
        </w:trPr>
        <w:tc>
          <w:tcPr>
            <w:tcW w:w="5329" w:type="dxa"/>
            <w:shd w:val="clear" w:color="auto" w:fill="D9EAF7"/>
          </w:tcPr>
          <w:p w14:paraId="52B1F5BC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Componente</w:t>
            </w:r>
            <w:proofErr w:type="spellEnd"/>
          </w:p>
        </w:tc>
        <w:tc>
          <w:tcPr>
            <w:tcW w:w="964" w:type="dxa"/>
            <w:shd w:val="clear" w:color="auto" w:fill="D9EAF7"/>
          </w:tcPr>
          <w:p w14:paraId="102D19B9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Pontuação</w:t>
            </w:r>
            <w:proofErr w:type="spellEnd"/>
          </w:p>
        </w:tc>
        <w:tc>
          <w:tcPr>
            <w:tcW w:w="964" w:type="dxa"/>
            <w:shd w:val="clear" w:color="auto" w:fill="D9EAF7"/>
          </w:tcPr>
          <w:p w14:paraId="2D407B51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Discente</w:t>
            </w:r>
            <w:proofErr w:type="spellEnd"/>
            <w:r>
              <w:rPr>
                <w:b/>
                <w:sz w:val="14"/>
              </w:rPr>
              <w:t xml:space="preserve"> (X)</w:t>
            </w:r>
          </w:p>
        </w:tc>
        <w:tc>
          <w:tcPr>
            <w:tcW w:w="1247" w:type="dxa"/>
            <w:shd w:val="clear" w:color="auto" w:fill="D9EAF7"/>
          </w:tcPr>
          <w:p w14:paraId="1DC7933E" w14:textId="77777777" w:rsidR="00473FD2" w:rsidRDefault="00000000">
            <w:pPr>
              <w:jc w:val="center"/>
            </w:pPr>
            <w:r>
              <w:rPr>
                <w:b/>
                <w:sz w:val="14"/>
              </w:rPr>
              <w:t xml:space="preserve">Pontos </w:t>
            </w:r>
            <w:proofErr w:type="spellStart"/>
            <w:r>
              <w:rPr>
                <w:b/>
                <w:sz w:val="14"/>
              </w:rPr>
              <w:t>solicitados</w:t>
            </w:r>
            <w:proofErr w:type="spellEnd"/>
          </w:p>
        </w:tc>
        <w:tc>
          <w:tcPr>
            <w:tcW w:w="1247" w:type="dxa"/>
            <w:shd w:val="clear" w:color="auto" w:fill="D9EAF7"/>
          </w:tcPr>
          <w:p w14:paraId="0C686993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Comissão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valida</w:t>
            </w:r>
            <w:proofErr w:type="spellEnd"/>
            <w:r>
              <w:rPr>
                <w:b/>
                <w:sz w:val="14"/>
              </w:rPr>
              <w:t>? (X)</w:t>
            </w:r>
          </w:p>
        </w:tc>
        <w:tc>
          <w:tcPr>
            <w:tcW w:w="1247" w:type="dxa"/>
            <w:shd w:val="clear" w:color="auto" w:fill="D9EAF7"/>
          </w:tcPr>
          <w:p w14:paraId="1CA6DAC9" w14:textId="77777777" w:rsidR="00473FD2" w:rsidRDefault="00000000">
            <w:pPr>
              <w:jc w:val="center"/>
            </w:pPr>
            <w:r>
              <w:rPr>
                <w:b/>
                <w:sz w:val="14"/>
              </w:rPr>
              <w:t xml:space="preserve">Pontos </w:t>
            </w:r>
            <w:proofErr w:type="spellStart"/>
            <w:r>
              <w:rPr>
                <w:b/>
                <w:sz w:val="14"/>
              </w:rPr>
              <w:t>validados</w:t>
            </w:r>
            <w:proofErr w:type="spellEnd"/>
          </w:p>
        </w:tc>
        <w:tc>
          <w:tcPr>
            <w:tcW w:w="3175" w:type="dxa"/>
            <w:shd w:val="clear" w:color="auto" w:fill="D9EAF7"/>
          </w:tcPr>
          <w:p w14:paraId="48241534" w14:textId="11AF63DC" w:rsidR="00473FD2" w:rsidRPr="004968CA" w:rsidRDefault="00101263">
            <w:pPr>
              <w:jc w:val="center"/>
              <w:rPr>
                <w:lang w:val="pt-BR"/>
              </w:rPr>
            </w:pPr>
            <w:r w:rsidRPr="004968CA">
              <w:rPr>
                <w:b/>
                <w:sz w:val="14"/>
                <w:lang w:val="pt-BR"/>
              </w:rPr>
              <w:t>Justificativa</w:t>
            </w:r>
            <w:r w:rsidR="004968CA" w:rsidRPr="004968CA">
              <w:rPr>
                <w:b/>
                <w:sz w:val="14"/>
                <w:lang w:val="pt-BR"/>
              </w:rPr>
              <w:t xml:space="preserve"> </w:t>
            </w:r>
          </w:p>
        </w:tc>
      </w:tr>
      <w:tr w:rsidR="00473FD2" w14:paraId="6B946CA9" w14:textId="77777777">
        <w:trPr>
          <w:jc w:val="center"/>
        </w:trPr>
        <w:tc>
          <w:tcPr>
            <w:tcW w:w="5329" w:type="dxa"/>
          </w:tcPr>
          <w:p w14:paraId="76851534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Produto de popularização vinculado à dissertação, linha de pesquisa ou projeto do orientador</w:t>
            </w:r>
          </w:p>
        </w:tc>
        <w:tc>
          <w:tcPr>
            <w:tcW w:w="964" w:type="dxa"/>
          </w:tcPr>
          <w:p w14:paraId="6A8B674C" w14:textId="77777777" w:rsidR="00473FD2" w:rsidRPr="00020250" w:rsidRDefault="00000000">
            <w:r w:rsidRPr="00020250">
              <w:rPr>
                <w:sz w:val="14"/>
              </w:rPr>
              <w:t>2</w:t>
            </w:r>
          </w:p>
        </w:tc>
        <w:tc>
          <w:tcPr>
            <w:tcW w:w="964" w:type="dxa"/>
          </w:tcPr>
          <w:p w14:paraId="0106AEBF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786A8A95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2A5374FC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5EBBBA7E" w14:textId="77777777" w:rsidR="00473FD2" w:rsidRDefault="00473FD2">
            <w:pPr>
              <w:jc w:val="center"/>
            </w:pPr>
          </w:p>
        </w:tc>
        <w:tc>
          <w:tcPr>
            <w:tcW w:w="3175" w:type="dxa"/>
          </w:tcPr>
          <w:p w14:paraId="62EE5088" w14:textId="77777777" w:rsidR="00473FD2" w:rsidRDefault="00473FD2"/>
        </w:tc>
      </w:tr>
      <w:tr w:rsidR="00473FD2" w14:paraId="2FFB9550" w14:textId="77777777">
        <w:trPr>
          <w:jc w:val="center"/>
        </w:trPr>
        <w:tc>
          <w:tcPr>
            <w:tcW w:w="5329" w:type="dxa"/>
          </w:tcPr>
          <w:p w14:paraId="381987E1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Linguagem acessível para público não especializado</w:t>
            </w:r>
          </w:p>
        </w:tc>
        <w:tc>
          <w:tcPr>
            <w:tcW w:w="964" w:type="dxa"/>
          </w:tcPr>
          <w:p w14:paraId="467E9F93" w14:textId="7A706D70" w:rsidR="00473FD2" w:rsidRPr="00020250" w:rsidRDefault="001A0F25">
            <w:pPr>
              <w:rPr>
                <w:sz w:val="14"/>
                <w:szCs w:val="14"/>
              </w:rPr>
            </w:pPr>
            <w:r w:rsidRPr="00020250">
              <w:rPr>
                <w:sz w:val="14"/>
                <w:szCs w:val="14"/>
              </w:rPr>
              <w:t>2</w:t>
            </w:r>
          </w:p>
        </w:tc>
        <w:tc>
          <w:tcPr>
            <w:tcW w:w="964" w:type="dxa"/>
          </w:tcPr>
          <w:p w14:paraId="02BCA645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1A434CB5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22E2729B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64536D49" w14:textId="77777777" w:rsidR="00473FD2" w:rsidRDefault="00473FD2">
            <w:pPr>
              <w:jc w:val="center"/>
            </w:pPr>
          </w:p>
        </w:tc>
        <w:tc>
          <w:tcPr>
            <w:tcW w:w="3175" w:type="dxa"/>
          </w:tcPr>
          <w:p w14:paraId="6F948693" w14:textId="77777777" w:rsidR="00473FD2" w:rsidRDefault="00473FD2"/>
        </w:tc>
      </w:tr>
      <w:tr w:rsidR="00473FD2" w14:paraId="4E5549EE" w14:textId="77777777">
        <w:trPr>
          <w:jc w:val="center"/>
        </w:trPr>
        <w:tc>
          <w:tcPr>
            <w:tcW w:w="5329" w:type="dxa"/>
          </w:tcPr>
          <w:p w14:paraId="619BE4B8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Público-alvo definido: comunidade, pacientes, cuidadores, escolares, profissionais, gestores ou sociedade geral</w:t>
            </w:r>
          </w:p>
        </w:tc>
        <w:tc>
          <w:tcPr>
            <w:tcW w:w="964" w:type="dxa"/>
          </w:tcPr>
          <w:p w14:paraId="34A24BB3" w14:textId="77777777" w:rsidR="00473FD2" w:rsidRPr="00020250" w:rsidRDefault="00000000">
            <w:pPr>
              <w:rPr>
                <w:sz w:val="14"/>
                <w:szCs w:val="14"/>
              </w:rPr>
            </w:pPr>
            <w:r w:rsidRPr="00020250">
              <w:rPr>
                <w:sz w:val="14"/>
                <w:szCs w:val="14"/>
              </w:rPr>
              <w:t>1</w:t>
            </w:r>
          </w:p>
        </w:tc>
        <w:tc>
          <w:tcPr>
            <w:tcW w:w="964" w:type="dxa"/>
          </w:tcPr>
          <w:p w14:paraId="513ED83C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72FA5733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08F044D4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048D31E4" w14:textId="77777777" w:rsidR="00473FD2" w:rsidRDefault="00473FD2">
            <w:pPr>
              <w:jc w:val="center"/>
            </w:pPr>
          </w:p>
        </w:tc>
        <w:tc>
          <w:tcPr>
            <w:tcW w:w="3175" w:type="dxa"/>
          </w:tcPr>
          <w:p w14:paraId="37BFA622" w14:textId="77777777" w:rsidR="00473FD2" w:rsidRDefault="00473FD2"/>
        </w:tc>
      </w:tr>
      <w:tr w:rsidR="00473FD2" w14:paraId="3F072D1C" w14:textId="77777777">
        <w:trPr>
          <w:jc w:val="center"/>
        </w:trPr>
        <w:tc>
          <w:tcPr>
            <w:tcW w:w="5329" w:type="dxa"/>
          </w:tcPr>
          <w:p w14:paraId="390218A9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Disponibilização pública: site, rede social institucional, canal do PPG, repositório, evento público ou mídia</w:t>
            </w:r>
          </w:p>
        </w:tc>
        <w:tc>
          <w:tcPr>
            <w:tcW w:w="964" w:type="dxa"/>
          </w:tcPr>
          <w:p w14:paraId="2078E623" w14:textId="77777777" w:rsidR="00473FD2" w:rsidRPr="00020250" w:rsidRDefault="00000000">
            <w:pPr>
              <w:rPr>
                <w:sz w:val="14"/>
                <w:szCs w:val="14"/>
              </w:rPr>
            </w:pPr>
            <w:r w:rsidRPr="00020250">
              <w:rPr>
                <w:sz w:val="14"/>
                <w:szCs w:val="14"/>
              </w:rPr>
              <w:t>1</w:t>
            </w:r>
          </w:p>
        </w:tc>
        <w:tc>
          <w:tcPr>
            <w:tcW w:w="964" w:type="dxa"/>
          </w:tcPr>
          <w:p w14:paraId="59217EEA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750ECBAB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53A85834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7C4CB11B" w14:textId="77777777" w:rsidR="00473FD2" w:rsidRDefault="00473FD2">
            <w:pPr>
              <w:jc w:val="center"/>
            </w:pPr>
          </w:p>
        </w:tc>
        <w:tc>
          <w:tcPr>
            <w:tcW w:w="3175" w:type="dxa"/>
          </w:tcPr>
          <w:p w14:paraId="2533606E" w14:textId="77777777" w:rsidR="00473FD2" w:rsidRDefault="00473FD2"/>
        </w:tc>
      </w:tr>
      <w:tr w:rsidR="00473FD2" w14:paraId="242571CE" w14:textId="77777777">
        <w:trPr>
          <w:jc w:val="center"/>
        </w:trPr>
        <w:tc>
          <w:tcPr>
            <w:tcW w:w="5329" w:type="dxa"/>
          </w:tcPr>
          <w:p w14:paraId="115A5A26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Evidência de alcance: visualizações, downloads, participantes, certificados, relatório ou métricas</w:t>
            </w:r>
          </w:p>
        </w:tc>
        <w:tc>
          <w:tcPr>
            <w:tcW w:w="964" w:type="dxa"/>
          </w:tcPr>
          <w:p w14:paraId="52412883" w14:textId="056D3058" w:rsidR="00473FD2" w:rsidRPr="00020250" w:rsidRDefault="001A0F25">
            <w:pPr>
              <w:rPr>
                <w:sz w:val="14"/>
                <w:szCs w:val="14"/>
              </w:rPr>
            </w:pPr>
            <w:r w:rsidRPr="00020250">
              <w:rPr>
                <w:sz w:val="14"/>
                <w:szCs w:val="14"/>
              </w:rPr>
              <w:t>1</w:t>
            </w:r>
          </w:p>
        </w:tc>
        <w:tc>
          <w:tcPr>
            <w:tcW w:w="964" w:type="dxa"/>
          </w:tcPr>
          <w:p w14:paraId="28BC1916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531B1F42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528AFEA4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3957C759" w14:textId="77777777" w:rsidR="00473FD2" w:rsidRDefault="00473FD2">
            <w:pPr>
              <w:jc w:val="center"/>
            </w:pPr>
          </w:p>
        </w:tc>
        <w:tc>
          <w:tcPr>
            <w:tcW w:w="3175" w:type="dxa"/>
          </w:tcPr>
          <w:p w14:paraId="77877F24" w14:textId="77777777" w:rsidR="00473FD2" w:rsidRDefault="00473FD2"/>
        </w:tc>
      </w:tr>
      <w:tr w:rsidR="00473FD2" w14:paraId="2BE25B19" w14:textId="77777777">
        <w:trPr>
          <w:jc w:val="center"/>
        </w:trPr>
        <w:tc>
          <w:tcPr>
            <w:tcW w:w="5329" w:type="dxa"/>
          </w:tcPr>
          <w:p w14:paraId="4B8BAAB3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Participação direta do discente na elaboração ou apresentação</w:t>
            </w:r>
          </w:p>
        </w:tc>
        <w:tc>
          <w:tcPr>
            <w:tcW w:w="964" w:type="dxa"/>
          </w:tcPr>
          <w:p w14:paraId="48207E14" w14:textId="77777777" w:rsidR="00473FD2" w:rsidRPr="00020250" w:rsidRDefault="00000000">
            <w:pPr>
              <w:rPr>
                <w:lang w:val="en-GB"/>
              </w:rPr>
            </w:pPr>
            <w:r w:rsidRPr="00020250">
              <w:rPr>
                <w:sz w:val="14"/>
              </w:rPr>
              <w:t>1</w:t>
            </w:r>
          </w:p>
        </w:tc>
        <w:tc>
          <w:tcPr>
            <w:tcW w:w="964" w:type="dxa"/>
          </w:tcPr>
          <w:p w14:paraId="21919212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689D76FB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7BEA6F18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6BB4EBD8" w14:textId="77777777" w:rsidR="00473FD2" w:rsidRDefault="00473FD2">
            <w:pPr>
              <w:jc w:val="center"/>
            </w:pPr>
          </w:p>
        </w:tc>
        <w:tc>
          <w:tcPr>
            <w:tcW w:w="3175" w:type="dxa"/>
          </w:tcPr>
          <w:p w14:paraId="16C8AEB0" w14:textId="77777777" w:rsidR="00473FD2" w:rsidRDefault="00473FD2"/>
        </w:tc>
      </w:tr>
      <w:tr w:rsidR="00473FD2" w14:paraId="385CF278" w14:textId="77777777">
        <w:trPr>
          <w:jc w:val="center"/>
        </w:trPr>
        <w:tc>
          <w:tcPr>
            <w:tcW w:w="5329" w:type="dxa"/>
          </w:tcPr>
          <w:p w14:paraId="25CD9AA9" w14:textId="77777777" w:rsidR="00473FD2" w:rsidRDefault="00000000">
            <w:pPr>
              <w:jc w:val="center"/>
            </w:pPr>
            <w:r>
              <w:rPr>
                <w:sz w:val="14"/>
              </w:rPr>
              <w:t xml:space="preserve">Total B3; </w:t>
            </w:r>
            <w:proofErr w:type="spellStart"/>
            <w:r>
              <w:rPr>
                <w:sz w:val="14"/>
              </w:rPr>
              <w:t>máximo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permitido</w:t>
            </w:r>
            <w:proofErr w:type="spellEnd"/>
          </w:p>
        </w:tc>
        <w:tc>
          <w:tcPr>
            <w:tcW w:w="964" w:type="dxa"/>
          </w:tcPr>
          <w:p w14:paraId="5BB3114C" w14:textId="77777777" w:rsidR="00473FD2" w:rsidRDefault="00000000">
            <w:r>
              <w:rPr>
                <w:sz w:val="14"/>
              </w:rPr>
              <w:t>8</w:t>
            </w:r>
          </w:p>
        </w:tc>
        <w:tc>
          <w:tcPr>
            <w:tcW w:w="964" w:type="dxa"/>
          </w:tcPr>
          <w:p w14:paraId="7FAB6A85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6E226F51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3A157222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63C857FE" w14:textId="77777777" w:rsidR="00473FD2" w:rsidRDefault="00473FD2">
            <w:pPr>
              <w:jc w:val="center"/>
            </w:pPr>
          </w:p>
        </w:tc>
        <w:tc>
          <w:tcPr>
            <w:tcW w:w="3175" w:type="dxa"/>
          </w:tcPr>
          <w:p w14:paraId="17E49CB8" w14:textId="77777777" w:rsidR="00473FD2" w:rsidRDefault="00473FD2"/>
        </w:tc>
      </w:tr>
    </w:tbl>
    <w:p w14:paraId="60CEC533" w14:textId="6AFD09B9" w:rsidR="00473FD2" w:rsidRPr="00824A5A" w:rsidRDefault="00000000">
      <w:pPr>
        <w:pStyle w:val="Heading2"/>
        <w:spacing w:before="160" w:after="80"/>
        <w:rPr>
          <w:lang w:val="pt-BR"/>
        </w:rPr>
      </w:pPr>
      <w:r w:rsidRPr="00824A5A">
        <w:rPr>
          <w:lang w:val="pt-BR"/>
        </w:rPr>
        <w:lastRenderedPageBreak/>
        <w:t xml:space="preserve">B4. Produto de transferência ou compartilhamento de conhecimento – até </w:t>
      </w:r>
      <w:r w:rsidR="004968CA">
        <w:rPr>
          <w:lang w:val="pt-BR"/>
        </w:rPr>
        <w:t>6</w:t>
      </w:r>
      <w:r w:rsidRPr="00824A5A">
        <w:rPr>
          <w:lang w:val="pt-BR"/>
        </w:rPr>
        <w:t xml:space="preserve"> pontos</w:t>
      </w:r>
    </w:p>
    <w:p w14:paraId="77702D09" w14:textId="77777777" w:rsidR="00473FD2" w:rsidRPr="00824A5A" w:rsidRDefault="00000000">
      <w:pPr>
        <w:spacing w:after="80"/>
        <w:rPr>
          <w:lang w:val="pt-BR"/>
        </w:rPr>
      </w:pPr>
      <w:r w:rsidRPr="00824A5A">
        <w:rPr>
          <w:i/>
          <w:sz w:val="17"/>
          <w:lang w:val="pt-BR"/>
        </w:rPr>
        <w:t>Produto de transferência/compartilhamento: ação, material, base, protocolo, relatório, curso, oficina, guia ou repositório voltado à comunidade científica, acadêmica, profissional, serviços, gestores ou sociedade científica.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10"/>
        <w:gridCol w:w="953"/>
        <w:gridCol w:w="910"/>
        <w:gridCol w:w="1148"/>
        <w:gridCol w:w="1128"/>
        <w:gridCol w:w="1120"/>
        <w:gridCol w:w="4973"/>
      </w:tblGrid>
      <w:tr w:rsidR="00473FD2" w14:paraId="63EAC879" w14:textId="77777777" w:rsidTr="004968CA">
        <w:trPr>
          <w:jc w:val="center"/>
        </w:trPr>
        <w:tc>
          <w:tcPr>
            <w:tcW w:w="5873" w:type="dxa"/>
            <w:gridSpan w:val="3"/>
            <w:shd w:val="clear" w:color="auto" w:fill="D9EAF7"/>
          </w:tcPr>
          <w:p w14:paraId="257CA79C" w14:textId="77777777" w:rsidR="00473FD2" w:rsidRDefault="00000000">
            <w:pPr>
              <w:jc w:val="center"/>
            </w:pPr>
            <w:r>
              <w:rPr>
                <w:b/>
                <w:sz w:val="16"/>
              </w:rPr>
              <w:t>Campo</w:t>
            </w:r>
          </w:p>
        </w:tc>
        <w:tc>
          <w:tcPr>
            <w:tcW w:w="8369" w:type="dxa"/>
            <w:gridSpan w:val="4"/>
            <w:shd w:val="clear" w:color="auto" w:fill="D9EAF7"/>
          </w:tcPr>
          <w:p w14:paraId="3A36D088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6"/>
              </w:rPr>
              <w:t>Informação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preencher</w:t>
            </w:r>
            <w:proofErr w:type="spellEnd"/>
          </w:p>
        </w:tc>
      </w:tr>
      <w:tr w:rsidR="00473FD2" w:rsidRPr="00020250" w14:paraId="3771D454" w14:textId="77777777" w:rsidTr="004968CA">
        <w:trPr>
          <w:jc w:val="center"/>
        </w:trPr>
        <w:tc>
          <w:tcPr>
            <w:tcW w:w="5873" w:type="dxa"/>
            <w:gridSpan w:val="3"/>
          </w:tcPr>
          <w:p w14:paraId="4119A658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t>Título/nome do produto ou ação</w:t>
            </w:r>
          </w:p>
        </w:tc>
        <w:tc>
          <w:tcPr>
            <w:tcW w:w="8369" w:type="dxa"/>
            <w:gridSpan w:val="4"/>
          </w:tcPr>
          <w:p w14:paraId="100F5663" w14:textId="77777777" w:rsidR="00473FD2" w:rsidRPr="00824A5A" w:rsidRDefault="00473FD2">
            <w:pPr>
              <w:rPr>
                <w:lang w:val="pt-BR"/>
              </w:rPr>
            </w:pPr>
          </w:p>
        </w:tc>
      </w:tr>
      <w:tr w:rsidR="00473FD2" w:rsidRPr="00020250" w14:paraId="349F4BAF" w14:textId="77777777" w:rsidTr="004968CA">
        <w:trPr>
          <w:jc w:val="center"/>
        </w:trPr>
        <w:tc>
          <w:tcPr>
            <w:tcW w:w="5873" w:type="dxa"/>
            <w:gridSpan w:val="3"/>
          </w:tcPr>
          <w:p w14:paraId="24EB757B" w14:textId="77777777" w:rsidR="00473FD2" w:rsidRDefault="00000000">
            <w:pPr>
              <w:jc w:val="center"/>
            </w:pPr>
            <w:r>
              <w:rPr>
                <w:sz w:val="16"/>
              </w:rPr>
              <w:t xml:space="preserve">Tipo de </w:t>
            </w:r>
            <w:proofErr w:type="spellStart"/>
            <w:r>
              <w:rPr>
                <w:sz w:val="16"/>
              </w:rPr>
              <w:t>produto</w:t>
            </w:r>
            <w:proofErr w:type="spellEnd"/>
          </w:p>
        </w:tc>
        <w:tc>
          <w:tcPr>
            <w:tcW w:w="8369" w:type="dxa"/>
            <w:gridSpan w:val="4"/>
          </w:tcPr>
          <w:p w14:paraId="7806B6CA" w14:textId="77777777" w:rsidR="00473FD2" w:rsidRPr="00824A5A" w:rsidRDefault="00000000">
            <w:pPr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t>☐ Protocolo ☐ Relatório ☐ Guia ☐ Curso/oficina ☐ Banco de dados ☐ Script ☐ Dashboard ☐ Repositório ☐ Outro: __________</w:t>
            </w:r>
          </w:p>
        </w:tc>
      </w:tr>
      <w:tr w:rsidR="00473FD2" w14:paraId="63A16CD8" w14:textId="77777777" w:rsidTr="004968CA">
        <w:trPr>
          <w:jc w:val="center"/>
        </w:trPr>
        <w:tc>
          <w:tcPr>
            <w:tcW w:w="5873" w:type="dxa"/>
            <w:gridSpan w:val="3"/>
          </w:tcPr>
          <w:p w14:paraId="5E274C6B" w14:textId="77777777" w:rsidR="00473FD2" w:rsidRDefault="00000000">
            <w:pPr>
              <w:jc w:val="center"/>
            </w:pPr>
            <w:r>
              <w:rPr>
                <w:sz w:val="16"/>
              </w:rPr>
              <w:t>Público-</w:t>
            </w:r>
            <w:proofErr w:type="spellStart"/>
            <w:r>
              <w:rPr>
                <w:sz w:val="16"/>
              </w:rPr>
              <w:t>alvo</w:t>
            </w:r>
            <w:proofErr w:type="spellEnd"/>
          </w:p>
        </w:tc>
        <w:tc>
          <w:tcPr>
            <w:tcW w:w="8369" w:type="dxa"/>
            <w:gridSpan w:val="4"/>
          </w:tcPr>
          <w:p w14:paraId="24AB8887" w14:textId="77777777" w:rsidR="00473FD2" w:rsidRDefault="00473FD2"/>
        </w:tc>
      </w:tr>
      <w:tr w:rsidR="00473FD2" w14:paraId="366030A0" w14:textId="77777777" w:rsidTr="004968CA">
        <w:trPr>
          <w:jc w:val="center"/>
        </w:trPr>
        <w:tc>
          <w:tcPr>
            <w:tcW w:w="5873" w:type="dxa"/>
            <w:gridSpan w:val="3"/>
          </w:tcPr>
          <w:p w14:paraId="42D99773" w14:textId="77777777" w:rsidR="00473FD2" w:rsidRDefault="00000000">
            <w:pPr>
              <w:jc w:val="center"/>
            </w:pPr>
            <w:r>
              <w:rPr>
                <w:sz w:val="16"/>
              </w:rPr>
              <w:t>Local/</w:t>
            </w:r>
            <w:proofErr w:type="spellStart"/>
            <w:r>
              <w:rPr>
                <w:sz w:val="16"/>
              </w:rPr>
              <w:t>plataforma</w:t>
            </w:r>
            <w:proofErr w:type="spellEnd"/>
            <w:r>
              <w:rPr>
                <w:sz w:val="16"/>
              </w:rPr>
              <w:t>/</w:t>
            </w:r>
            <w:proofErr w:type="spellStart"/>
            <w:r>
              <w:rPr>
                <w:sz w:val="16"/>
              </w:rPr>
              <w:t>instituição</w:t>
            </w:r>
            <w:proofErr w:type="spellEnd"/>
          </w:p>
        </w:tc>
        <w:tc>
          <w:tcPr>
            <w:tcW w:w="8369" w:type="dxa"/>
            <w:gridSpan w:val="4"/>
          </w:tcPr>
          <w:p w14:paraId="3093EFB8" w14:textId="77777777" w:rsidR="00473FD2" w:rsidRDefault="00473FD2"/>
        </w:tc>
      </w:tr>
      <w:tr w:rsidR="00473FD2" w:rsidRPr="00020250" w14:paraId="32213943" w14:textId="77777777" w:rsidTr="004968CA">
        <w:trPr>
          <w:jc w:val="center"/>
        </w:trPr>
        <w:tc>
          <w:tcPr>
            <w:tcW w:w="5873" w:type="dxa"/>
            <w:gridSpan w:val="3"/>
          </w:tcPr>
          <w:p w14:paraId="2336283E" w14:textId="2B7F1476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t>Link/comprovante/evidência de uso</w:t>
            </w:r>
            <w:r w:rsidR="004968CA">
              <w:rPr>
                <w:sz w:val="16"/>
                <w:lang w:val="pt-BR"/>
              </w:rPr>
              <w:t xml:space="preserve"> </w:t>
            </w:r>
            <w:r w:rsidR="004968CA" w:rsidRPr="004968CA">
              <w:rPr>
                <w:sz w:val="16"/>
                <w:lang w:val="pt-BR"/>
              </w:rPr>
              <w:t>(indicar o numero do Anexo)</w:t>
            </w:r>
          </w:p>
        </w:tc>
        <w:tc>
          <w:tcPr>
            <w:tcW w:w="8369" w:type="dxa"/>
            <w:gridSpan w:val="4"/>
          </w:tcPr>
          <w:p w14:paraId="6FB29C40" w14:textId="77777777" w:rsidR="00473FD2" w:rsidRPr="00824A5A" w:rsidRDefault="00473FD2">
            <w:pPr>
              <w:rPr>
                <w:lang w:val="pt-BR"/>
              </w:rPr>
            </w:pPr>
          </w:p>
        </w:tc>
      </w:tr>
      <w:tr w:rsidR="00473FD2" w14:paraId="4D3012D6" w14:textId="77777777" w:rsidTr="004968CA">
        <w:trPr>
          <w:jc w:val="center"/>
        </w:trPr>
        <w:tc>
          <w:tcPr>
            <w:tcW w:w="4010" w:type="dxa"/>
            <w:shd w:val="clear" w:color="auto" w:fill="D9EAF7"/>
          </w:tcPr>
          <w:p w14:paraId="3F9E9C7A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Componente</w:t>
            </w:r>
            <w:proofErr w:type="spellEnd"/>
          </w:p>
        </w:tc>
        <w:tc>
          <w:tcPr>
            <w:tcW w:w="953" w:type="dxa"/>
            <w:shd w:val="clear" w:color="auto" w:fill="D9EAF7"/>
          </w:tcPr>
          <w:p w14:paraId="42E5C5B1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Pontuação</w:t>
            </w:r>
            <w:proofErr w:type="spellEnd"/>
          </w:p>
        </w:tc>
        <w:tc>
          <w:tcPr>
            <w:tcW w:w="910" w:type="dxa"/>
            <w:shd w:val="clear" w:color="auto" w:fill="D9EAF7"/>
          </w:tcPr>
          <w:p w14:paraId="03DDFB2F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Discente</w:t>
            </w:r>
            <w:proofErr w:type="spellEnd"/>
            <w:r>
              <w:rPr>
                <w:b/>
                <w:sz w:val="14"/>
              </w:rPr>
              <w:t xml:space="preserve"> (X)</w:t>
            </w:r>
          </w:p>
        </w:tc>
        <w:tc>
          <w:tcPr>
            <w:tcW w:w="1148" w:type="dxa"/>
            <w:shd w:val="clear" w:color="auto" w:fill="D9EAF7"/>
          </w:tcPr>
          <w:p w14:paraId="75F9F26B" w14:textId="77777777" w:rsidR="00473FD2" w:rsidRDefault="00000000">
            <w:pPr>
              <w:jc w:val="center"/>
            </w:pPr>
            <w:r>
              <w:rPr>
                <w:b/>
                <w:sz w:val="14"/>
              </w:rPr>
              <w:t xml:space="preserve">Pontos </w:t>
            </w:r>
            <w:proofErr w:type="spellStart"/>
            <w:r>
              <w:rPr>
                <w:b/>
                <w:sz w:val="14"/>
              </w:rPr>
              <w:t>solicitados</w:t>
            </w:r>
            <w:proofErr w:type="spellEnd"/>
          </w:p>
        </w:tc>
        <w:tc>
          <w:tcPr>
            <w:tcW w:w="1128" w:type="dxa"/>
            <w:shd w:val="clear" w:color="auto" w:fill="D9EAF7"/>
          </w:tcPr>
          <w:p w14:paraId="10D5E37E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Comissão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valida</w:t>
            </w:r>
            <w:proofErr w:type="spellEnd"/>
            <w:r>
              <w:rPr>
                <w:b/>
                <w:sz w:val="14"/>
              </w:rPr>
              <w:t>? (X)</w:t>
            </w:r>
          </w:p>
        </w:tc>
        <w:tc>
          <w:tcPr>
            <w:tcW w:w="1120" w:type="dxa"/>
            <w:shd w:val="clear" w:color="auto" w:fill="D9EAF7"/>
          </w:tcPr>
          <w:p w14:paraId="78850C8C" w14:textId="77777777" w:rsidR="00473FD2" w:rsidRDefault="00000000">
            <w:pPr>
              <w:jc w:val="center"/>
            </w:pPr>
            <w:r>
              <w:rPr>
                <w:b/>
                <w:sz w:val="14"/>
              </w:rPr>
              <w:t xml:space="preserve">Pontos </w:t>
            </w:r>
            <w:proofErr w:type="spellStart"/>
            <w:r>
              <w:rPr>
                <w:b/>
                <w:sz w:val="14"/>
              </w:rPr>
              <w:t>validados</w:t>
            </w:r>
            <w:proofErr w:type="spellEnd"/>
          </w:p>
        </w:tc>
        <w:tc>
          <w:tcPr>
            <w:tcW w:w="4973" w:type="dxa"/>
            <w:shd w:val="clear" w:color="auto" w:fill="D9EAF7"/>
          </w:tcPr>
          <w:p w14:paraId="233F4468" w14:textId="1B8DA9AC" w:rsidR="00473FD2" w:rsidRDefault="00C65D3A">
            <w:pPr>
              <w:jc w:val="center"/>
            </w:pPr>
            <w:proofErr w:type="spellStart"/>
            <w:r>
              <w:rPr>
                <w:b/>
                <w:sz w:val="14"/>
              </w:rPr>
              <w:t>Justificativa</w:t>
            </w:r>
            <w:proofErr w:type="spellEnd"/>
            <w:r>
              <w:rPr>
                <w:b/>
                <w:sz w:val="14"/>
              </w:rPr>
              <w:t>/</w:t>
            </w:r>
            <w:proofErr w:type="spellStart"/>
            <w:r>
              <w:rPr>
                <w:b/>
                <w:sz w:val="14"/>
              </w:rPr>
              <w:t>Observações</w:t>
            </w:r>
            <w:proofErr w:type="spellEnd"/>
          </w:p>
        </w:tc>
      </w:tr>
      <w:tr w:rsidR="00473FD2" w14:paraId="695D40B4" w14:textId="77777777" w:rsidTr="004968CA">
        <w:trPr>
          <w:jc w:val="center"/>
        </w:trPr>
        <w:tc>
          <w:tcPr>
            <w:tcW w:w="4010" w:type="dxa"/>
          </w:tcPr>
          <w:p w14:paraId="484F7967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Produto ou ação voltado à comunidade científica, acadêmica ou profissional</w:t>
            </w:r>
          </w:p>
        </w:tc>
        <w:tc>
          <w:tcPr>
            <w:tcW w:w="953" w:type="dxa"/>
          </w:tcPr>
          <w:p w14:paraId="2BF14035" w14:textId="77777777" w:rsidR="00473FD2" w:rsidRPr="00020250" w:rsidRDefault="00000000">
            <w:r w:rsidRPr="00020250">
              <w:rPr>
                <w:sz w:val="14"/>
              </w:rPr>
              <w:t>2</w:t>
            </w:r>
          </w:p>
        </w:tc>
        <w:tc>
          <w:tcPr>
            <w:tcW w:w="910" w:type="dxa"/>
          </w:tcPr>
          <w:p w14:paraId="6138F849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8" w:type="dxa"/>
          </w:tcPr>
          <w:p w14:paraId="6199E9DA" w14:textId="77777777" w:rsidR="00473FD2" w:rsidRDefault="00473FD2">
            <w:pPr>
              <w:jc w:val="center"/>
            </w:pPr>
          </w:p>
        </w:tc>
        <w:tc>
          <w:tcPr>
            <w:tcW w:w="1128" w:type="dxa"/>
          </w:tcPr>
          <w:p w14:paraId="68AD2829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20" w:type="dxa"/>
          </w:tcPr>
          <w:p w14:paraId="55EA902C" w14:textId="77777777" w:rsidR="00473FD2" w:rsidRDefault="00473FD2">
            <w:pPr>
              <w:jc w:val="center"/>
            </w:pPr>
          </w:p>
        </w:tc>
        <w:tc>
          <w:tcPr>
            <w:tcW w:w="4973" w:type="dxa"/>
          </w:tcPr>
          <w:p w14:paraId="22A9DBAD" w14:textId="77777777" w:rsidR="00473FD2" w:rsidRDefault="00473FD2"/>
        </w:tc>
      </w:tr>
      <w:tr w:rsidR="00473FD2" w14:paraId="68580CE7" w14:textId="77777777" w:rsidTr="004968CA">
        <w:trPr>
          <w:jc w:val="center"/>
        </w:trPr>
        <w:tc>
          <w:tcPr>
            <w:tcW w:w="4010" w:type="dxa"/>
          </w:tcPr>
          <w:p w14:paraId="398836D2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Vinculação com achados da dissertação, linha de pesquisa ou projeto do orientador</w:t>
            </w:r>
          </w:p>
        </w:tc>
        <w:tc>
          <w:tcPr>
            <w:tcW w:w="953" w:type="dxa"/>
          </w:tcPr>
          <w:p w14:paraId="39ABF2AD" w14:textId="77777777" w:rsidR="00473FD2" w:rsidRPr="00020250" w:rsidRDefault="00000000">
            <w:r w:rsidRPr="00020250">
              <w:rPr>
                <w:sz w:val="14"/>
              </w:rPr>
              <w:t>1</w:t>
            </w:r>
          </w:p>
        </w:tc>
        <w:tc>
          <w:tcPr>
            <w:tcW w:w="910" w:type="dxa"/>
          </w:tcPr>
          <w:p w14:paraId="1489AF44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8" w:type="dxa"/>
          </w:tcPr>
          <w:p w14:paraId="01158412" w14:textId="77777777" w:rsidR="00473FD2" w:rsidRDefault="00473FD2">
            <w:pPr>
              <w:jc w:val="center"/>
            </w:pPr>
          </w:p>
        </w:tc>
        <w:tc>
          <w:tcPr>
            <w:tcW w:w="1128" w:type="dxa"/>
          </w:tcPr>
          <w:p w14:paraId="31785B24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20" w:type="dxa"/>
          </w:tcPr>
          <w:p w14:paraId="714D3B2F" w14:textId="77777777" w:rsidR="00473FD2" w:rsidRDefault="00473FD2">
            <w:pPr>
              <w:jc w:val="center"/>
            </w:pPr>
          </w:p>
        </w:tc>
        <w:tc>
          <w:tcPr>
            <w:tcW w:w="4973" w:type="dxa"/>
          </w:tcPr>
          <w:p w14:paraId="3AE46DE0" w14:textId="77777777" w:rsidR="00473FD2" w:rsidRDefault="00473FD2"/>
        </w:tc>
      </w:tr>
      <w:tr w:rsidR="00473FD2" w14:paraId="7B2AF38F" w14:textId="77777777" w:rsidTr="004968CA">
        <w:trPr>
          <w:jc w:val="center"/>
        </w:trPr>
        <w:tc>
          <w:tcPr>
            <w:tcW w:w="4010" w:type="dxa"/>
          </w:tcPr>
          <w:p w14:paraId="14F3F4A7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Público-alvo definido: pesquisadores, docentes, estudantes, profissionais, gestores, serviço ou sociedade científica</w:t>
            </w:r>
          </w:p>
        </w:tc>
        <w:tc>
          <w:tcPr>
            <w:tcW w:w="953" w:type="dxa"/>
          </w:tcPr>
          <w:p w14:paraId="6DFD725F" w14:textId="77777777" w:rsidR="00473FD2" w:rsidRPr="00020250" w:rsidRDefault="00000000">
            <w:r w:rsidRPr="00020250">
              <w:rPr>
                <w:sz w:val="14"/>
              </w:rPr>
              <w:t>1</w:t>
            </w:r>
          </w:p>
        </w:tc>
        <w:tc>
          <w:tcPr>
            <w:tcW w:w="910" w:type="dxa"/>
          </w:tcPr>
          <w:p w14:paraId="2F19A032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8" w:type="dxa"/>
          </w:tcPr>
          <w:p w14:paraId="05237768" w14:textId="77777777" w:rsidR="00473FD2" w:rsidRDefault="00473FD2">
            <w:pPr>
              <w:jc w:val="center"/>
            </w:pPr>
          </w:p>
        </w:tc>
        <w:tc>
          <w:tcPr>
            <w:tcW w:w="1128" w:type="dxa"/>
          </w:tcPr>
          <w:p w14:paraId="3CA89112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20" w:type="dxa"/>
          </w:tcPr>
          <w:p w14:paraId="29D23389" w14:textId="77777777" w:rsidR="00473FD2" w:rsidRDefault="00473FD2">
            <w:pPr>
              <w:jc w:val="center"/>
            </w:pPr>
          </w:p>
        </w:tc>
        <w:tc>
          <w:tcPr>
            <w:tcW w:w="4973" w:type="dxa"/>
          </w:tcPr>
          <w:p w14:paraId="000FDA00" w14:textId="77777777" w:rsidR="00473FD2" w:rsidRDefault="00473FD2"/>
        </w:tc>
      </w:tr>
      <w:tr w:rsidR="00473FD2" w14:paraId="5ABDB858" w14:textId="77777777" w:rsidTr="004968CA">
        <w:trPr>
          <w:jc w:val="center"/>
        </w:trPr>
        <w:tc>
          <w:tcPr>
            <w:tcW w:w="4010" w:type="dxa"/>
          </w:tcPr>
          <w:p w14:paraId="39CEB2AE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Material ou produto disponibilizado: protocolo, relatório, guia, curso, oficina, banco de dados, script, dashboard ou repositório</w:t>
            </w:r>
          </w:p>
        </w:tc>
        <w:tc>
          <w:tcPr>
            <w:tcW w:w="953" w:type="dxa"/>
          </w:tcPr>
          <w:p w14:paraId="49A99CE5" w14:textId="00A1350C" w:rsidR="00473FD2" w:rsidRDefault="004968CA">
            <w:r>
              <w:t>1</w:t>
            </w:r>
          </w:p>
        </w:tc>
        <w:tc>
          <w:tcPr>
            <w:tcW w:w="910" w:type="dxa"/>
          </w:tcPr>
          <w:p w14:paraId="0AF4D550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8" w:type="dxa"/>
          </w:tcPr>
          <w:p w14:paraId="6DA8028D" w14:textId="77777777" w:rsidR="00473FD2" w:rsidRDefault="00473FD2">
            <w:pPr>
              <w:jc w:val="center"/>
            </w:pPr>
          </w:p>
        </w:tc>
        <w:tc>
          <w:tcPr>
            <w:tcW w:w="1128" w:type="dxa"/>
          </w:tcPr>
          <w:p w14:paraId="6176C6AB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20" w:type="dxa"/>
          </w:tcPr>
          <w:p w14:paraId="24B07A3F" w14:textId="77777777" w:rsidR="00473FD2" w:rsidRDefault="00473FD2">
            <w:pPr>
              <w:jc w:val="center"/>
            </w:pPr>
          </w:p>
        </w:tc>
        <w:tc>
          <w:tcPr>
            <w:tcW w:w="4973" w:type="dxa"/>
          </w:tcPr>
          <w:p w14:paraId="214E7A7C" w14:textId="77777777" w:rsidR="00473FD2" w:rsidRDefault="00473FD2"/>
        </w:tc>
      </w:tr>
      <w:tr w:rsidR="00473FD2" w14:paraId="7964ACB4" w14:textId="77777777" w:rsidTr="004968CA">
        <w:trPr>
          <w:jc w:val="center"/>
        </w:trPr>
        <w:tc>
          <w:tcPr>
            <w:tcW w:w="4010" w:type="dxa"/>
          </w:tcPr>
          <w:p w14:paraId="3B55E4E1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Evidência de compartilhamento ou uso: link, certificado, declaração, relatório, métricas ou implementação</w:t>
            </w:r>
          </w:p>
        </w:tc>
        <w:tc>
          <w:tcPr>
            <w:tcW w:w="953" w:type="dxa"/>
          </w:tcPr>
          <w:p w14:paraId="693A6E91" w14:textId="77777777" w:rsidR="00473FD2" w:rsidRDefault="00000000">
            <w:r>
              <w:rPr>
                <w:sz w:val="14"/>
              </w:rPr>
              <w:t>1</w:t>
            </w:r>
          </w:p>
        </w:tc>
        <w:tc>
          <w:tcPr>
            <w:tcW w:w="910" w:type="dxa"/>
          </w:tcPr>
          <w:p w14:paraId="01B0A0EC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48" w:type="dxa"/>
          </w:tcPr>
          <w:p w14:paraId="701A34F4" w14:textId="77777777" w:rsidR="00473FD2" w:rsidRDefault="00473FD2">
            <w:pPr>
              <w:jc w:val="center"/>
            </w:pPr>
          </w:p>
        </w:tc>
        <w:tc>
          <w:tcPr>
            <w:tcW w:w="1128" w:type="dxa"/>
          </w:tcPr>
          <w:p w14:paraId="386E6FD3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20" w:type="dxa"/>
          </w:tcPr>
          <w:p w14:paraId="7FC4D3E1" w14:textId="77777777" w:rsidR="00473FD2" w:rsidRDefault="00473FD2">
            <w:pPr>
              <w:jc w:val="center"/>
            </w:pPr>
          </w:p>
        </w:tc>
        <w:tc>
          <w:tcPr>
            <w:tcW w:w="4973" w:type="dxa"/>
          </w:tcPr>
          <w:p w14:paraId="3D0163F6" w14:textId="77777777" w:rsidR="00473FD2" w:rsidRDefault="00473FD2"/>
        </w:tc>
      </w:tr>
      <w:tr w:rsidR="00473FD2" w14:paraId="7A72DF34" w14:textId="77777777" w:rsidTr="004968CA">
        <w:trPr>
          <w:jc w:val="center"/>
        </w:trPr>
        <w:tc>
          <w:tcPr>
            <w:tcW w:w="4010" w:type="dxa"/>
          </w:tcPr>
          <w:p w14:paraId="63F7B248" w14:textId="77777777" w:rsidR="00473FD2" w:rsidRDefault="00000000">
            <w:pPr>
              <w:jc w:val="center"/>
            </w:pPr>
            <w:r>
              <w:rPr>
                <w:sz w:val="14"/>
              </w:rPr>
              <w:t xml:space="preserve">Total B4; </w:t>
            </w:r>
            <w:proofErr w:type="spellStart"/>
            <w:r>
              <w:rPr>
                <w:sz w:val="14"/>
              </w:rPr>
              <w:t>máximo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permitido</w:t>
            </w:r>
            <w:proofErr w:type="spellEnd"/>
          </w:p>
        </w:tc>
        <w:tc>
          <w:tcPr>
            <w:tcW w:w="953" w:type="dxa"/>
          </w:tcPr>
          <w:p w14:paraId="307F7170" w14:textId="2218D946" w:rsidR="00473FD2" w:rsidRDefault="004968CA">
            <w:r>
              <w:t>6</w:t>
            </w:r>
          </w:p>
        </w:tc>
        <w:tc>
          <w:tcPr>
            <w:tcW w:w="910" w:type="dxa"/>
          </w:tcPr>
          <w:p w14:paraId="242FA424" w14:textId="77777777" w:rsidR="00473FD2" w:rsidRDefault="00473FD2">
            <w:pPr>
              <w:jc w:val="center"/>
            </w:pPr>
          </w:p>
        </w:tc>
        <w:tc>
          <w:tcPr>
            <w:tcW w:w="1148" w:type="dxa"/>
          </w:tcPr>
          <w:p w14:paraId="52B8B35F" w14:textId="77777777" w:rsidR="00473FD2" w:rsidRDefault="00473FD2">
            <w:pPr>
              <w:jc w:val="center"/>
            </w:pPr>
          </w:p>
        </w:tc>
        <w:tc>
          <w:tcPr>
            <w:tcW w:w="1128" w:type="dxa"/>
          </w:tcPr>
          <w:p w14:paraId="12C6297E" w14:textId="77777777" w:rsidR="00473FD2" w:rsidRDefault="00473FD2">
            <w:pPr>
              <w:jc w:val="center"/>
            </w:pPr>
          </w:p>
        </w:tc>
        <w:tc>
          <w:tcPr>
            <w:tcW w:w="1120" w:type="dxa"/>
          </w:tcPr>
          <w:p w14:paraId="5732826A" w14:textId="77777777" w:rsidR="00473FD2" w:rsidRDefault="00473FD2">
            <w:pPr>
              <w:jc w:val="center"/>
            </w:pPr>
          </w:p>
        </w:tc>
        <w:tc>
          <w:tcPr>
            <w:tcW w:w="4973" w:type="dxa"/>
          </w:tcPr>
          <w:p w14:paraId="47C20CD3" w14:textId="77777777" w:rsidR="00473FD2" w:rsidRDefault="00473FD2"/>
        </w:tc>
      </w:tr>
    </w:tbl>
    <w:p w14:paraId="23E9C4F4" w14:textId="77777777" w:rsidR="00473FD2" w:rsidRPr="00824A5A" w:rsidRDefault="00000000">
      <w:pPr>
        <w:pStyle w:val="Heading2"/>
        <w:spacing w:before="160" w:after="80"/>
        <w:rPr>
          <w:lang w:val="pt-BR"/>
        </w:rPr>
      </w:pPr>
      <w:r w:rsidRPr="00824A5A">
        <w:rPr>
          <w:lang w:val="pt-BR"/>
        </w:rPr>
        <w:t>B5. Colaboração externa nacional ou internacional – até 7 pontos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095"/>
        <w:gridCol w:w="954"/>
        <w:gridCol w:w="915"/>
        <w:gridCol w:w="1157"/>
        <w:gridCol w:w="1139"/>
        <w:gridCol w:w="1131"/>
        <w:gridCol w:w="4851"/>
      </w:tblGrid>
      <w:tr w:rsidR="00473FD2" w14:paraId="0C71333A" w14:textId="77777777" w:rsidTr="00C65D3A">
        <w:trPr>
          <w:jc w:val="center"/>
        </w:trPr>
        <w:tc>
          <w:tcPr>
            <w:tcW w:w="5964" w:type="dxa"/>
            <w:gridSpan w:val="3"/>
            <w:shd w:val="clear" w:color="auto" w:fill="D9EAF7"/>
          </w:tcPr>
          <w:p w14:paraId="5A35903E" w14:textId="77777777" w:rsidR="00473FD2" w:rsidRDefault="00000000">
            <w:pPr>
              <w:jc w:val="center"/>
            </w:pPr>
            <w:r>
              <w:rPr>
                <w:b/>
                <w:sz w:val="16"/>
              </w:rPr>
              <w:t>Campo</w:t>
            </w:r>
          </w:p>
        </w:tc>
        <w:tc>
          <w:tcPr>
            <w:tcW w:w="8278" w:type="dxa"/>
            <w:gridSpan w:val="4"/>
            <w:shd w:val="clear" w:color="auto" w:fill="D9EAF7"/>
          </w:tcPr>
          <w:p w14:paraId="53EB7EED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6"/>
              </w:rPr>
              <w:t>Informação</w:t>
            </w:r>
            <w:proofErr w:type="spellEnd"/>
            <w:r>
              <w:rPr>
                <w:b/>
                <w:sz w:val="16"/>
              </w:rPr>
              <w:t xml:space="preserve"> a </w:t>
            </w:r>
            <w:proofErr w:type="spellStart"/>
            <w:r>
              <w:rPr>
                <w:b/>
                <w:sz w:val="16"/>
              </w:rPr>
              <w:t>preencher</w:t>
            </w:r>
            <w:proofErr w:type="spellEnd"/>
          </w:p>
        </w:tc>
      </w:tr>
      <w:tr w:rsidR="00473FD2" w14:paraId="781658B9" w14:textId="77777777" w:rsidTr="00C65D3A">
        <w:trPr>
          <w:jc w:val="center"/>
        </w:trPr>
        <w:tc>
          <w:tcPr>
            <w:tcW w:w="5964" w:type="dxa"/>
            <w:gridSpan w:val="3"/>
          </w:tcPr>
          <w:p w14:paraId="6DC6E579" w14:textId="77777777" w:rsidR="00473FD2" w:rsidRDefault="00000000">
            <w:pPr>
              <w:jc w:val="center"/>
            </w:pPr>
            <w:proofErr w:type="spellStart"/>
            <w:r>
              <w:rPr>
                <w:sz w:val="16"/>
              </w:rPr>
              <w:t>Instituição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parceira</w:t>
            </w:r>
            <w:proofErr w:type="spellEnd"/>
          </w:p>
        </w:tc>
        <w:tc>
          <w:tcPr>
            <w:tcW w:w="8278" w:type="dxa"/>
            <w:gridSpan w:val="4"/>
          </w:tcPr>
          <w:p w14:paraId="025E5603" w14:textId="77777777" w:rsidR="00473FD2" w:rsidRDefault="00473FD2"/>
        </w:tc>
      </w:tr>
      <w:tr w:rsidR="00473FD2" w:rsidRPr="00020250" w14:paraId="570D5290" w14:textId="77777777" w:rsidTr="00C65D3A">
        <w:trPr>
          <w:jc w:val="center"/>
        </w:trPr>
        <w:tc>
          <w:tcPr>
            <w:tcW w:w="5964" w:type="dxa"/>
            <w:gridSpan w:val="3"/>
          </w:tcPr>
          <w:p w14:paraId="0C56B4C9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t>Nome(s) do(s) colaborador(es)</w:t>
            </w:r>
          </w:p>
        </w:tc>
        <w:tc>
          <w:tcPr>
            <w:tcW w:w="8278" w:type="dxa"/>
            <w:gridSpan w:val="4"/>
          </w:tcPr>
          <w:p w14:paraId="75624C12" w14:textId="77777777" w:rsidR="00473FD2" w:rsidRPr="00824A5A" w:rsidRDefault="00473FD2">
            <w:pPr>
              <w:rPr>
                <w:lang w:val="pt-BR"/>
              </w:rPr>
            </w:pPr>
          </w:p>
        </w:tc>
      </w:tr>
      <w:tr w:rsidR="00473FD2" w14:paraId="424F036F" w14:textId="77777777" w:rsidTr="00C65D3A">
        <w:trPr>
          <w:jc w:val="center"/>
        </w:trPr>
        <w:tc>
          <w:tcPr>
            <w:tcW w:w="5964" w:type="dxa"/>
            <w:gridSpan w:val="3"/>
          </w:tcPr>
          <w:p w14:paraId="35253A40" w14:textId="77777777" w:rsidR="00473FD2" w:rsidRDefault="00000000">
            <w:pPr>
              <w:jc w:val="center"/>
            </w:pPr>
            <w:r>
              <w:rPr>
                <w:sz w:val="16"/>
              </w:rPr>
              <w:t xml:space="preserve">País, </w:t>
            </w:r>
            <w:proofErr w:type="spellStart"/>
            <w:r>
              <w:rPr>
                <w:sz w:val="16"/>
              </w:rPr>
              <w:t>quando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internacional</w:t>
            </w:r>
            <w:proofErr w:type="spellEnd"/>
          </w:p>
        </w:tc>
        <w:tc>
          <w:tcPr>
            <w:tcW w:w="8278" w:type="dxa"/>
            <w:gridSpan w:val="4"/>
          </w:tcPr>
          <w:p w14:paraId="70387E37" w14:textId="77777777" w:rsidR="00473FD2" w:rsidRDefault="00473FD2"/>
        </w:tc>
      </w:tr>
      <w:tr w:rsidR="00473FD2" w:rsidRPr="00020250" w14:paraId="51055061" w14:textId="77777777" w:rsidTr="00C65D3A">
        <w:trPr>
          <w:jc w:val="center"/>
        </w:trPr>
        <w:tc>
          <w:tcPr>
            <w:tcW w:w="5964" w:type="dxa"/>
            <w:gridSpan w:val="3"/>
          </w:tcPr>
          <w:p w14:paraId="6C43921D" w14:textId="77777777" w:rsidR="00473FD2" w:rsidRDefault="00000000">
            <w:pPr>
              <w:jc w:val="center"/>
            </w:pPr>
            <w:r>
              <w:rPr>
                <w:sz w:val="16"/>
              </w:rPr>
              <w:t xml:space="preserve">Tipo de </w:t>
            </w:r>
            <w:proofErr w:type="spellStart"/>
            <w:r>
              <w:rPr>
                <w:sz w:val="16"/>
              </w:rPr>
              <w:t>colaboração</w:t>
            </w:r>
            <w:proofErr w:type="spellEnd"/>
          </w:p>
        </w:tc>
        <w:tc>
          <w:tcPr>
            <w:tcW w:w="8278" w:type="dxa"/>
            <w:gridSpan w:val="4"/>
          </w:tcPr>
          <w:p w14:paraId="774945BD" w14:textId="77777777" w:rsidR="00473FD2" w:rsidRPr="00824A5A" w:rsidRDefault="00000000">
            <w:pPr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t>☐ Coautoria ☐ Projeto ☐ Evento ☐ Produto ☐ Banco de dados ☐ Curso/oficina ☐ Outro: __________</w:t>
            </w:r>
          </w:p>
        </w:tc>
      </w:tr>
      <w:tr w:rsidR="00473FD2" w14:paraId="6138CC16" w14:textId="77777777" w:rsidTr="00C65D3A">
        <w:trPr>
          <w:jc w:val="center"/>
        </w:trPr>
        <w:tc>
          <w:tcPr>
            <w:tcW w:w="5964" w:type="dxa"/>
            <w:gridSpan w:val="3"/>
          </w:tcPr>
          <w:p w14:paraId="53E988A8" w14:textId="77777777" w:rsidR="00473FD2" w:rsidRDefault="00000000">
            <w:pPr>
              <w:jc w:val="center"/>
            </w:pPr>
            <w:proofErr w:type="spellStart"/>
            <w:r>
              <w:rPr>
                <w:sz w:val="16"/>
              </w:rPr>
              <w:t>Comprovação</w:t>
            </w:r>
            <w:proofErr w:type="spellEnd"/>
          </w:p>
        </w:tc>
        <w:tc>
          <w:tcPr>
            <w:tcW w:w="8278" w:type="dxa"/>
            <w:gridSpan w:val="4"/>
          </w:tcPr>
          <w:p w14:paraId="412C72B1" w14:textId="77777777" w:rsidR="00473FD2" w:rsidRDefault="00473FD2"/>
        </w:tc>
      </w:tr>
      <w:tr w:rsidR="00473FD2" w:rsidRPr="00020250" w14:paraId="19467BAF" w14:textId="77777777" w:rsidTr="00C65D3A">
        <w:trPr>
          <w:jc w:val="center"/>
        </w:trPr>
        <w:tc>
          <w:tcPr>
            <w:tcW w:w="4095" w:type="dxa"/>
            <w:shd w:val="clear" w:color="auto" w:fill="D9EAF7"/>
          </w:tcPr>
          <w:p w14:paraId="5AFA5563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Componente</w:t>
            </w:r>
            <w:proofErr w:type="spellEnd"/>
          </w:p>
        </w:tc>
        <w:tc>
          <w:tcPr>
            <w:tcW w:w="954" w:type="dxa"/>
            <w:shd w:val="clear" w:color="auto" w:fill="D9EAF7"/>
          </w:tcPr>
          <w:p w14:paraId="50AA984C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Pontuação</w:t>
            </w:r>
            <w:proofErr w:type="spellEnd"/>
          </w:p>
        </w:tc>
        <w:tc>
          <w:tcPr>
            <w:tcW w:w="915" w:type="dxa"/>
            <w:shd w:val="clear" w:color="auto" w:fill="D9EAF7"/>
          </w:tcPr>
          <w:p w14:paraId="3BA17393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Discente</w:t>
            </w:r>
            <w:proofErr w:type="spellEnd"/>
            <w:r>
              <w:rPr>
                <w:b/>
                <w:sz w:val="14"/>
              </w:rPr>
              <w:t xml:space="preserve"> (X)</w:t>
            </w:r>
          </w:p>
        </w:tc>
        <w:tc>
          <w:tcPr>
            <w:tcW w:w="1157" w:type="dxa"/>
            <w:shd w:val="clear" w:color="auto" w:fill="D9EAF7"/>
          </w:tcPr>
          <w:p w14:paraId="3BDBB1AF" w14:textId="77777777" w:rsidR="00473FD2" w:rsidRDefault="00000000">
            <w:pPr>
              <w:jc w:val="center"/>
            </w:pPr>
            <w:r>
              <w:rPr>
                <w:b/>
                <w:sz w:val="14"/>
              </w:rPr>
              <w:t xml:space="preserve">Pontos </w:t>
            </w:r>
            <w:proofErr w:type="spellStart"/>
            <w:r>
              <w:rPr>
                <w:b/>
                <w:sz w:val="14"/>
              </w:rPr>
              <w:t>solicitados</w:t>
            </w:r>
            <w:proofErr w:type="spellEnd"/>
          </w:p>
        </w:tc>
        <w:tc>
          <w:tcPr>
            <w:tcW w:w="1139" w:type="dxa"/>
            <w:shd w:val="clear" w:color="auto" w:fill="D9EAF7"/>
          </w:tcPr>
          <w:p w14:paraId="763C53E6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Comissão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valida</w:t>
            </w:r>
            <w:proofErr w:type="spellEnd"/>
            <w:r>
              <w:rPr>
                <w:b/>
                <w:sz w:val="14"/>
              </w:rPr>
              <w:t>? (X)</w:t>
            </w:r>
          </w:p>
        </w:tc>
        <w:tc>
          <w:tcPr>
            <w:tcW w:w="1131" w:type="dxa"/>
            <w:shd w:val="clear" w:color="auto" w:fill="D9EAF7"/>
          </w:tcPr>
          <w:p w14:paraId="036B89C8" w14:textId="77777777" w:rsidR="00473FD2" w:rsidRDefault="00000000">
            <w:pPr>
              <w:jc w:val="center"/>
            </w:pPr>
            <w:r>
              <w:rPr>
                <w:b/>
                <w:sz w:val="14"/>
              </w:rPr>
              <w:t xml:space="preserve">Pontos </w:t>
            </w:r>
            <w:proofErr w:type="spellStart"/>
            <w:r>
              <w:rPr>
                <w:b/>
                <w:sz w:val="14"/>
              </w:rPr>
              <w:t>validados</w:t>
            </w:r>
            <w:proofErr w:type="spellEnd"/>
          </w:p>
        </w:tc>
        <w:tc>
          <w:tcPr>
            <w:tcW w:w="4851" w:type="dxa"/>
            <w:shd w:val="clear" w:color="auto" w:fill="D9EAF7"/>
          </w:tcPr>
          <w:p w14:paraId="4F916E6F" w14:textId="1A14A79C" w:rsidR="00473FD2" w:rsidRPr="004968CA" w:rsidRDefault="004968CA">
            <w:pPr>
              <w:jc w:val="center"/>
              <w:rPr>
                <w:lang w:val="pt-BR"/>
              </w:rPr>
            </w:pPr>
            <w:r w:rsidRPr="004968CA">
              <w:rPr>
                <w:b/>
                <w:sz w:val="14"/>
                <w:lang w:val="pt-BR"/>
              </w:rPr>
              <w:t>Informações/comprovantes (indicar o n</w:t>
            </w:r>
            <w:r>
              <w:rPr>
                <w:b/>
                <w:sz w:val="14"/>
                <w:lang w:val="pt-BR"/>
              </w:rPr>
              <w:t>umero do Anexo)</w:t>
            </w:r>
          </w:p>
        </w:tc>
      </w:tr>
      <w:tr w:rsidR="00473FD2" w14:paraId="205C012A" w14:textId="77777777" w:rsidTr="00C65D3A">
        <w:trPr>
          <w:jc w:val="center"/>
        </w:trPr>
        <w:tc>
          <w:tcPr>
            <w:tcW w:w="4095" w:type="dxa"/>
          </w:tcPr>
          <w:p w14:paraId="40039681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Produto, manuscrito ou resumo com colaboração externa nacional</w:t>
            </w:r>
          </w:p>
        </w:tc>
        <w:tc>
          <w:tcPr>
            <w:tcW w:w="954" w:type="dxa"/>
          </w:tcPr>
          <w:p w14:paraId="64B1B9F6" w14:textId="77777777" w:rsidR="00473FD2" w:rsidRPr="00020250" w:rsidRDefault="00000000">
            <w:r w:rsidRPr="00020250">
              <w:rPr>
                <w:sz w:val="14"/>
              </w:rPr>
              <w:t>2</w:t>
            </w:r>
          </w:p>
        </w:tc>
        <w:tc>
          <w:tcPr>
            <w:tcW w:w="915" w:type="dxa"/>
          </w:tcPr>
          <w:p w14:paraId="1138102D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7" w:type="dxa"/>
          </w:tcPr>
          <w:p w14:paraId="2ED140DA" w14:textId="77777777" w:rsidR="00473FD2" w:rsidRDefault="00473FD2">
            <w:pPr>
              <w:jc w:val="center"/>
            </w:pPr>
          </w:p>
        </w:tc>
        <w:tc>
          <w:tcPr>
            <w:tcW w:w="1139" w:type="dxa"/>
          </w:tcPr>
          <w:p w14:paraId="2CB1AF02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31" w:type="dxa"/>
          </w:tcPr>
          <w:p w14:paraId="3793A1F7" w14:textId="77777777" w:rsidR="00473FD2" w:rsidRDefault="00473FD2">
            <w:pPr>
              <w:jc w:val="center"/>
            </w:pPr>
          </w:p>
        </w:tc>
        <w:tc>
          <w:tcPr>
            <w:tcW w:w="4851" w:type="dxa"/>
          </w:tcPr>
          <w:p w14:paraId="35B94A16" w14:textId="77777777" w:rsidR="00473FD2" w:rsidRDefault="00473FD2"/>
        </w:tc>
      </w:tr>
      <w:tr w:rsidR="00473FD2" w14:paraId="7A48855F" w14:textId="77777777" w:rsidTr="00C65D3A">
        <w:trPr>
          <w:jc w:val="center"/>
        </w:trPr>
        <w:tc>
          <w:tcPr>
            <w:tcW w:w="4095" w:type="dxa"/>
          </w:tcPr>
          <w:p w14:paraId="04A57391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Produto, manuscrito ou resumo com colaboração internacional</w:t>
            </w:r>
          </w:p>
        </w:tc>
        <w:tc>
          <w:tcPr>
            <w:tcW w:w="954" w:type="dxa"/>
          </w:tcPr>
          <w:p w14:paraId="5A4F23D8" w14:textId="77777777" w:rsidR="00473FD2" w:rsidRPr="00020250" w:rsidRDefault="00000000">
            <w:r w:rsidRPr="00020250">
              <w:rPr>
                <w:sz w:val="14"/>
              </w:rPr>
              <w:t>3</w:t>
            </w:r>
          </w:p>
        </w:tc>
        <w:tc>
          <w:tcPr>
            <w:tcW w:w="915" w:type="dxa"/>
          </w:tcPr>
          <w:p w14:paraId="291EE8B7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7" w:type="dxa"/>
          </w:tcPr>
          <w:p w14:paraId="21D286C1" w14:textId="77777777" w:rsidR="00473FD2" w:rsidRDefault="00473FD2">
            <w:pPr>
              <w:jc w:val="center"/>
            </w:pPr>
          </w:p>
        </w:tc>
        <w:tc>
          <w:tcPr>
            <w:tcW w:w="1139" w:type="dxa"/>
          </w:tcPr>
          <w:p w14:paraId="24885E86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31" w:type="dxa"/>
          </w:tcPr>
          <w:p w14:paraId="1E9F0E4D" w14:textId="77777777" w:rsidR="00473FD2" w:rsidRDefault="00473FD2">
            <w:pPr>
              <w:jc w:val="center"/>
            </w:pPr>
          </w:p>
        </w:tc>
        <w:tc>
          <w:tcPr>
            <w:tcW w:w="4851" w:type="dxa"/>
          </w:tcPr>
          <w:p w14:paraId="56F46EB9" w14:textId="77777777" w:rsidR="00473FD2" w:rsidRDefault="00473FD2"/>
        </w:tc>
      </w:tr>
      <w:tr w:rsidR="00473FD2" w14:paraId="492C908C" w14:textId="77777777" w:rsidTr="00C65D3A">
        <w:trPr>
          <w:jc w:val="center"/>
        </w:trPr>
        <w:tc>
          <w:tcPr>
            <w:tcW w:w="4095" w:type="dxa"/>
          </w:tcPr>
          <w:p w14:paraId="472EF4BF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Produto vinculado a projeto, rede ou convênio interinstitucional</w:t>
            </w:r>
          </w:p>
        </w:tc>
        <w:tc>
          <w:tcPr>
            <w:tcW w:w="954" w:type="dxa"/>
          </w:tcPr>
          <w:p w14:paraId="6F701881" w14:textId="77777777" w:rsidR="00473FD2" w:rsidRPr="00020250" w:rsidRDefault="00000000">
            <w:r w:rsidRPr="00020250">
              <w:rPr>
                <w:sz w:val="14"/>
              </w:rPr>
              <w:t>2</w:t>
            </w:r>
          </w:p>
        </w:tc>
        <w:tc>
          <w:tcPr>
            <w:tcW w:w="915" w:type="dxa"/>
          </w:tcPr>
          <w:p w14:paraId="3A68F3E4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57" w:type="dxa"/>
          </w:tcPr>
          <w:p w14:paraId="67614260" w14:textId="77777777" w:rsidR="00473FD2" w:rsidRDefault="00473FD2">
            <w:pPr>
              <w:jc w:val="center"/>
            </w:pPr>
          </w:p>
        </w:tc>
        <w:tc>
          <w:tcPr>
            <w:tcW w:w="1139" w:type="dxa"/>
          </w:tcPr>
          <w:p w14:paraId="193C40D5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131" w:type="dxa"/>
          </w:tcPr>
          <w:p w14:paraId="378FEAB2" w14:textId="77777777" w:rsidR="00473FD2" w:rsidRDefault="00473FD2">
            <w:pPr>
              <w:jc w:val="center"/>
            </w:pPr>
          </w:p>
        </w:tc>
        <w:tc>
          <w:tcPr>
            <w:tcW w:w="4851" w:type="dxa"/>
          </w:tcPr>
          <w:p w14:paraId="272B74CC" w14:textId="77777777" w:rsidR="00473FD2" w:rsidRDefault="00473FD2"/>
        </w:tc>
      </w:tr>
      <w:tr w:rsidR="00473FD2" w14:paraId="47E882A2" w14:textId="77777777" w:rsidTr="00C65D3A">
        <w:trPr>
          <w:jc w:val="center"/>
        </w:trPr>
        <w:tc>
          <w:tcPr>
            <w:tcW w:w="4095" w:type="dxa"/>
          </w:tcPr>
          <w:p w14:paraId="4DB22DEA" w14:textId="77777777" w:rsidR="00473FD2" w:rsidRDefault="00000000">
            <w:pPr>
              <w:jc w:val="center"/>
            </w:pPr>
            <w:r>
              <w:rPr>
                <w:sz w:val="14"/>
              </w:rPr>
              <w:t xml:space="preserve">Total B5; </w:t>
            </w:r>
            <w:proofErr w:type="spellStart"/>
            <w:r>
              <w:rPr>
                <w:sz w:val="14"/>
              </w:rPr>
              <w:t>máximo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permitido</w:t>
            </w:r>
            <w:proofErr w:type="spellEnd"/>
          </w:p>
        </w:tc>
        <w:tc>
          <w:tcPr>
            <w:tcW w:w="954" w:type="dxa"/>
          </w:tcPr>
          <w:p w14:paraId="479848CB" w14:textId="77777777" w:rsidR="00473FD2" w:rsidRDefault="00000000">
            <w:r>
              <w:rPr>
                <w:sz w:val="14"/>
              </w:rPr>
              <w:t>7</w:t>
            </w:r>
          </w:p>
        </w:tc>
        <w:tc>
          <w:tcPr>
            <w:tcW w:w="915" w:type="dxa"/>
          </w:tcPr>
          <w:p w14:paraId="382D64F8" w14:textId="77777777" w:rsidR="00473FD2" w:rsidRDefault="00473FD2">
            <w:pPr>
              <w:jc w:val="center"/>
            </w:pPr>
          </w:p>
        </w:tc>
        <w:tc>
          <w:tcPr>
            <w:tcW w:w="1157" w:type="dxa"/>
          </w:tcPr>
          <w:p w14:paraId="40875409" w14:textId="77777777" w:rsidR="00473FD2" w:rsidRDefault="00473FD2">
            <w:pPr>
              <w:jc w:val="center"/>
            </w:pPr>
          </w:p>
        </w:tc>
        <w:tc>
          <w:tcPr>
            <w:tcW w:w="1139" w:type="dxa"/>
          </w:tcPr>
          <w:p w14:paraId="22AFC439" w14:textId="77777777" w:rsidR="00473FD2" w:rsidRDefault="00473FD2">
            <w:pPr>
              <w:jc w:val="center"/>
            </w:pPr>
          </w:p>
        </w:tc>
        <w:tc>
          <w:tcPr>
            <w:tcW w:w="1131" w:type="dxa"/>
          </w:tcPr>
          <w:p w14:paraId="4C078836" w14:textId="77777777" w:rsidR="00473FD2" w:rsidRDefault="00473FD2">
            <w:pPr>
              <w:jc w:val="center"/>
            </w:pPr>
          </w:p>
        </w:tc>
        <w:tc>
          <w:tcPr>
            <w:tcW w:w="4851" w:type="dxa"/>
          </w:tcPr>
          <w:p w14:paraId="580160B9" w14:textId="77777777" w:rsidR="00473FD2" w:rsidRDefault="00473FD2"/>
        </w:tc>
      </w:tr>
    </w:tbl>
    <w:p w14:paraId="3DE84A22" w14:textId="77777777" w:rsidR="00473FD2" w:rsidRPr="00824A5A" w:rsidRDefault="00000000">
      <w:pPr>
        <w:pStyle w:val="Heading2"/>
        <w:spacing w:before="160" w:after="80"/>
        <w:rPr>
          <w:lang w:val="pt-BR"/>
        </w:rPr>
      </w:pPr>
      <w:r w:rsidRPr="00824A5A">
        <w:rPr>
          <w:lang w:val="pt-BR"/>
        </w:rPr>
        <w:t>B6. Participação em atividade de internacionalização – até 5 pontos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9"/>
        <w:gridCol w:w="964"/>
        <w:gridCol w:w="964"/>
        <w:gridCol w:w="1247"/>
        <w:gridCol w:w="1247"/>
        <w:gridCol w:w="1247"/>
        <w:gridCol w:w="3175"/>
      </w:tblGrid>
      <w:tr w:rsidR="00473FD2" w:rsidRPr="00020250" w14:paraId="5807C46B" w14:textId="77777777">
        <w:trPr>
          <w:jc w:val="center"/>
        </w:trPr>
        <w:tc>
          <w:tcPr>
            <w:tcW w:w="5329" w:type="dxa"/>
            <w:shd w:val="clear" w:color="auto" w:fill="D9EAF7"/>
          </w:tcPr>
          <w:p w14:paraId="1370C68F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Componente</w:t>
            </w:r>
            <w:proofErr w:type="spellEnd"/>
          </w:p>
        </w:tc>
        <w:tc>
          <w:tcPr>
            <w:tcW w:w="964" w:type="dxa"/>
            <w:shd w:val="clear" w:color="auto" w:fill="D9EAF7"/>
          </w:tcPr>
          <w:p w14:paraId="687E0502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Pontuação</w:t>
            </w:r>
            <w:proofErr w:type="spellEnd"/>
          </w:p>
        </w:tc>
        <w:tc>
          <w:tcPr>
            <w:tcW w:w="964" w:type="dxa"/>
            <w:shd w:val="clear" w:color="auto" w:fill="D9EAF7"/>
          </w:tcPr>
          <w:p w14:paraId="45930C3F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Discente</w:t>
            </w:r>
            <w:proofErr w:type="spellEnd"/>
            <w:r>
              <w:rPr>
                <w:b/>
                <w:sz w:val="14"/>
              </w:rPr>
              <w:t xml:space="preserve"> (X)</w:t>
            </w:r>
          </w:p>
        </w:tc>
        <w:tc>
          <w:tcPr>
            <w:tcW w:w="1247" w:type="dxa"/>
            <w:shd w:val="clear" w:color="auto" w:fill="D9EAF7"/>
          </w:tcPr>
          <w:p w14:paraId="3549A3A8" w14:textId="77777777" w:rsidR="00473FD2" w:rsidRDefault="00000000">
            <w:pPr>
              <w:jc w:val="center"/>
            </w:pPr>
            <w:r>
              <w:rPr>
                <w:b/>
                <w:sz w:val="14"/>
              </w:rPr>
              <w:t xml:space="preserve">Pontos </w:t>
            </w:r>
            <w:proofErr w:type="spellStart"/>
            <w:r>
              <w:rPr>
                <w:b/>
                <w:sz w:val="14"/>
              </w:rPr>
              <w:t>solicitados</w:t>
            </w:r>
            <w:proofErr w:type="spellEnd"/>
          </w:p>
        </w:tc>
        <w:tc>
          <w:tcPr>
            <w:tcW w:w="1247" w:type="dxa"/>
            <w:shd w:val="clear" w:color="auto" w:fill="D9EAF7"/>
          </w:tcPr>
          <w:p w14:paraId="6518248B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Comissão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valida</w:t>
            </w:r>
            <w:proofErr w:type="spellEnd"/>
            <w:r>
              <w:rPr>
                <w:b/>
                <w:sz w:val="14"/>
              </w:rPr>
              <w:t>? (X)</w:t>
            </w:r>
          </w:p>
        </w:tc>
        <w:tc>
          <w:tcPr>
            <w:tcW w:w="1247" w:type="dxa"/>
            <w:shd w:val="clear" w:color="auto" w:fill="D9EAF7"/>
          </w:tcPr>
          <w:p w14:paraId="6A3ED165" w14:textId="77777777" w:rsidR="00473FD2" w:rsidRDefault="00000000">
            <w:pPr>
              <w:jc w:val="center"/>
            </w:pPr>
            <w:r>
              <w:rPr>
                <w:b/>
                <w:sz w:val="14"/>
              </w:rPr>
              <w:t xml:space="preserve">Pontos </w:t>
            </w:r>
            <w:proofErr w:type="spellStart"/>
            <w:r>
              <w:rPr>
                <w:b/>
                <w:sz w:val="14"/>
              </w:rPr>
              <w:t>validados</w:t>
            </w:r>
            <w:proofErr w:type="spellEnd"/>
          </w:p>
        </w:tc>
        <w:tc>
          <w:tcPr>
            <w:tcW w:w="3175" w:type="dxa"/>
            <w:shd w:val="clear" w:color="auto" w:fill="D9EAF7"/>
          </w:tcPr>
          <w:p w14:paraId="06F3F4EC" w14:textId="1E833AC6" w:rsidR="00473FD2" w:rsidRPr="004968CA" w:rsidRDefault="00000000">
            <w:pPr>
              <w:jc w:val="center"/>
              <w:rPr>
                <w:lang w:val="pt-BR"/>
              </w:rPr>
            </w:pPr>
            <w:r w:rsidRPr="004968CA">
              <w:rPr>
                <w:b/>
                <w:sz w:val="14"/>
                <w:lang w:val="pt-BR"/>
              </w:rPr>
              <w:t>Informações/comprovantes</w:t>
            </w:r>
            <w:r w:rsidR="004968CA" w:rsidRPr="004968CA">
              <w:rPr>
                <w:b/>
                <w:sz w:val="14"/>
                <w:lang w:val="pt-BR"/>
              </w:rPr>
              <w:t xml:space="preserve"> (indicar o n</w:t>
            </w:r>
            <w:r w:rsidR="004968CA">
              <w:rPr>
                <w:b/>
                <w:sz w:val="14"/>
                <w:lang w:val="pt-BR"/>
              </w:rPr>
              <w:t>umero do Anexo)</w:t>
            </w:r>
          </w:p>
        </w:tc>
      </w:tr>
      <w:tr w:rsidR="00473FD2" w14:paraId="27398459" w14:textId="77777777">
        <w:trPr>
          <w:jc w:val="center"/>
        </w:trPr>
        <w:tc>
          <w:tcPr>
            <w:tcW w:w="5329" w:type="dxa"/>
          </w:tcPr>
          <w:p w14:paraId="3D073009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Participação em disciplina, curso ou atividade acadêmica com pesquisador estrangeiro ou sediado no exterior</w:t>
            </w:r>
          </w:p>
        </w:tc>
        <w:tc>
          <w:tcPr>
            <w:tcW w:w="964" w:type="dxa"/>
          </w:tcPr>
          <w:p w14:paraId="57CAAA13" w14:textId="3B2ED67B" w:rsidR="00473FD2" w:rsidRPr="00A30071" w:rsidRDefault="00C65D3A">
            <w:pPr>
              <w:rPr>
                <w:sz w:val="16"/>
                <w:szCs w:val="16"/>
                <w:lang w:val="pt-BR"/>
              </w:rPr>
            </w:pPr>
            <w:r w:rsidRPr="00A30071">
              <w:rPr>
                <w:sz w:val="16"/>
                <w:szCs w:val="16"/>
                <w:lang w:val="pt-BR"/>
              </w:rPr>
              <w:t>3</w:t>
            </w:r>
          </w:p>
        </w:tc>
        <w:tc>
          <w:tcPr>
            <w:tcW w:w="964" w:type="dxa"/>
          </w:tcPr>
          <w:p w14:paraId="14EB8ED2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2BD2C1B1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4F5D6E01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4E51F9E0" w14:textId="77777777" w:rsidR="00473FD2" w:rsidRDefault="00473FD2">
            <w:pPr>
              <w:jc w:val="center"/>
            </w:pPr>
          </w:p>
        </w:tc>
        <w:tc>
          <w:tcPr>
            <w:tcW w:w="3175" w:type="dxa"/>
          </w:tcPr>
          <w:p w14:paraId="39EBD43A" w14:textId="77777777" w:rsidR="00473FD2" w:rsidRDefault="00473FD2"/>
        </w:tc>
      </w:tr>
      <w:tr w:rsidR="00473FD2" w14:paraId="2B414BDF" w14:textId="77777777">
        <w:trPr>
          <w:jc w:val="center"/>
        </w:trPr>
        <w:tc>
          <w:tcPr>
            <w:tcW w:w="5329" w:type="dxa"/>
          </w:tcPr>
          <w:p w14:paraId="6497048D" w14:textId="77777777" w:rsidR="00473FD2" w:rsidRPr="00A30071" w:rsidRDefault="00000000">
            <w:pPr>
              <w:jc w:val="center"/>
              <w:rPr>
                <w:sz w:val="16"/>
                <w:szCs w:val="16"/>
                <w:lang w:val="pt-BR"/>
              </w:rPr>
            </w:pPr>
            <w:r w:rsidRPr="00A30071">
              <w:rPr>
                <w:sz w:val="16"/>
                <w:szCs w:val="16"/>
                <w:lang w:val="pt-BR"/>
              </w:rPr>
              <w:t>Participação em evento internacional com apresentação de trabalho</w:t>
            </w:r>
          </w:p>
        </w:tc>
        <w:tc>
          <w:tcPr>
            <w:tcW w:w="964" w:type="dxa"/>
          </w:tcPr>
          <w:p w14:paraId="1096743C" w14:textId="3F915115" w:rsidR="00473FD2" w:rsidRPr="00A30071" w:rsidRDefault="00C65D3A">
            <w:pPr>
              <w:rPr>
                <w:sz w:val="16"/>
                <w:szCs w:val="16"/>
                <w:lang w:val="pt-BR"/>
              </w:rPr>
            </w:pPr>
            <w:r w:rsidRPr="00A30071">
              <w:rPr>
                <w:sz w:val="16"/>
                <w:szCs w:val="16"/>
                <w:lang w:val="pt-BR"/>
              </w:rPr>
              <w:t>1</w:t>
            </w:r>
          </w:p>
        </w:tc>
        <w:tc>
          <w:tcPr>
            <w:tcW w:w="964" w:type="dxa"/>
          </w:tcPr>
          <w:p w14:paraId="76F5E18F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51DB1AE4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5DA3850D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653436F6" w14:textId="77777777" w:rsidR="00473FD2" w:rsidRDefault="00473FD2">
            <w:pPr>
              <w:jc w:val="center"/>
            </w:pPr>
          </w:p>
        </w:tc>
        <w:tc>
          <w:tcPr>
            <w:tcW w:w="3175" w:type="dxa"/>
          </w:tcPr>
          <w:p w14:paraId="1F2D6325" w14:textId="77777777" w:rsidR="00473FD2" w:rsidRDefault="00473FD2"/>
        </w:tc>
      </w:tr>
      <w:tr w:rsidR="00473FD2" w14:paraId="0D03F1EB" w14:textId="77777777">
        <w:trPr>
          <w:jc w:val="center"/>
        </w:trPr>
        <w:tc>
          <w:tcPr>
            <w:tcW w:w="5329" w:type="dxa"/>
          </w:tcPr>
          <w:p w14:paraId="03088428" w14:textId="77777777" w:rsidR="00473FD2" w:rsidRPr="00A30071" w:rsidRDefault="00000000">
            <w:pPr>
              <w:jc w:val="center"/>
              <w:rPr>
                <w:sz w:val="16"/>
                <w:szCs w:val="16"/>
                <w:lang w:val="pt-BR"/>
              </w:rPr>
            </w:pPr>
            <w:r w:rsidRPr="00A30071">
              <w:rPr>
                <w:sz w:val="16"/>
                <w:szCs w:val="16"/>
                <w:lang w:val="pt-BR"/>
              </w:rPr>
              <w:t>Participação em reunião científica, projeto, grupo de pesquisa ou colaboração com pesquisador estrangeiro</w:t>
            </w:r>
          </w:p>
        </w:tc>
        <w:tc>
          <w:tcPr>
            <w:tcW w:w="964" w:type="dxa"/>
          </w:tcPr>
          <w:p w14:paraId="78C29359" w14:textId="7FA90A80" w:rsidR="00473FD2" w:rsidRPr="00A30071" w:rsidRDefault="00C65D3A">
            <w:pPr>
              <w:rPr>
                <w:sz w:val="16"/>
                <w:szCs w:val="16"/>
                <w:lang w:val="pt-BR"/>
              </w:rPr>
            </w:pPr>
            <w:r w:rsidRPr="00A30071">
              <w:rPr>
                <w:sz w:val="16"/>
                <w:szCs w:val="16"/>
                <w:lang w:val="pt-BR"/>
              </w:rPr>
              <w:t>1</w:t>
            </w:r>
          </w:p>
        </w:tc>
        <w:tc>
          <w:tcPr>
            <w:tcW w:w="964" w:type="dxa"/>
          </w:tcPr>
          <w:p w14:paraId="5B9BAC9A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7E3976AB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7D8A7F72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45482609" w14:textId="77777777" w:rsidR="00473FD2" w:rsidRDefault="00473FD2">
            <w:pPr>
              <w:jc w:val="center"/>
            </w:pPr>
          </w:p>
        </w:tc>
        <w:tc>
          <w:tcPr>
            <w:tcW w:w="3175" w:type="dxa"/>
          </w:tcPr>
          <w:p w14:paraId="7BE7F737" w14:textId="77777777" w:rsidR="00473FD2" w:rsidRDefault="00473FD2"/>
        </w:tc>
      </w:tr>
      <w:tr w:rsidR="00473FD2" w14:paraId="505F7690" w14:textId="77777777">
        <w:trPr>
          <w:jc w:val="center"/>
        </w:trPr>
        <w:tc>
          <w:tcPr>
            <w:tcW w:w="5329" w:type="dxa"/>
          </w:tcPr>
          <w:p w14:paraId="2ECA9025" w14:textId="77777777" w:rsidR="00473FD2" w:rsidRDefault="00000000">
            <w:pPr>
              <w:jc w:val="center"/>
            </w:pPr>
            <w:r>
              <w:rPr>
                <w:sz w:val="14"/>
              </w:rPr>
              <w:t xml:space="preserve">Total B6; </w:t>
            </w:r>
            <w:proofErr w:type="spellStart"/>
            <w:r>
              <w:rPr>
                <w:sz w:val="14"/>
              </w:rPr>
              <w:t>máximo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permitido</w:t>
            </w:r>
            <w:proofErr w:type="spellEnd"/>
          </w:p>
        </w:tc>
        <w:tc>
          <w:tcPr>
            <w:tcW w:w="964" w:type="dxa"/>
          </w:tcPr>
          <w:p w14:paraId="2C08B282" w14:textId="77777777" w:rsidR="00473FD2" w:rsidRDefault="00000000">
            <w:r>
              <w:rPr>
                <w:sz w:val="14"/>
              </w:rPr>
              <w:t>5</w:t>
            </w:r>
          </w:p>
        </w:tc>
        <w:tc>
          <w:tcPr>
            <w:tcW w:w="964" w:type="dxa"/>
          </w:tcPr>
          <w:p w14:paraId="64B5019C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0F0BBC74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50496E81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2C2125D4" w14:textId="77777777" w:rsidR="00473FD2" w:rsidRDefault="00473FD2">
            <w:pPr>
              <w:jc w:val="center"/>
            </w:pPr>
          </w:p>
        </w:tc>
        <w:tc>
          <w:tcPr>
            <w:tcW w:w="3175" w:type="dxa"/>
          </w:tcPr>
          <w:p w14:paraId="0EB4FD20" w14:textId="77777777" w:rsidR="00473FD2" w:rsidRDefault="00473FD2"/>
        </w:tc>
      </w:tr>
    </w:tbl>
    <w:p w14:paraId="79544627" w14:textId="77777777" w:rsidR="00473FD2" w:rsidRPr="00824A5A" w:rsidRDefault="00000000">
      <w:pPr>
        <w:spacing w:after="80"/>
        <w:rPr>
          <w:lang w:val="pt-BR"/>
        </w:rPr>
      </w:pPr>
      <w:r w:rsidRPr="00824A5A">
        <w:rPr>
          <w:i/>
          <w:sz w:val="17"/>
          <w:lang w:val="pt-BR"/>
        </w:rPr>
        <w:t>Atividades remotas, síncronas ou híbridas podem ser aceitas quando documentadas e vinculadas à formação acadêmica do discente.</w:t>
      </w:r>
    </w:p>
    <w:p w14:paraId="31145030" w14:textId="5EDEEF0B" w:rsidR="00473FD2" w:rsidRPr="00824A5A" w:rsidRDefault="00000000">
      <w:pPr>
        <w:pStyle w:val="Heading2"/>
        <w:spacing w:before="160" w:after="80"/>
        <w:rPr>
          <w:lang w:val="pt-BR"/>
        </w:rPr>
      </w:pPr>
      <w:r w:rsidRPr="00824A5A">
        <w:rPr>
          <w:lang w:val="pt-BR"/>
        </w:rPr>
        <w:lastRenderedPageBreak/>
        <w:t xml:space="preserve">B7. Inserção, visibilidade, extensão, gestão acadêmica ou representação discente – até </w:t>
      </w:r>
      <w:r w:rsidR="004968CA">
        <w:rPr>
          <w:lang w:val="pt-BR"/>
        </w:rPr>
        <w:t>8</w:t>
      </w:r>
      <w:r w:rsidRPr="00824A5A">
        <w:rPr>
          <w:lang w:val="pt-BR"/>
        </w:rPr>
        <w:t xml:space="preserve"> pontos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329"/>
        <w:gridCol w:w="964"/>
        <w:gridCol w:w="964"/>
        <w:gridCol w:w="1247"/>
        <w:gridCol w:w="1247"/>
        <w:gridCol w:w="1247"/>
        <w:gridCol w:w="3175"/>
      </w:tblGrid>
      <w:tr w:rsidR="00473FD2" w:rsidRPr="00020250" w14:paraId="7DA7A557" w14:textId="77777777">
        <w:trPr>
          <w:jc w:val="center"/>
        </w:trPr>
        <w:tc>
          <w:tcPr>
            <w:tcW w:w="5329" w:type="dxa"/>
            <w:shd w:val="clear" w:color="auto" w:fill="D9EAF7"/>
          </w:tcPr>
          <w:p w14:paraId="73550B64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Componente</w:t>
            </w:r>
            <w:proofErr w:type="spellEnd"/>
          </w:p>
        </w:tc>
        <w:tc>
          <w:tcPr>
            <w:tcW w:w="964" w:type="dxa"/>
            <w:shd w:val="clear" w:color="auto" w:fill="D9EAF7"/>
          </w:tcPr>
          <w:p w14:paraId="20A2DFE2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Pontuação</w:t>
            </w:r>
            <w:proofErr w:type="spellEnd"/>
          </w:p>
        </w:tc>
        <w:tc>
          <w:tcPr>
            <w:tcW w:w="964" w:type="dxa"/>
            <w:shd w:val="clear" w:color="auto" w:fill="D9EAF7"/>
          </w:tcPr>
          <w:p w14:paraId="2373B1F4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Discente</w:t>
            </w:r>
            <w:proofErr w:type="spellEnd"/>
            <w:r>
              <w:rPr>
                <w:b/>
                <w:sz w:val="14"/>
              </w:rPr>
              <w:t xml:space="preserve"> (X)</w:t>
            </w:r>
          </w:p>
        </w:tc>
        <w:tc>
          <w:tcPr>
            <w:tcW w:w="1247" w:type="dxa"/>
            <w:shd w:val="clear" w:color="auto" w:fill="D9EAF7"/>
          </w:tcPr>
          <w:p w14:paraId="287E90BE" w14:textId="77777777" w:rsidR="00473FD2" w:rsidRDefault="00000000">
            <w:pPr>
              <w:jc w:val="center"/>
            </w:pPr>
            <w:r>
              <w:rPr>
                <w:b/>
                <w:sz w:val="14"/>
              </w:rPr>
              <w:t xml:space="preserve">Pontos </w:t>
            </w:r>
            <w:proofErr w:type="spellStart"/>
            <w:r>
              <w:rPr>
                <w:b/>
                <w:sz w:val="14"/>
              </w:rPr>
              <w:t>solicitados</w:t>
            </w:r>
            <w:proofErr w:type="spellEnd"/>
          </w:p>
        </w:tc>
        <w:tc>
          <w:tcPr>
            <w:tcW w:w="1247" w:type="dxa"/>
            <w:shd w:val="clear" w:color="auto" w:fill="D9EAF7"/>
          </w:tcPr>
          <w:p w14:paraId="1A839E38" w14:textId="77777777" w:rsidR="00473FD2" w:rsidRDefault="00000000">
            <w:pPr>
              <w:jc w:val="center"/>
            </w:pPr>
            <w:proofErr w:type="spellStart"/>
            <w:r>
              <w:rPr>
                <w:b/>
                <w:sz w:val="14"/>
              </w:rPr>
              <w:t>Comissão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valida</w:t>
            </w:r>
            <w:proofErr w:type="spellEnd"/>
            <w:r>
              <w:rPr>
                <w:b/>
                <w:sz w:val="14"/>
              </w:rPr>
              <w:t>? (X)</w:t>
            </w:r>
          </w:p>
        </w:tc>
        <w:tc>
          <w:tcPr>
            <w:tcW w:w="1247" w:type="dxa"/>
            <w:shd w:val="clear" w:color="auto" w:fill="D9EAF7"/>
          </w:tcPr>
          <w:p w14:paraId="465991FA" w14:textId="77777777" w:rsidR="00473FD2" w:rsidRDefault="00000000">
            <w:pPr>
              <w:jc w:val="center"/>
            </w:pPr>
            <w:r>
              <w:rPr>
                <w:b/>
                <w:sz w:val="14"/>
              </w:rPr>
              <w:t xml:space="preserve">Pontos </w:t>
            </w:r>
            <w:proofErr w:type="spellStart"/>
            <w:r>
              <w:rPr>
                <w:b/>
                <w:sz w:val="14"/>
              </w:rPr>
              <w:t>validados</w:t>
            </w:r>
            <w:proofErr w:type="spellEnd"/>
          </w:p>
        </w:tc>
        <w:tc>
          <w:tcPr>
            <w:tcW w:w="3175" w:type="dxa"/>
            <w:shd w:val="clear" w:color="auto" w:fill="D9EAF7"/>
          </w:tcPr>
          <w:p w14:paraId="7541F02B" w14:textId="62529EFC" w:rsidR="00473FD2" w:rsidRPr="004968CA" w:rsidRDefault="00000000">
            <w:pPr>
              <w:jc w:val="center"/>
              <w:rPr>
                <w:lang w:val="pt-BR"/>
              </w:rPr>
            </w:pPr>
            <w:r w:rsidRPr="004968CA">
              <w:rPr>
                <w:b/>
                <w:sz w:val="14"/>
                <w:lang w:val="pt-BR"/>
              </w:rPr>
              <w:t>Informações/comprovantes</w:t>
            </w:r>
            <w:r w:rsidR="004968CA" w:rsidRPr="004968CA">
              <w:rPr>
                <w:b/>
                <w:sz w:val="14"/>
                <w:lang w:val="pt-BR"/>
              </w:rPr>
              <w:t xml:space="preserve"> (indicar o n</w:t>
            </w:r>
            <w:r w:rsidR="004968CA">
              <w:rPr>
                <w:b/>
                <w:sz w:val="14"/>
                <w:lang w:val="pt-BR"/>
              </w:rPr>
              <w:t>umero do Anexo)</w:t>
            </w:r>
          </w:p>
        </w:tc>
      </w:tr>
      <w:tr w:rsidR="00473FD2" w14:paraId="41EB2CD3" w14:textId="77777777">
        <w:trPr>
          <w:jc w:val="center"/>
        </w:trPr>
        <w:tc>
          <w:tcPr>
            <w:tcW w:w="5329" w:type="dxa"/>
          </w:tcPr>
          <w:p w14:paraId="237F0766" w14:textId="29F73E9A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Participação em ação de extensão vinculada ao PPG ou à linha de pesquisa</w:t>
            </w:r>
            <w:r w:rsidR="00A30071">
              <w:rPr>
                <w:sz w:val="14"/>
                <w:lang w:val="pt-BR"/>
              </w:rPr>
              <w:t xml:space="preserve"> do orientador</w:t>
            </w:r>
          </w:p>
        </w:tc>
        <w:tc>
          <w:tcPr>
            <w:tcW w:w="964" w:type="dxa"/>
          </w:tcPr>
          <w:p w14:paraId="5B4B9338" w14:textId="39B94788" w:rsidR="00473FD2" w:rsidRPr="00C65D3A" w:rsidRDefault="004968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64" w:type="dxa"/>
          </w:tcPr>
          <w:p w14:paraId="7D5BA9E6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4091E599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382200F7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0B8BCA2B" w14:textId="77777777" w:rsidR="00473FD2" w:rsidRDefault="00473FD2">
            <w:pPr>
              <w:jc w:val="center"/>
            </w:pPr>
          </w:p>
        </w:tc>
        <w:tc>
          <w:tcPr>
            <w:tcW w:w="3175" w:type="dxa"/>
          </w:tcPr>
          <w:p w14:paraId="0CD77D36" w14:textId="77777777" w:rsidR="00473FD2" w:rsidRDefault="00473FD2"/>
        </w:tc>
      </w:tr>
      <w:tr w:rsidR="00473FD2" w14:paraId="200FB522" w14:textId="77777777">
        <w:trPr>
          <w:jc w:val="center"/>
        </w:trPr>
        <w:tc>
          <w:tcPr>
            <w:tcW w:w="5329" w:type="dxa"/>
          </w:tcPr>
          <w:p w14:paraId="76237AEF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Participação em comissão, representação discente, organização de evento ou atividade institucional do PPG</w:t>
            </w:r>
          </w:p>
        </w:tc>
        <w:tc>
          <w:tcPr>
            <w:tcW w:w="964" w:type="dxa"/>
          </w:tcPr>
          <w:p w14:paraId="4A300C53" w14:textId="456F9BA5" w:rsidR="00473FD2" w:rsidRPr="00C65D3A" w:rsidRDefault="00C65D3A">
            <w:pPr>
              <w:rPr>
                <w:sz w:val="16"/>
                <w:szCs w:val="16"/>
              </w:rPr>
            </w:pPr>
            <w:r w:rsidRPr="00C65D3A">
              <w:rPr>
                <w:sz w:val="16"/>
                <w:szCs w:val="16"/>
              </w:rPr>
              <w:t>2</w:t>
            </w:r>
          </w:p>
        </w:tc>
        <w:tc>
          <w:tcPr>
            <w:tcW w:w="964" w:type="dxa"/>
          </w:tcPr>
          <w:p w14:paraId="30559C67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5F5DE37F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2FED754D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43B9CF9B" w14:textId="77777777" w:rsidR="00473FD2" w:rsidRDefault="00473FD2">
            <w:pPr>
              <w:jc w:val="center"/>
            </w:pPr>
          </w:p>
        </w:tc>
        <w:tc>
          <w:tcPr>
            <w:tcW w:w="3175" w:type="dxa"/>
          </w:tcPr>
          <w:p w14:paraId="4A5E55D5" w14:textId="77777777" w:rsidR="00473FD2" w:rsidRDefault="00473FD2"/>
        </w:tc>
      </w:tr>
      <w:tr w:rsidR="00473FD2" w14:paraId="4DD02F69" w14:textId="77777777" w:rsidTr="00C65D3A">
        <w:trPr>
          <w:trHeight w:val="70"/>
          <w:jc w:val="center"/>
        </w:trPr>
        <w:tc>
          <w:tcPr>
            <w:tcW w:w="5329" w:type="dxa"/>
          </w:tcPr>
          <w:p w14:paraId="15A48A48" w14:textId="77777777" w:rsidR="00473FD2" w:rsidRPr="00824A5A" w:rsidRDefault="00000000">
            <w:pPr>
              <w:jc w:val="center"/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Participação em ação de visibilidade do PPG: site, mídia institucional, evento aberto, divulgação de banco de teses/produtos ou ação pública</w:t>
            </w:r>
          </w:p>
        </w:tc>
        <w:tc>
          <w:tcPr>
            <w:tcW w:w="964" w:type="dxa"/>
          </w:tcPr>
          <w:p w14:paraId="6459B715" w14:textId="1D05E98F" w:rsidR="00473FD2" w:rsidRPr="00C65D3A" w:rsidRDefault="00C65D3A">
            <w:pPr>
              <w:rPr>
                <w:sz w:val="16"/>
                <w:szCs w:val="16"/>
              </w:rPr>
            </w:pPr>
            <w:r w:rsidRPr="00C65D3A">
              <w:rPr>
                <w:sz w:val="16"/>
                <w:szCs w:val="16"/>
              </w:rPr>
              <w:t>2</w:t>
            </w:r>
          </w:p>
        </w:tc>
        <w:tc>
          <w:tcPr>
            <w:tcW w:w="964" w:type="dxa"/>
          </w:tcPr>
          <w:p w14:paraId="60D1930B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6302F4D8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0377F93C" w14:textId="77777777" w:rsidR="00473FD2" w:rsidRDefault="00000000">
            <w:pPr>
              <w:jc w:val="center"/>
            </w:pPr>
            <w:r>
              <w:rPr>
                <w:sz w:val="14"/>
              </w:rPr>
              <w:t>☐</w:t>
            </w:r>
          </w:p>
        </w:tc>
        <w:tc>
          <w:tcPr>
            <w:tcW w:w="1247" w:type="dxa"/>
          </w:tcPr>
          <w:p w14:paraId="2CA12274" w14:textId="77777777" w:rsidR="00473FD2" w:rsidRDefault="00473FD2">
            <w:pPr>
              <w:jc w:val="center"/>
            </w:pPr>
          </w:p>
        </w:tc>
        <w:tc>
          <w:tcPr>
            <w:tcW w:w="3175" w:type="dxa"/>
          </w:tcPr>
          <w:p w14:paraId="3CB383B3" w14:textId="77777777" w:rsidR="00473FD2" w:rsidRDefault="00473FD2"/>
        </w:tc>
      </w:tr>
      <w:tr w:rsidR="00473FD2" w14:paraId="1665B43D" w14:textId="77777777">
        <w:trPr>
          <w:jc w:val="center"/>
        </w:trPr>
        <w:tc>
          <w:tcPr>
            <w:tcW w:w="5329" w:type="dxa"/>
          </w:tcPr>
          <w:p w14:paraId="46B7B0A0" w14:textId="77777777" w:rsidR="00473FD2" w:rsidRDefault="00000000">
            <w:pPr>
              <w:jc w:val="center"/>
            </w:pPr>
            <w:r>
              <w:rPr>
                <w:sz w:val="14"/>
              </w:rPr>
              <w:t xml:space="preserve">Total B7; </w:t>
            </w:r>
            <w:proofErr w:type="spellStart"/>
            <w:r>
              <w:rPr>
                <w:sz w:val="14"/>
              </w:rPr>
              <w:t>máximo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permitido</w:t>
            </w:r>
            <w:proofErr w:type="spellEnd"/>
          </w:p>
        </w:tc>
        <w:tc>
          <w:tcPr>
            <w:tcW w:w="964" w:type="dxa"/>
          </w:tcPr>
          <w:p w14:paraId="0FFFD008" w14:textId="65EF5C8B" w:rsidR="00473FD2" w:rsidRPr="00C65D3A" w:rsidRDefault="004968CA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964" w:type="dxa"/>
          </w:tcPr>
          <w:p w14:paraId="63DC7794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1BE45D35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22D87812" w14:textId="77777777" w:rsidR="00473FD2" w:rsidRDefault="00473FD2">
            <w:pPr>
              <w:jc w:val="center"/>
            </w:pPr>
          </w:p>
        </w:tc>
        <w:tc>
          <w:tcPr>
            <w:tcW w:w="1247" w:type="dxa"/>
          </w:tcPr>
          <w:p w14:paraId="65831EC2" w14:textId="77777777" w:rsidR="00473FD2" w:rsidRDefault="00473FD2">
            <w:pPr>
              <w:jc w:val="center"/>
            </w:pPr>
          </w:p>
        </w:tc>
        <w:tc>
          <w:tcPr>
            <w:tcW w:w="3175" w:type="dxa"/>
          </w:tcPr>
          <w:p w14:paraId="723FD89B" w14:textId="77777777" w:rsidR="00473FD2" w:rsidRDefault="00473FD2"/>
        </w:tc>
      </w:tr>
    </w:tbl>
    <w:p w14:paraId="3C9A5CED" w14:textId="77777777" w:rsidR="00FE0DAB" w:rsidRDefault="00FE0DAB" w:rsidP="004968CA">
      <w:pPr>
        <w:pStyle w:val="Heading2"/>
        <w:spacing w:before="160" w:after="80"/>
        <w:rPr>
          <w:color w:val="1F497D" w:themeColor="text2"/>
          <w:sz w:val="28"/>
          <w:szCs w:val="28"/>
          <w:lang w:val="pt-BR"/>
        </w:rPr>
      </w:pPr>
    </w:p>
    <w:p w14:paraId="44ED393A" w14:textId="015F35AA" w:rsidR="004968CA" w:rsidRPr="004968CA" w:rsidRDefault="004968CA" w:rsidP="004968CA">
      <w:pPr>
        <w:pStyle w:val="Heading2"/>
        <w:spacing w:before="160" w:after="80"/>
        <w:rPr>
          <w:color w:val="1F497D" w:themeColor="text2"/>
          <w:sz w:val="28"/>
          <w:szCs w:val="28"/>
          <w:lang w:val="pt-BR"/>
        </w:rPr>
      </w:pPr>
      <w:r w:rsidRPr="004968CA">
        <w:rPr>
          <w:color w:val="1F497D" w:themeColor="text2"/>
          <w:sz w:val="28"/>
          <w:szCs w:val="28"/>
          <w:lang w:val="pt-BR"/>
        </w:rPr>
        <w:t>5. Síntese da pontuação solicitada e validada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37"/>
        <w:gridCol w:w="4706"/>
        <w:gridCol w:w="1417"/>
        <w:gridCol w:w="1304"/>
        <w:gridCol w:w="1814"/>
        <w:gridCol w:w="1814"/>
        <w:gridCol w:w="2324"/>
      </w:tblGrid>
      <w:tr w:rsidR="004968CA" w14:paraId="55F296D3" w14:textId="77777777" w:rsidTr="00CF73FE">
        <w:trPr>
          <w:jc w:val="center"/>
        </w:trPr>
        <w:tc>
          <w:tcPr>
            <w:tcW w:w="737" w:type="dxa"/>
            <w:shd w:val="clear" w:color="auto" w:fill="D9EAF7"/>
          </w:tcPr>
          <w:p w14:paraId="5BB936D7" w14:textId="77777777" w:rsidR="004968CA" w:rsidRDefault="004968CA" w:rsidP="00CF73FE">
            <w:pPr>
              <w:jc w:val="center"/>
            </w:pPr>
            <w:r>
              <w:rPr>
                <w:b/>
                <w:sz w:val="14"/>
              </w:rPr>
              <w:t>Código</w:t>
            </w:r>
          </w:p>
        </w:tc>
        <w:tc>
          <w:tcPr>
            <w:tcW w:w="4706" w:type="dxa"/>
            <w:shd w:val="clear" w:color="auto" w:fill="D9EAF7"/>
          </w:tcPr>
          <w:p w14:paraId="6B79CEF6" w14:textId="77777777" w:rsidR="004968CA" w:rsidRDefault="004968CA" w:rsidP="00CF73FE">
            <w:pPr>
              <w:jc w:val="center"/>
            </w:pPr>
            <w:r>
              <w:rPr>
                <w:b/>
                <w:sz w:val="14"/>
              </w:rPr>
              <w:t xml:space="preserve">Item </w:t>
            </w:r>
            <w:proofErr w:type="spellStart"/>
            <w:r>
              <w:rPr>
                <w:b/>
                <w:sz w:val="14"/>
              </w:rPr>
              <w:t>avaliado</w:t>
            </w:r>
            <w:proofErr w:type="spellEnd"/>
          </w:p>
        </w:tc>
        <w:tc>
          <w:tcPr>
            <w:tcW w:w="1417" w:type="dxa"/>
            <w:shd w:val="clear" w:color="auto" w:fill="D9EAF7"/>
          </w:tcPr>
          <w:p w14:paraId="3B05B30C" w14:textId="77777777" w:rsidR="004968CA" w:rsidRDefault="004968CA" w:rsidP="00CF73FE">
            <w:pPr>
              <w:jc w:val="center"/>
            </w:pPr>
            <w:proofErr w:type="spellStart"/>
            <w:r>
              <w:rPr>
                <w:b/>
                <w:sz w:val="14"/>
              </w:rPr>
              <w:t>Natureza</w:t>
            </w:r>
            <w:proofErr w:type="spellEnd"/>
          </w:p>
        </w:tc>
        <w:tc>
          <w:tcPr>
            <w:tcW w:w="1304" w:type="dxa"/>
            <w:shd w:val="clear" w:color="auto" w:fill="D9EAF7"/>
          </w:tcPr>
          <w:p w14:paraId="64B29A9D" w14:textId="77777777" w:rsidR="004968CA" w:rsidRDefault="004968CA" w:rsidP="00CF73FE">
            <w:pPr>
              <w:jc w:val="center"/>
            </w:pPr>
            <w:proofErr w:type="spellStart"/>
            <w:r>
              <w:rPr>
                <w:b/>
                <w:sz w:val="14"/>
              </w:rPr>
              <w:t>Pontuação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máxima</w:t>
            </w:r>
            <w:proofErr w:type="spellEnd"/>
          </w:p>
        </w:tc>
        <w:tc>
          <w:tcPr>
            <w:tcW w:w="1814" w:type="dxa"/>
            <w:shd w:val="clear" w:color="auto" w:fill="D9EAF7"/>
          </w:tcPr>
          <w:p w14:paraId="32E26F46" w14:textId="77777777" w:rsidR="004968CA" w:rsidRDefault="004968CA" w:rsidP="00CF73FE">
            <w:pPr>
              <w:jc w:val="center"/>
            </w:pPr>
            <w:proofErr w:type="spellStart"/>
            <w:r>
              <w:rPr>
                <w:b/>
                <w:sz w:val="14"/>
              </w:rPr>
              <w:t>Pontuação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solicitada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pelo</w:t>
            </w:r>
            <w:proofErr w:type="spellEnd"/>
            <w:r>
              <w:rPr>
                <w:b/>
                <w:sz w:val="14"/>
              </w:rPr>
              <w:t xml:space="preserve"> </w:t>
            </w:r>
            <w:proofErr w:type="spellStart"/>
            <w:r>
              <w:rPr>
                <w:b/>
                <w:sz w:val="14"/>
              </w:rPr>
              <w:t>discente</w:t>
            </w:r>
            <w:proofErr w:type="spellEnd"/>
          </w:p>
        </w:tc>
        <w:tc>
          <w:tcPr>
            <w:tcW w:w="1814" w:type="dxa"/>
            <w:shd w:val="clear" w:color="auto" w:fill="D9EAF7"/>
          </w:tcPr>
          <w:p w14:paraId="33D39C09" w14:textId="77777777" w:rsidR="004968CA" w:rsidRPr="00E23F39" w:rsidRDefault="004968CA" w:rsidP="00CF73FE">
            <w:pPr>
              <w:jc w:val="center"/>
              <w:rPr>
                <w:lang w:val="pt-BR"/>
              </w:rPr>
            </w:pPr>
            <w:r w:rsidRPr="00E23F39">
              <w:rPr>
                <w:b/>
                <w:sz w:val="14"/>
                <w:lang w:val="pt-BR"/>
              </w:rPr>
              <w:t>Pontuação validada pela Comissão</w:t>
            </w:r>
          </w:p>
        </w:tc>
        <w:tc>
          <w:tcPr>
            <w:tcW w:w="2324" w:type="dxa"/>
            <w:shd w:val="clear" w:color="auto" w:fill="D9EAF7"/>
          </w:tcPr>
          <w:p w14:paraId="5815C34F" w14:textId="77777777" w:rsidR="004968CA" w:rsidRDefault="004968CA" w:rsidP="00CF73FE">
            <w:pPr>
              <w:jc w:val="center"/>
            </w:pPr>
            <w:proofErr w:type="spellStart"/>
            <w:r>
              <w:rPr>
                <w:b/>
                <w:sz w:val="14"/>
              </w:rPr>
              <w:t>Validação</w:t>
            </w:r>
            <w:proofErr w:type="spellEnd"/>
            <w:r>
              <w:rPr>
                <w:b/>
                <w:sz w:val="14"/>
              </w:rPr>
              <w:t xml:space="preserve"> da </w:t>
            </w:r>
            <w:proofErr w:type="spellStart"/>
            <w:r>
              <w:rPr>
                <w:b/>
                <w:sz w:val="14"/>
              </w:rPr>
              <w:t>Comissão</w:t>
            </w:r>
            <w:proofErr w:type="spellEnd"/>
            <w:r>
              <w:rPr>
                <w:b/>
                <w:sz w:val="14"/>
              </w:rPr>
              <w:t xml:space="preserve"> (X)</w:t>
            </w:r>
          </w:p>
        </w:tc>
      </w:tr>
      <w:tr w:rsidR="004968CA" w14:paraId="5CEF90F8" w14:textId="77777777" w:rsidTr="00CF73FE">
        <w:trPr>
          <w:jc w:val="center"/>
        </w:trPr>
        <w:tc>
          <w:tcPr>
            <w:tcW w:w="737" w:type="dxa"/>
          </w:tcPr>
          <w:p w14:paraId="5690F06C" w14:textId="77777777" w:rsidR="004968CA" w:rsidRDefault="004968CA" w:rsidP="00CF73FE">
            <w:pPr>
              <w:jc w:val="center"/>
            </w:pPr>
            <w:r>
              <w:rPr>
                <w:sz w:val="14"/>
              </w:rPr>
              <w:t>A1</w:t>
            </w:r>
          </w:p>
        </w:tc>
        <w:tc>
          <w:tcPr>
            <w:tcW w:w="4706" w:type="dxa"/>
          </w:tcPr>
          <w:p w14:paraId="11643BED" w14:textId="77777777" w:rsidR="004968CA" w:rsidRPr="00824A5A" w:rsidRDefault="004968CA" w:rsidP="00CF73FE">
            <w:pPr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Manuscrito bibliográfico principal com potencial de 19 pontos CAPES</w:t>
            </w:r>
          </w:p>
        </w:tc>
        <w:tc>
          <w:tcPr>
            <w:tcW w:w="1417" w:type="dxa"/>
          </w:tcPr>
          <w:p w14:paraId="4D5B9AA9" w14:textId="77777777" w:rsidR="004968CA" w:rsidRDefault="004968CA" w:rsidP="00CF73FE">
            <w:pPr>
              <w:jc w:val="center"/>
            </w:pPr>
            <w:proofErr w:type="spellStart"/>
            <w:r>
              <w:rPr>
                <w:sz w:val="14"/>
              </w:rPr>
              <w:t>Obrigatório</w:t>
            </w:r>
            <w:proofErr w:type="spellEnd"/>
          </w:p>
        </w:tc>
        <w:tc>
          <w:tcPr>
            <w:tcW w:w="1304" w:type="dxa"/>
          </w:tcPr>
          <w:p w14:paraId="4E491BA3" w14:textId="77777777" w:rsidR="004968CA" w:rsidRDefault="004968CA" w:rsidP="00CF73FE">
            <w:pPr>
              <w:jc w:val="center"/>
            </w:pPr>
            <w:r>
              <w:rPr>
                <w:sz w:val="14"/>
              </w:rPr>
              <w:t>NA</w:t>
            </w:r>
          </w:p>
        </w:tc>
        <w:tc>
          <w:tcPr>
            <w:tcW w:w="1814" w:type="dxa"/>
          </w:tcPr>
          <w:p w14:paraId="65B618AD" w14:textId="77777777" w:rsidR="004968CA" w:rsidRDefault="004968CA" w:rsidP="00CF73FE">
            <w:pPr>
              <w:jc w:val="center"/>
            </w:pPr>
            <w:r>
              <w:rPr>
                <w:sz w:val="14"/>
              </w:rPr>
              <w:t>NA</w:t>
            </w:r>
          </w:p>
        </w:tc>
        <w:tc>
          <w:tcPr>
            <w:tcW w:w="1814" w:type="dxa"/>
          </w:tcPr>
          <w:p w14:paraId="15DD843C" w14:textId="77777777" w:rsidR="004968CA" w:rsidRDefault="004968CA" w:rsidP="00CF73FE">
            <w:pPr>
              <w:jc w:val="center"/>
            </w:pPr>
            <w:r>
              <w:rPr>
                <w:sz w:val="14"/>
              </w:rPr>
              <w:t>NA</w:t>
            </w:r>
          </w:p>
        </w:tc>
        <w:tc>
          <w:tcPr>
            <w:tcW w:w="2324" w:type="dxa"/>
          </w:tcPr>
          <w:p w14:paraId="6E26AE09" w14:textId="77777777" w:rsidR="004968CA" w:rsidRDefault="004968CA" w:rsidP="00CF73FE">
            <w:r>
              <w:rPr>
                <w:sz w:val="14"/>
              </w:rPr>
              <w:t xml:space="preserve">☐ </w:t>
            </w:r>
            <w:proofErr w:type="spellStart"/>
            <w:proofErr w:type="gramStart"/>
            <w:r>
              <w:rPr>
                <w:sz w:val="14"/>
              </w:rPr>
              <w:t>Validado</w:t>
            </w:r>
            <w:proofErr w:type="spellEnd"/>
            <w:r>
              <w:rPr>
                <w:sz w:val="14"/>
              </w:rPr>
              <w:t xml:space="preserve">  ☐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Não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validado</w:t>
            </w:r>
            <w:proofErr w:type="spellEnd"/>
          </w:p>
        </w:tc>
      </w:tr>
      <w:tr w:rsidR="004968CA" w14:paraId="41D04883" w14:textId="77777777" w:rsidTr="00CF73FE">
        <w:trPr>
          <w:jc w:val="center"/>
        </w:trPr>
        <w:tc>
          <w:tcPr>
            <w:tcW w:w="737" w:type="dxa"/>
          </w:tcPr>
          <w:p w14:paraId="6D99641D" w14:textId="77777777" w:rsidR="004968CA" w:rsidRDefault="004968CA" w:rsidP="00CF73FE">
            <w:pPr>
              <w:jc w:val="center"/>
            </w:pPr>
            <w:r>
              <w:rPr>
                <w:sz w:val="14"/>
              </w:rPr>
              <w:t>A2</w:t>
            </w:r>
          </w:p>
        </w:tc>
        <w:tc>
          <w:tcPr>
            <w:tcW w:w="4706" w:type="dxa"/>
          </w:tcPr>
          <w:p w14:paraId="30A2AD90" w14:textId="77777777" w:rsidR="004968CA" w:rsidRPr="00824A5A" w:rsidRDefault="004968CA" w:rsidP="00CF73FE">
            <w:pPr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Dois trabalhos publicados em anais</w:t>
            </w:r>
            <w:r>
              <w:rPr>
                <w:sz w:val="14"/>
                <w:lang w:val="pt-BR"/>
              </w:rPr>
              <w:t xml:space="preserve"> no minimo em evento nacional</w:t>
            </w:r>
          </w:p>
        </w:tc>
        <w:tc>
          <w:tcPr>
            <w:tcW w:w="1417" w:type="dxa"/>
          </w:tcPr>
          <w:p w14:paraId="6BE93F0F" w14:textId="77777777" w:rsidR="004968CA" w:rsidRDefault="004968CA" w:rsidP="00CF73FE">
            <w:pPr>
              <w:jc w:val="center"/>
            </w:pPr>
            <w:proofErr w:type="spellStart"/>
            <w:r>
              <w:rPr>
                <w:sz w:val="14"/>
              </w:rPr>
              <w:t>Obrigatório</w:t>
            </w:r>
            <w:proofErr w:type="spellEnd"/>
          </w:p>
        </w:tc>
        <w:tc>
          <w:tcPr>
            <w:tcW w:w="1304" w:type="dxa"/>
          </w:tcPr>
          <w:p w14:paraId="6E2502CE" w14:textId="77777777" w:rsidR="004968CA" w:rsidRDefault="004968CA" w:rsidP="00CF73FE">
            <w:pPr>
              <w:jc w:val="center"/>
            </w:pPr>
            <w:r w:rsidRPr="00CB6358">
              <w:rPr>
                <w:sz w:val="14"/>
              </w:rPr>
              <w:t>NA</w:t>
            </w:r>
          </w:p>
        </w:tc>
        <w:tc>
          <w:tcPr>
            <w:tcW w:w="1814" w:type="dxa"/>
          </w:tcPr>
          <w:p w14:paraId="1CE98975" w14:textId="77777777" w:rsidR="004968CA" w:rsidRDefault="004968CA" w:rsidP="00CF73FE">
            <w:pPr>
              <w:jc w:val="center"/>
            </w:pPr>
            <w:r w:rsidRPr="00CB6358">
              <w:rPr>
                <w:sz w:val="14"/>
              </w:rPr>
              <w:t>NA</w:t>
            </w:r>
          </w:p>
        </w:tc>
        <w:tc>
          <w:tcPr>
            <w:tcW w:w="1814" w:type="dxa"/>
          </w:tcPr>
          <w:p w14:paraId="464B0148" w14:textId="77777777" w:rsidR="004968CA" w:rsidRDefault="004968CA" w:rsidP="00CF73FE">
            <w:pPr>
              <w:jc w:val="center"/>
            </w:pPr>
            <w:r w:rsidRPr="00CB6358">
              <w:rPr>
                <w:sz w:val="14"/>
              </w:rPr>
              <w:t>NA</w:t>
            </w:r>
          </w:p>
        </w:tc>
        <w:tc>
          <w:tcPr>
            <w:tcW w:w="2324" w:type="dxa"/>
          </w:tcPr>
          <w:p w14:paraId="467CEE57" w14:textId="77777777" w:rsidR="004968CA" w:rsidRDefault="004968CA" w:rsidP="00CF73FE">
            <w:r>
              <w:rPr>
                <w:sz w:val="14"/>
              </w:rPr>
              <w:t xml:space="preserve">☐ </w:t>
            </w:r>
            <w:proofErr w:type="spellStart"/>
            <w:proofErr w:type="gramStart"/>
            <w:r>
              <w:rPr>
                <w:sz w:val="14"/>
              </w:rPr>
              <w:t>Validado</w:t>
            </w:r>
            <w:proofErr w:type="spellEnd"/>
            <w:r>
              <w:rPr>
                <w:sz w:val="14"/>
              </w:rPr>
              <w:t xml:space="preserve">  ☐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Não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validado</w:t>
            </w:r>
            <w:proofErr w:type="spellEnd"/>
          </w:p>
        </w:tc>
      </w:tr>
      <w:tr w:rsidR="004968CA" w14:paraId="2DBE4505" w14:textId="77777777" w:rsidTr="00CF73FE">
        <w:trPr>
          <w:jc w:val="center"/>
        </w:trPr>
        <w:tc>
          <w:tcPr>
            <w:tcW w:w="737" w:type="dxa"/>
          </w:tcPr>
          <w:p w14:paraId="6E7A9950" w14:textId="77777777" w:rsidR="004968CA" w:rsidRDefault="004968CA" w:rsidP="00CF73FE">
            <w:pPr>
              <w:jc w:val="center"/>
            </w:pPr>
            <w:r>
              <w:rPr>
                <w:sz w:val="14"/>
              </w:rPr>
              <w:t>A3</w:t>
            </w:r>
          </w:p>
        </w:tc>
        <w:tc>
          <w:tcPr>
            <w:tcW w:w="4706" w:type="dxa"/>
          </w:tcPr>
          <w:p w14:paraId="70587617" w14:textId="77777777" w:rsidR="004968CA" w:rsidRPr="00824A5A" w:rsidRDefault="004968CA" w:rsidP="00CF73FE">
            <w:pPr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Produto ou atividade com impacto</w:t>
            </w:r>
          </w:p>
        </w:tc>
        <w:tc>
          <w:tcPr>
            <w:tcW w:w="1417" w:type="dxa"/>
          </w:tcPr>
          <w:p w14:paraId="0CB73D14" w14:textId="77777777" w:rsidR="004968CA" w:rsidRDefault="004968CA" w:rsidP="00CF73FE">
            <w:pPr>
              <w:jc w:val="center"/>
            </w:pPr>
            <w:proofErr w:type="spellStart"/>
            <w:r>
              <w:rPr>
                <w:sz w:val="14"/>
              </w:rPr>
              <w:t>Obrigatório</w:t>
            </w:r>
            <w:proofErr w:type="spellEnd"/>
          </w:p>
        </w:tc>
        <w:tc>
          <w:tcPr>
            <w:tcW w:w="1304" w:type="dxa"/>
          </w:tcPr>
          <w:p w14:paraId="6CAEF151" w14:textId="77777777" w:rsidR="004968CA" w:rsidRDefault="004968CA" w:rsidP="00CF73FE">
            <w:pPr>
              <w:jc w:val="center"/>
            </w:pPr>
            <w:r w:rsidRPr="00CB6358">
              <w:rPr>
                <w:sz w:val="14"/>
              </w:rPr>
              <w:t>NA</w:t>
            </w:r>
          </w:p>
        </w:tc>
        <w:tc>
          <w:tcPr>
            <w:tcW w:w="1814" w:type="dxa"/>
          </w:tcPr>
          <w:p w14:paraId="0E6CB474" w14:textId="77777777" w:rsidR="004968CA" w:rsidRDefault="004968CA" w:rsidP="00CF73FE">
            <w:pPr>
              <w:jc w:val="center"/>
            </w:pPr>
            <w:r w:rsidRPr="00CB6358">
              <w:rPr>
                <w:sz w:val="14"/>
              </w:rPr>
              <w:t>NA</w:t>
            </w:r>
          </w:p>
        </w:tc>
        <w:tc>
          <w:tcPr>
            <w:tcW w:w="1814" w:type="dxa"/>
          </w:tcPr>
          <w:p w14:paraId="7B537BB6" w14:textId="77777777" w:rsidR="004968CA" w:rsidRDefault="004968CA" w:rsidP="00CF73FE">
            <w:pPr>
              <w:jc w:val="center"/>
            </w:pPr>
            <w:r w:rsidRPr="00CB6358">
              <w:rPr>
                <w:sz w:val="14"/>
              </w:rPr>
              <w:t>NA</w:t>
            </w:r>
          </w:p>
        </w:tc>
        <w:tc>
          <w:tcPr>
            <w:tcW w:w="2324" w:type="dxa"/>
          </w:tcPr>
          <w:p w14:paraId="4CBDF073" w14:textId="77777777" w:rsidR="004968CA" w:rsidRDefault="004968CA" w:rsidP="00CF73FE">
            <w:r>
              <w:rPr>
                <w:sz w:val="14"/>
              </w:rPr>
              <w:t xml:space="preserve">☐ </w:t>
            </w:r>
            <w:proofErr w:type="spellStart"/>
            <w:proofErr w:type="gramStart"/>
            <w:r>
              <w:rPr>
                <w:sz w:val="14"/>
              </w:rPr>
              <w:t>Validado</w:t>
            </w:r>
            <w:proofErr w:type="spellEnd"/>
            <w:r>
              <w:rPr>
                <w:sz w:val="14"/>
              </w:rPr>
              <w:t xml:space="preserve">  ☐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Não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validado</w:t>
            </w:r>
            <w:proofErr w:type="spellEnd"/>
          </w:p>
        </w:tc>
      </w:tr>
      <w:tr w:rsidR="004968CA" w14:paraId="18DEF165" w14:textId="77777777" w:rsidTr="00CF73FE">
        <w:trPr>
          <w:jc w:val="center"/>
        </w:trPr>
        <w:tc>
          <w:tcPr>
            <w:tcW w:w="737" w:type="dxa"/>
          </w:tcPr>
          <w:p w14:paraId="776A911A" w14:textId="77777777" w:rsidR="004968CA" w:rsidRDefault="004968CA" w:rsidP="00CF73FE">
            <w:pPr>
              <w:jc w:val="center"/>
            </w:pPr>
            <w:r>
              <w:rPr>
                <w:sz w:val="14"/>
              </w:rPr>
              <w:t>A4</w:t>
            </w:r>
          </w:p>
        </w:tc>
        <w:tc>
          <w:tcPr>
            <w:tcW w:w="4706" w:type="dxa"/>
          </w:tcPr>
          <w:p w14:paraId="4E4D8CCD" w14:textId="77777777" w:rsidR="004968CA" w:rsidRPr="00824A5A" w:rsidRDefault="004968CA" w:rsidP="00CF73FE">
            <w:pPr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Formulário de egresso, ORCID e Lattes</w:t>
            </w:r>
          </w:p>
        </w:tc>
        <w:tc>
          <w:tcPr>
            <w:tcW w:w="1417" w:type="dxa"/>
          </w:tcPr>
          <w:p w14:paraId="101F8624" w14:textId="77777777" w:rsidR="004968CA" w:rsidRDefault="004968CA" w:rsidP="00CF73FE">
            <w:pPr>
              <w:jc w:val="center"/>
            </w:pPr>
            <w:proofErr w:type="spellStart"/>
            <w:r>
              <w:rPr>
                <w:sz w:val="14"/>
              </w:rPr>
              <w:t>Obrigatório</w:t>
            </w:r>
            <w:proofErr w:type="spellEnd"/>
          </w:p>
        </w:tc>
        <w:tc>
          <w:tcPr>
            <w:tcW w:w="1304" w:type="dxa"/>
          </w:tcPr>
          <w:p w14:paraId="2469DB9C" w14:textId="77777777" w:rsidR="004968CA" w:rsidRDefault="004968CA" w:rsidP="00CF73FE">
            <w:pPr>
              <w:jc w:val="center"/>
            </w:pPr>
            <w:r w:rsidRPr="00CB6358">
              <w:rPr>
                <w:sz w:val="14"/>
              </w:rPr>
              <w:t>NA</w:t>
            </w:r>
          </w:p>
        </w:tc>
        <w:tc>
          <w:tcPr>
            <w:tcW w:w="1814" w:type="dxa"/>
          </w:tcPr>
          <w:p w14:paraId="0C1AC2EC" w14:textId="77777777" w:rsidR="004968CA" w:rsidRDefault="004968CA" w:rsidP="00CF73FE">
            <w:pPr>
              <w:jc w:val="center"/>
            </w:pPr>
            <w:r w:rsidRPr="00CB6358">
              <w:rPr>
                <w:sz w:val="14"/>
              </w:rPr>
              <w:t>NA</w:t>
            </w:r>
          </w:p>
        </w:tc>
        <w:tc>
          <w:tcPr>
            <w:tcW w:w="1814" w:type="dxa"/>
          </w:tcPr>
          <w:p w14:paraId="79B483A4" w14:textId="77777777" w:rsidR="004968CA" w:rsidRDefault="004968CA" w:rsidP="00CF73FE">
            <w:pPr>
              <w:jc w:val="center"/>
            </w:pPr>
            <w:r w:rsidRPr="00CB6358">
              <w:rPr>
                <w:sz w:val="14"/>
              </w:rPr>
              <w:t>NA</w:t>
            </w:r>
          </w:p>
        </w:tc>
        <w:tc>
          <w:tcPr>
            <w:tcW w:w="2324" w:type="dxa"/>
          </w:tcPr>
          <w:p w14:paraId="1D2B155A" w14:textId="77777777" w:rsidR="004968CA" w:rsidRDefault="004968CA" w:rsidP="00CF73FE">
            <w:r>
              <w:rPr>
                <w:sz w:val="14"/>
              </w:rPr>
              <w:t xml:space="preserve">☐ </w:t>
            </w:r>
            <w:proofErr w:type="spellStart"/>
            <w:proofErr w:type="gramStart"/>
            <w:r>
              <w:rPr>
                <w:sz w:val="14"/>
              </w:rPr>
              <w:t>Validado</w:t>
            </w:r>
            <w:proofErr w:type="spellEnd"/>
            <w:r>
              <w:rPr>
                <w:sz w:val="14"/>
              </w:rPr>
              <w:t xml:space="preserve">  ☐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Não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validado</w:t>
            </w:r>
            <w:proofErr w:type="spellEnd"/>
          </w:p>
        </w:tc>
      </w:tr>
      <w:tr w:rsidR="004968CA" w14:paraId="7F895C26" w14:textId="77777777" w:rsidTr="00CF73FE">
        <w:trPr>
          <w:jc w:val="center"/>
        </w:trPr>
        <w:tc>
          <w:tcPr>
            <w:tcW w:w="737" w:type="dxa"/>
          </w:tcPr>
          <w:p w14:paraId="3BDF5F0C" w14:textId="77777777" w:rsidR="004968CA" w:rsidRDefault="004968CA" w:rsidP="00CF73FE">
            <w:pPr>
              <w:jc w:val="center"/>
            </w:pPr>
            <w:r>
              <w:rPr>
                <w:sz w:val="14"/>
              </w:rPr>
              <w:t>A5</w:t>
            </w:r>
          </w:p>
        </w:tc>
        <w:tc>
          <w:tcPr>
            <w:tcW w:w="4706" w:type="dxa"/>
          </w:tcPr>
          <w:p w14:paraId="034E2169" w14:textId="77777777" w:rsidR="004968CA" w:rsidRPr="00824A5A" w:rsidRDefault="004968CA" w:rsidP="00CF73FE">
            <w:pPr>
              <w:rPr>
                <w:lang w:val="pt-BR"/>
              </w:rPr>
            </w:pPr>
            <w:r>
              <w:rPr>
                <w:sz w:val="14"/>
                <w:lang w:val="pt-BR"/>
              </w:rPr>
              <w:t xml:space="preserve">Declaração de aderencia a linha e </w:t>
            </w:r>
            <w:r w:rsidRPr="00824A5A">
              <w:rPr>
                <w:sz w:val="14"/>
                <w:lang w:val="pt-BR"/>
              </w:rPr>
              <w:t>Avaliação da qualidade da dissertação</w:t>
            </w:r>
          </w:p>
        </w:tc>
        <w:tc>
          <w:tcPr>
            <w:tcW w:w="1417" w:type="dxa"/>
          </w:tcPr>
          <w:p w14:paraId="676468A6" w14:textId="77777777" w:rsidR="004968CA" w:rsidRDefault="004968CA" w:rsidP="00CF73FE">
            <w:pPr>
              <w:jc w:val="center"/>
            </w:pPr>
            <w:proofErr w:type="spellStart"/>
            <w:r>
              <w:rPr>
                <w:sz w:val="14"/>
              </w:rPr>
              <w:t>Obrigatório</w:t>
            </w:r>
            <w:proofErr w:type="spellEnd"/>
          </w:p>
        </w:tc>
        <w:tc>
          <w:tcPr>
            <w:tcW w:w="1304" w:type="dxa"/>
          </w:tcPr>
          <w:p w14:paraId="120F884B" w14:textId="77777777" w:rsidR="004968CA" w:rsidRDefault="004968CA" w:rsidP="00CF73FE">
            <w:pPr>
              <w:jc w:val="center"/>
            </w:pPr>
            <w:r w:rsidRPr="00CB6358">
              <w:rPr>
                <w:sz w:val="14"/>
              </w:rPr>
              <w:t>NA</w:t>
            </w:r>
          </w:p>
        </w:tc>
        <w:tc>
          <w:tcPr>
            <w:tcW w:w="1814" w:type="dxa"/>
          </w:tcPr>
          <w:p w14:paraId="78EC6382" w14:textId="77777777" w:rsidR="004968CA" w:rsidRDefault="004968CA" w:rsidP="00CF73FE">
            <w:pPr>
              <w:jc w:val="center"/>
            </w:pPr>
            <w:r w:rsidRPr="00CB6358">
              <w:rPr>
                <w:sz w:val="14"/>
              </w:rPr>
              <w:t>NA</w:t>
            </w:r>
          </w:p>
        </w:tc>
        <w:tc>
          <w:tcPr>
            <w:tcW w:w="1814" w:type="dxa"/>
          </w:tcPr>
          <w:p w14:paraId="1FB27042" w14:textId="77777777" w:rsidR="004968CA" w:rsidRDefault="004968CA" w:rsidP="00CF73FE">
            <w:pPr>
              <w:jc w:val="center"/>
            </w:pPr>
            <w:r w:rsidRPr="00CB6358">
              <w:rPr>
                <w:sz w:val="14"/>
              </w:rPr>
              <w:t>NA</w:t>
            </w:r>
          </w:p>
        </w:tc>
        <w:tc>
          <w:tcPr>
            <w:tcW w:w="2324" w:type="dxa"/>
          </w:tcPr>
          <w:p w14:paraId="1B895B89" w14:textId="77777777" w:rsidR="004968CA" w:rsidRDefault="004968CA" w:rsidP="00CF73FE">
            <w:r>
              <w:rPr>
                <w:sz w:val="14"/>
              </w:rPr>
              <w:t xml:space="preserve">☐ </w:t>
            </w:r>
            <w:proofErr w:type="spellStart"/>
            <w:proofErr w:type="gramStart"/>
            <w:r>
              <w:rPr>
                <w:sz w:val="14"/>
              </w:rPr>
              <w:t>Validado</w:t>
            </w:r>
            <w:proofErr w:type="spellEnd"/>
            <w:r>
              <w:rPr>
                <w:sz w:val="14"/>
              </w:rPr>
              <w:t xml:space="preserve">  ☐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Não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validado</w:t>
            </w:r>
            <w:proofErr w:type="spellEnd"/>
          </w:p>
        </w:tc>
      </w:tr>
      <w:tr w:rsidR="004968CA" w14:paraId="682E3748" w14:textId="77777777" w:rsidTr="00CF73FE">
        <w:trPr>
          <w:jc w:val="center"/>
        </w:trPr>
        <w:tc>
          <w:tcPr>
            <w:tcW w:w="14116" w:type="dxa"/>
            <w:gridSpan w:val="7"/>
            <w:shd w:val="clear" w:color="auto" w:fill="BFBFBF" w:themeFill="background1" w:themeFillShade="BF"/>
          </w:tcPr>
          <w:p w14:paraId="53A125A6" w14:textId="77777777" w:rsidR="004968CA" w:rsidRPr="00824A5A" w:rsidRDefault="004968CA" w:rsidP="00CF73FE">
            <w:pPr>
              <w:rPr>
                <w:b/>
                <w:bCs/>
              </w:rPr>
            </w:pPr>
          </w:p>
        </w:tc>
      </w:tr>
      <w:tr w:rsidR="004968CA" w14:paraId="4D2189F1" w14:textId="77777777" w:rsidTr="00CF73FE">
        <w:trPr>
          <w:jc w:val="center"/>
        </w:trPr>
        <w:tc>
          <w:tcPr>
            <w:tcW w:w="737" w:type="dxa"/>
          </w:tcPr>
          <w:p w14:paraId="500BA729" w14:textId="77777777" w:rsidR="004968CA" w:rsidRDefault="004968CA" w:rsidP="00CF73FE">
            <w:pPr>
              <w:jc w:val="center"/>
            </w:pPr>
            <w:r>
              <w:rPr>
                <w:sz w:val="14"/>
              </w:rPr>
              <w:t>B1</w:t>
            </w:r>
          </w:p>
        </w:tc>
        <w:tc>
          <w:tcPr>
            <w:tcW w:w="4706" w:type="dxa"/>
          </w:tcPr>
          <w:p w14:paraId="6A18C036" w14:textId="77777777" w:rsidR="004968CA" w:rsidRPr="00824A5A" w:rsidRDefault="004968CA" w:rsidP="00CF73FE">
            <w:pPr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 xml:space="preserve">Manuscrito bibliográfico </w:t>
            </w:r>
            <w:r>
              <w:rPr>
                <w:sz w:val="14"/>
                <w:lang w:val="pt-BR"/>
              </w:rPr>
              <w:t>adicional</w:t>
            </w:r>
            <w:r w:rsidRPr="00824A5A">
              <w:rPr>
                <w:sz w:val="14"/>
                <w:lang w:val="pt-BR"/>
              </w:rPr>
              <w:t xml:space="preserve"> </w:t>
            </w:r>
          </w:p>
        </w:tc>
        <w:tc>
          <w:tcPr>
            <w:tcW w:w="1417" w:type="dxa"/>
          </w:tcPr>
          <w:p w14:paraId="5292BC2C" w14:textId="77777777" w:rsidR="004968CA" w:rsidRDefault="004968CA" w:rsidP="00CF73FE">
            <w:pPr>
              <w:jc w:val="center"/>
            </w:pPr>
            <w:proofErr w:type="spellStart"/>
            <w:r>
              <w:rPr>
                <w:sz w:val="14"/>
              </w:rPr>
              <w:t>Adicional</w:t>
            </w:r>
            <w:proofErr w:type="spellEnd"/>
          </w:p>
        </w:tc>
        <w:tc>
          <w:tcPr>
            <w:tcW w:w="1304" w:type="dxa"/>
          </w:tcPr>
          <w:p w14:paraId="6249B4AE" w14:textId="77777777" w:rsidR="004968CA" w:rsidRPr="004968CA" w:rsidRDefault="004968CA" w:rsidP="00CF73FE">
            <w:pPr>
              <w:jc w:val="center"/>
              <w:rPr>
                <w:sz w:val="16"/>
                <w:szCs w:val="16"/>
              </w:rPr>
            </w:pPr>
            <w:r w:rsidRPr="004968CA">
              <w:rPr>
                <w:sz w:val="16"/>
                <w:szCs w:val="16"/>
              </w:rPr>
              <w:t>10</w:t>
            </w:r>
          </w:p>
        </w:tc>
        <w:tc>
          <w:tcPr>
            <w:tcW w:w="1814" w:type="dxa"/>
          </w:tcPr>
          <w:p w14:paraId="40A5691A" w14:textId="77777777" w:rsidR="004968CA" w:rsidRDefault="004968CA" w:rsidP="00CF73FE">
            <w:pPr>
              <w:jc w:val="center"/>
            </w:pPr>
          </w:p>
        </w:tc>
        <w:tc>
          <w:tcPr>
            <w:tcW w:w="1814" w:type="dxa"/>
          </w:tcPr>
          <w:p w14:paraId="24BDE7E2" w14:textId="77777777" w:rsidR="004968CA" w:rsidRDefault="004968CA" w:rsidP="00CF73FE">
            <w:pPr>
              <w:jc w:val="center"/>
            </w:pPr>
          </w:p>
        </w:tc>
        <w:tc>
          <w:tcPr>
            <w:tcW w:w="2324" w:type="dxa"/>
          </w:tcPr>
          <w:p w14:paraId="24758FFC" w14:textId="77777777" w:rsidR="004968CA" w:rsidRDefault="004968CA" w:rsidP="00CF73FE">
            <w:r>
              <w:rPr>
                <w:sz w:val="14"/>
              </w:rPr>
              <w:t xml:space="preserve">☐ </w:t>
            </w:r>
            <w:proofErr w:type="spellStart"/>
            <w:proofErr w:type="gramStart"/>
            <w:r>
              <w:rPr>
                <w:sz w:val="14"/>
              </w:rPr>
              <w:t>Validado</w:t>
            </w:r>
            <w:proofErr w:type="spellEnd"/>
            <w:r>
              <w:rPr>
                <w:sz w:val="14"/>
              </w:rPr>
              <w:t xml:space="preserve">  ☐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Não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validado</w:t>
            </w:r>
            <w:proofErr w:type="spellEnd"/>
          </w:p>
        </w:tc>
      </w:tr>
      <w:tr w:rsidR="004968CA" w14:paraId="422FE813" w14:textId="77777777" w:rsidTr="00CF73FE">
        <w:trPr>
          <w:jc w:val="center"/>
        </w:trPr>
        <w:tc>
          <w:tcPr>
            <w:tcW w:w="737" w:type="dxa"/>
          </w:tcPr>
          <w:p w14:paraId="1AB5C2C3" w14:textId="77777777" w:rsidR="004968CA" w:rsidRDefault="004968CA" w:rsidP="00CF73FE">
            <w:pPr>
              <w:jc w:val="center"/>
            </w:pPr>
            <w:r>
              <w:rPr>
                <w:sz w:val="14"/>
              </w:rPr>
              <w:t>B2</w:t>
            </w:r>
          </w:p>
        </w:tc>
        <w:tc>
          <w:tcPr>
            <w:tcW w:w="4706" w:type="dxa"/>
          </w:tcPr>
          <w:p w14:paraId="49FD6F02" w14:textId="77777777" w:rsidR="004968CA" w:rsidRPr="00824A5A" w:rsidRDefault="004968CA" w:rsidP="00CF73FE">
            <w:pPr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Produção adicional em eventos científicos</w:t>
            </w:r>
            <w:r>
              <w:rPr>
                <w:sz w:val="14"/>
                <w:lang w:val="pt-BR"/>
              </w:rPr>
              <w:t xml:space="preserve"> no minimo nacional com trabalhos publicados em anais</w:t>
            </w:r>
          </w:p>
        </w:tc>
        <w:tc>
          <w:tcPr>
            <w:tcW w:w="1417" w:type="dxa"/>
          </w:tcPr>
          <w:p w14:paraId="1A987419" w14:textId="77777777" w:rsidR="004968CA" w:rsidRDefault="004968CA" w:rsidP="00CF73FE">
            <w:pPr>
              <w:jc w:val="center"/>
            </w:pPr>
            <w:proofErr w:type="spellStart"/>
            <w:r>
              <w:rPr>
                <w:sz w:val="14"/>
              </w:rPr>
              <w:t>Adicional</w:t>
            </w:r>
            <w:proofErr w:type="spellEnd"/>
          </w:p>
        </w:tc>
        <w:tc>
          <w:tcPr>
            <w:tcW w:w="1304" w:type="dxa"/>
          </w:tcPr>
          <w:p w14:paraId="65AAAAC9" w14:textId="77777777" w:rsidR="004968CA" w:rsidRPr="004968CA" w:rsidRDefault="004968CA" w:rsidP="00CF73FE">
            <w:pPr>
              <w:jc w:val="center"/>
              <w:rPr>
                <w:sz w:val="16"/>
                <w:szCs w:val="16"/>
              </w:rPr>
            </w:pPr>
            <w:r w:rsidRPr="004968CA">
              <w:rPr>
                <w:sz w:val="16"/>
                <w:szCs w:val="16"/>
              </w:rPr>
              <w:t>6</w:t>
            </w:r>
          </w:p>
        </w:tc>
        <w:tc>
          <w:tcPr>
            <w:tcW w:w="1814" w:type="dxa"/>
          </w:tcPr>
          <w:p w14:paraId="5F66DAB4" w14:textId="77777777" w:rsidR="004968CA" w:rsidRDefault="004968CA" w:rsidP="00CF73FE">
            <w:pPr>
              <w:jc w:val="center"/>
            </w:pPr>
          </w:p>
        </w:tc>
        <w:tc>
          <w:tcPr>
            <w:tcW w:w="1814" w:type="dxa"/>
          </w:tcPr>
          <w:p w14:paraId="07E104A2" w14:textId="77777777" w:rsidR="004968CA" w:rsidRDefault="004968CA" w:rsidP="00CF73FE">
            <w:pPr>
              <w:jc w:val="center"/>
            </w:pPr>
          </w:p>
        </w:tc>
        <w:tc>
          <w:tcPr>
            <w:tcW w:w="2324" w:type="dxa"/>
          </w:tcPr>
          <w:p w14:paraId="5E7B7B23" w14:textId="77777777" w:rsidR="004968CA" w:rsidRDefault="004968CA" w:rsidP="00CF73FE">
            <w:r>
              <w:rPr>
                <w:sz w:val="14"/>
              </w:rPr>
              <w:t xml:space="preserve">☐ </w:t>
            </w:r>
            <w:proofErr w:type="spellStart"/>
            <w:proofErr w:type="gramStart"/>
            <w:r>
              <w:rPr>
                <w:sz w:val="14"/>
              </w:rPr>
              <w:t>Validado</w:t>
            </w:r>
            <w:proofErr w:type="spellEnd"/>
            <w:r>
              <w:rPr>
                <w:sz w:val="14"/>
              </w:rPr>
              <w:t xml:space="preserve">  ☐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Não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validado</w:t>
            </w:r>
            <w:proofErr w:type="spellEnd"/>
          </w:p>
        </w:tc>
      </w:tr>
      <w:tr w:rsidR="004968CA" w14:paraId="3E52A923" w14:textId="77777777" w:rsidTr="00CF73FE">
        <w:trPr>
          <w:jc w:val="center"/>
        </w:trPr>
        <w:tc>
          <w:tcPr>
            <w:tcW w:w="737" w:type="dxa"/>
          </w:tcPr>
          <w:p w14:paraId="42E6EC21" w14:textId="77777777" w:rsidR="004968CA" w:rsidRDefault="004968CA" w:rsidP="00CF73FE">
            <w:pPr>
              <w:jc w:val="center"/>
            </w:pPr>
            <w:r>
              <w:rPr>
                <w:sz w:val="14"/>
              </w:rPr>
              <w:t>B3</w:t>
            </w:r>
          </w:p>
        </w:tc>
        <w:tc>
          <w:tcPr>
            <w:tcW w:w="4706" w:type="dxa"/>
          </w:tcPr>
          <w:p w14:paraId="2FFD95EA" w14:textId="77777777" w:rsidR="004968CA" w:rsidRPr="00824A5A" w:rsidRDefault="004968CA" w:rsidP="00CF73FE">
            <w:pPr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Produto de popularização da ciência</w:t>
            </w:r>
          </w:p>
        </w:tc>
        <w:tc>
          <w:tcPr>
            <w:tcW w:w="1417" w:type="dxa"/>
          </w:tcPr>
          <w:p w14:paraId="2E6D0960" w14:textId="77777777" w:rsidR="004968CA" w:rsidRDefault="004968CA" w:rsidP="00CF73FE">
            <w:pPr>
              <w:jc w:val="center"/>
            </w:pPr>
            <w:proofErr w:type="spellStart"/>
            <w:r>
              <w:rPr>
                <w:sz w:val="14"/>
              </w:rPr>
              <w:t>Adicional</w:t>
            </w:r>
            <w:proofErr w:type="spellEnd"/>
          </w:p>
        </w:tc>
        <w:tc>
          <w:tcPr>
            <w:tcW w:w="1304" w:type="dxa"/>
          </w:tcPr>
          <w:p w14:paraId="280D79C6" w14:textId="77777777" w:rsidR="004968CA" w:rsidRPr="004968CA" w:rsidRDefault="004968CA" w:rsidP="00CF73FE">
            <w:pPr>
              <w:jc w:val="center"/>
              <w:rPr>
                <w:sz w:val="16"/>
                <w:szCs w:val="16"/>
              </w:rPr>
            </w:pPr>
            <w:r w:rsidRPr="004968CA">
              <w:rPr>
                <w:sz w:val="16"/>
                <w:szCs w:val="16"/>
              </w:rPr>
              <w:t>8</w:t>
            </w:r>
          </w:p>
        </w:tc>
        <w:tc>
          <w:tcPr>
            <w:tcW w:w="1814" w:type="dxa"/>
          </w:tcPr>
          <w:p w14:paraId="280568DD" w14:textId="77777777" w:rsidR="004968CA" w:rsidRDefault="004968CA" w:rsidP="00CF73FE">
            <w:pPr>
              <w:jc w:val="center"/>
            </w:pPr>
          </w:p>
        </w:tc>
        <w:tc>
          <w:tcPr>
            <w:tcW w:w="1814" w:type="dxa"/>
          </w:tcPr>
          <w:p w14:paraId="7294A825" w14:textId="77777777" w:rsidR="004968CA" w:rsidRDefault="004968CA" w:rsidP="00CF73FE">
            <w:pPr>
              <w:jc w:val="center"/>
            </w:pPr>
          </w:p>
        </w:tc>
        <w:tc>
          <w:tcPr>
            <w:tcW w:w="2324" w:type="dxa"/>
          </w:tcPr>
          <w:p w14:paraId="4C0386AE" w14:textId="77777777" w:rsidR="004968CA" w:rsidRDefault="004968CA" w:rsidP="00CF73FE">
            <w:r>
              <w:rPr>
                <w:sz w:val="14"/>
              </w:rPr>
              <w:t xml:space="preserve">☐ </w:t>
            </w:r>
            <w:proofErr w:type="spellStart"/>
            <w:proofErr w:type="gramStart"/>
            <w:r>
              <w:rPr>
                <w:sz w:val="14"/>
              </w:rPr>
              <w:t>Validado</w:t>
            </w:r>
            <w:proofErr w:type="spellEnd"/>
            <w:r>
              <w:rPr>
                <w:sz w:val="14"/>
              </w:rPr>
              <w:t xml:space="preserve">  ☐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Não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validado</w:t>
            </w:r>
            <w:proofErr w:type="spellEnd"/>
          </w:p>
        </w:tc>
      </w:tr>
      <w:tr w:rsidR="004968CA" w14:paraId="318F0198" w14:textId="77777777" w:rsidTr="00CF73FE">
        <w:trPr>
          <w:jc w:val="center"/>
        </w:trPr>
        <w:tc>
          <w:tcPr>
            <w:tcW w:w="737" w:type="dxa"/>
          </w:tcPr>
          <w:p w14:paraId="042F7B16" w14:textId="77777777" w:rsidR="004968CA" w:rsidRDefault="004968CA" w:rsidP="00CF73FE">
            <w:pPr>
              <w:jc w:val="center"/>
            </w:pPr>
            <w:r>
              <w:rPr>
                <w:sz w:val="14"/>
              </w:rPr>
              <w:t>B4</w:t>
            </w:r>
          </w:p>
        </w:tc>
        <w:tc>
          <w:tcPr>
            <w:tcW w:w="4706" w:type="dxa"/>
          </w:tcPr>
          <w:p w14:paraId="2C91A687" w14:textId="77777777" w:rsidR="004968CA" w:rsidRPr="00824A5A" w:rsidRDefault="004968CA" w:rsidP="00CF73FE">
            <w:pPr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Produto de transferência ou compartilhamento de conhecimento</w:t>
            </w:r>
          </w:p>
        </w:tc>
        <w:tc>
          <w:tcPr>
            <w:tcW w:w="1417" w:type="dxa"/>
          </w:tcPr>
          <w:p w14:paraId="6AAE50F9" w14:textId="77777777" w:rsidR="004968CA" w:rsidRDefault="004968CA" w:rsidP="00CF73FE">
            <w:pPr>
              <w:jc w:val="center"/>
            </w:pPr>
            <w:proofErr w:type="spellStart"/>
            <w:r>
              <w:rPr>
                <w:sz w:val="14"/>
              </w:rPr>
              <w:t>Adicional</w:t>
            </w:r>
            <w:proofErr w:type="spellEnd"/>
          </w:p>
        </w:tc>
        <w:tc>
          <w:tcPr>
            <w:tcW w:w="1304" w:type="dxa"/>
          </w:tcPr>
          <w:p w14:paraId="3C6548AF" w14:textId="77777777" w:rsidR="004968CA" w:rsidRPr="004968CA" w:rsidRDefault="004968CA" w:rsidP="00CF73FE">
            <w:pPr>
              <w:jc w:val="center"/>
              <w:rPr>
                <w:sz w:val="16"/>
                <w:szCs w:val="16"/>
              </w:rPr>
            </w:pPr>
            <w:r w:rsidRPr="004968CA">
              <w:rPr>
                <w:sz w:val="16"/>
                <w:szCs w:val="16"/>
              </w:rPr>
              <w:t>6</w:t>
            </w:r>
          </w:p>
        </w:tc>
        <w:tc>
          <w:tcPr>
            <w:tcW w:w="1814" w:type="dxa"/>
          </w:tcPr>
          <w:p w14:paraId="14A22E74" w14:textId="77777777" w:rsidR="004968CA" w:rsidRDefault="004968CA" w:rsidP="00CF73FE">
            <w:pPr>
              <w:jc w:val="center"/>
            </w:pPr>
          </w:p>
        </w:tc>
        <w:tc>
          <w:tcPr>
            <w:tcW w:w="1814" w:type="dxa"/>
          </w:tcPr>
          <w:p w14:paraId="2CDCD98E" w14:textId="77777777" w:rsidR="004968CA" w:rsidRDefault="004968CA" w:rsidP="00CF73FE">
            <w:pPr>
              <w:jc w:val="center"/>
            </w:pPr>
          </w:p>
        </w:tc>
        <w:tc>
          <w:tcPr>
            <w:tcW w:w="2324" w:type="dxa"/>
          </w:tcPr>
          <w:p w14:paraId="2F92E604" w14:textId="77777777" w:rsidR="004968CA" w:rsidRDefault="004968CA" w:rsidP="00CF73FE">
            <w:r>
              <w:rPr>
                <w:sz w:val="14"/>
              </w:rPr>
              <w:t xml:space="preserve">☐ </w:t>
            </w:r>
            <w:proofErr w:type="spellStart"/>
            <w:proofErr w:type="gramStart"/>
            <w:r>
              <w:rPr>
                <w:sz w:val="14"/>
              </w:rPr>
              <w:t>Validado</w:t>
            </w:r>
            <w:proofErr w:type="spellEnd"/>
            <w:r>
              <w:rPr>
                <w:sz w:val="14"/>
              </w:rPr>
              <w:t xml:space="preserve">  ☐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Não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validado</w:t>
            </w:r>
            <w:proofErr w:type="spellEnd"/>
          </w:p>
        </w:tc>
      </w:tr>
      <w:tr w:rsidR="004968CA" w14:paraId="2B9873C9" w14:textId="77777777" w:rsidTr="00CF73FE">
        <w:trPr>
          <w:jc w:val="center"/>
        </w:trPr>
        <w:tc>
          <w:tcPr>
            <w:tcW w:w="737" w:type="dxa"/>
          </w:tcPr>
          <w:p w14:paraId="563CEB66" w14:textId="77777777" w:rsidR="004968CA" w:rsidRDefault="004968CA" w:rsidP="00CF73FE">
            <w:pPr>
              <w:jc w:val="center"/>
            </w:pPr>
            <w:r>
              <w:rPr>
                <w:sz w:val="14"/>
              </w:rPr>
              <w:t>B5</w:t>
            </w:r>
          </w:p>
        </w:tc>
        <w:tc>
          <w:tcPr>
            <w:tcW w:w="4706" w:type="dxa"/>
          </w:tcPr>
          <w:p w14:paraId="7A1F9752" w14:textId="77777777" w:rsidR="004968CA" w:rsidRPr="00824A5A" w:rsidRDefault="004968CA" w:rsidP="00CF73FE">
            <w:pPr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Colaboração externa nacional ou internacional</w:t>
            </w:r>
          </w:p>
        </w:tc>
        <w:tc>
          <w:tcPr>
            <w:tcW w:w="1417" w:type="dxa"/>
          </w:tcPr>
          <w:p w14:paraId="28FD1AE1" w14:textId="77777777" w:rsidR="004968CA" w:rsidRDefault="004968CA" w:rsidP="00CF73FE">
            <w:pPr>
              <w:jc w:val="center"/>
            </w:pPr>
            <w:proofErr w:type="spellStart"/>
            <w:r>
              <w:rPr>
                <w:sz w:val="14"/>
              </w:rPr>
              <w:t>Adicional</w:t>
            </w:r>
            <w:proofErr w:type="spellEnd"/>
          </w:p>
        </w:tc>
        <w:tc>
          <w:tcPr>
            <w:tcW w:w="1304" w:type="dxa"/>
          </w:tcPr>
          <w:p w14:paraId="10FCE768" w14:textId="77777777" w:rsidR="004968CA" w:rsidRPr="004968CA" w:rsidRDefault="004968CA" w:rsidP="00CF73FE">
            <w:pPr>
              <w:jc w:val="center"/>
              <w:rPr>
                <w:sz w:val="16"/>
                <w:szCs w:val="16"/>
              </w:rPr>
            </w:pPr>
            <w:r w:rsidRPr="004968CA">
              <w:rPr>
                <w:sz w:val="16"/>
                <w:szCs w:val="16"/>
              </w:rPr>
              <w:t>7</w:t>
            </w:r>
          </w:p>
        </w:tc>
        <w:tc>
          <w:tcPr>
            <w:tcW w:w="1814" w:type="dxa"/>
          </w:tcPr>
          <w:p w14:paraId="51464710" w14:textId="77777777" w:rsidR="004968CA" w:rsidRDefault="004968CA" w:rsidP="00CF73FE">
            <w:pPr>
              <w:jc w:val="center"/>
            </w:pPr>
          </w:p>
        </w:tc>
        <w:tc>
          <w:tcPr>
            <w:tcW w:w="1814" w:type="dxa"/>
          </w:tcPr>
          <w:p w14:paraId="10211931" w14:textId="77777777" w:rsidR="004968CA" w:rsidRDefault="004968CA" w:rsidP="00CF73FE">
            <w:pPr>
              <w:jc w:val="center"/>
            </w:pPr>
          </w:p>
        </w:tc>
        <w:tc>
          <w:tcPr>
            <w:tcW w:w="2324" w:type="dxa"/>
          </w:tcPr>
          <w:p w14:paraId="60D02140" w14:textId="77777777" w:rsidR="004968CA" w:rsidRDefault="004968CA" w:rsidP="00CF73FE">
            <w:r>
              <w:rPr>
                <w:sz w:val="14"/>
              </w:rPr>
              <w:t xml:space="preserve">☐ </w:t>
            </w:r>
            <w:proofErr w:type="spellStart"/>
            <w:proofErr w:type="gramStart"/>
            <w:r>
              <w:rPr>
                <w:sz w:val="14"/>
              </w:rPr>
              <w:t>Validado</w:t>
            </w:r>
            <w:proofErr w:type="spellEnd"/>
            <w:r>
              <w:rPr>
                <w:sz w:val="14"/>
              </w:rPr>
              <w:t xml:space="preserve">  ☐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Não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validado</w:t>
            </w:r>
            <w:proofErr w:type="spellEnd"/>
          </w:p>
        </w:tc>
      </w:tr>
      <w:tr w:rsidR="004968CA" w14:paraId="1CEB754F" w14:textId="77777777" w:rsidTr="00CF73FE">
        <w:trPr>
          <w:jc w:val="center"/>
        </w:trPr>
        <w:tc>
          <w:tcPr>
            <w:tcW w:w="737" w:type="dxa"/>
          </w:tcPr>
          <w:p w14:paraId="129EB034" w14:textId="77777777" w:rsidR="004968CA" w:rsidRDefault="004968CA" w:rsidP="00CF73FE">
            <w:pPr>
              <w:jc w:val="center"/>
            </w:pPr>
            <w:r>
              <w:rPr>
                <w:sz w:val="14"/>
              </w:rPr>
              <w:t>B6</w:t>
            </w:r>
          </w:p>
        </w:tc>
        <w:tc>
          <w:tcPr>
            <w:tcW w:w="4706" w:type="dxa"/>
          </w:tcPr>
          <w:p w14:paraId="6CDA679F" w14:textId="77777777" w:rsidR="004968CA" w:rsidRPr="00824A5A" w:rsidRDefault="004968CA" w:rsidP="00CF73FE">
            <w:pPr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Participação em atividade de internacionalização</w:t>
            </w:r>
          </w:p>
        </w:tc>
        <w:tc>
          <w:tcPr>
            <w:tcW w:w="1417" w:type="dxa"/>
          </w:tcPr>
          <w:p w14:paraId="11C62976" w14:textId="77777777" w:rsidR="004968CA" w:rsidRDefault="004968CA" w:rsidP="00CF73FE">
            <w:pPr>
              <w:jc w:val="center"/>
            </w:pPr>
            <w:proofErr w:type="spellStart"/>
            <w:r>
              <w:rPr>
                <w:sz w:val="14"/>
              </w:rPr>
              <w:t>Adicional</w:t>
            </w:r>
            <w:proofErr w:type="spellEnd"/>
          </w:p>
        </w:tc>
        <w:tc>
          <w:tcPr>
            <w:tcW w:w="1304" w:type="dxa"/>
          </w:tcPr>
          <w:p w14:paraId="7A316084" w14:textId="77777777" w:rsidR="004968CA" w:rsidRPr="004968CA" w:rsidRDefault="004968CA" w:rsidP="00CF73FE">
            <w:pPr>
              <w:jc w:val="center"/>
              <w:rPr>
                <w:sz w:val="16"/>
                <w:szCs w:val="16"/>
              </w:rPr>
            </w:pPr>
            <w:r w:rsidRPr="004968CA">
              <w:rPr>
                <w:sz w:val="16"/>
                <w:szCs w:val="16"/>
              </w:rPr>
              <w:t>5</w:t>
            </w:r>
          </w:p>
        </w:tc>
        <w:tc>
          <w:tcPr>
            <w:tcW w:w="1814" w:type="dxa"/>
          </w:tcPr>
          <w:p w14:paraId="5350A130" w14:textId="77777777" w:rsidR="004968CA" w:rsidRDefault="004968CA" w:rsidP="00CF73FE">
            <w:pPr>
              <w:jc w:val="center"/>
            </w:pPr>
          </w:p>
        </w:tc>
        <w:tc>
          <w:tcPr>
            <w:tcW w:w="1814" w:type="dxa"/>
          </w:tcPr>
          <w:p w14:paraId="57448461" w14:textId="77777777" w:rsidR="004968CA" w:rsidRDefault="004968CA" w:rsidP="00CF73FE">
            <w:pPr>
              <w:jc w:val="center"/>
            </w:pPr>
          </w:p>
        </w:tc>
        <w:tc>
          <w:tcPr>
            <w:tcW w:w="2324" w:type="dxa"/>
          </w:tcPr>
          <w:p w14:paraId="7A976430" w14:textId="77777777" w:rsidR="004968CA" w:rsidRDefault="004968CA" w:rsidP="00CF73FE">
            <w:r>
              <w:rPr>
                <w:sz w:val="14"/>
              </w:rPr>
              <w:t xml:space="preserve">☐ </w:t>
            </w:r>
            <w:proofErr w:type="spellStart"/>
            <w:proofErr w:type="gramStart"/>
            <w:r>
              <w:rPr>
                <w:sz w:val="14"/>
              </w:rPr>
              <w:t>Validado</w:t>
            </w:r>
            <w:proofErr w:type="spellEnd"/>
            <w:r>
              <w:rPr>
                <w:sz w:val="14"/>
              </w:rPr>
              <w:t xml:space="preserve">  ☐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Não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validado</w:t>
            </w:r>
            <w:proofErr w:type="spellEnd"/>
          </w:p>
        </w:tc>
      </w:tr>
      <w:tr w:rsidR="004968CA" w14:paraId="3B87E4CD" w14:textId="77777777" w:rsidTr="00CF73FE">
        <w:trPr>
          <w:jc w:val="center"/>
        </w:trPr>
        <w:tc>
          <w:tcPr>
            <w:tcW w:w="737" w:type="dxa"/>
          </w:tcPr>
          <w:p w14:paraId="10001285" w14:textId="77777777" w:rsidR="004968CA" w:rsidRDefault="004968CA" w:rsidP="00CF73FE">
            <w:pPr>
              <w:jc w:val="center"/>
            </w:pPr>
            <w:r>
              <w:rPr>
                <w:sz w:val="14"/>
              </w:rPr>
              <w:t>B7</w:t>
            </w:r>
          </w:p>
        </w:tc>
        <w:tc>
          <w:tcPr>
            <w:tcW w:w="4706" w:type="dxa"/>
          </w:tcPr>
          <w:p w14:paraId="6DD34258" w14:textId="77777777" w:rsidR="004968CA" w:rsidRPr="00824A5A" w:rsidRDefault="004968CA" w:rsidP="00CF73FE">
            <w:pPr>
              <w:rPr>
                <w:lang w:val="pt-BR"/>
              </w:rPr>
            </w:pPr>
            <w:r w:rsidRPr="00824A5A">
              <w:rPr>
                <w:sz w:val="14"/>
                <w:lang w:val="pt-BR"/>
              </w:rPr>
              <w:t>Inserção, visibilidade, extensão, gestão acadêmica ou representação discente</w:t>
            </w:r>
          </w:p>
        </w:tc>
        <w:tc>
          <w:tcPr>
            <w:tcW w:w="1417" w:type="dxa"/>
          </w:tcPr>
          <w:p w14:paraId="5CA5157D" w14:textId="77777777" w:rsidR="004968CA" w:rsidRDefault="004968CA" w:rsidP="00CF73FE">
            <w:pPr>
              <w:jc w:val="center"/>
            </w:pPr>
            <w:proofErr w:type="spellStart"/>
            <w:r>
              <w:rPr>
                <w:sz w:val="14"/>
              </w:rPr>
              <w:t>Adicional</w:t>
            </w:r>
            <w:proofErr w:type="spellEnd"/>
          </w:p>
        </w:tc>
        <w:tc>
          <w:tcPr>
            <w:tcW w:w="1304" w:type="dxa"/>
          </w:tcPr>
          <w:p w14:paraId="44364F6D" w14:textId="77777777" w:rsidR="004968CA" w:rsidRPr="004968CA" w:rsidRDefault="004968CA" w:rsidP="00CF73FE">
            <w:pPr>
              <w:jc w:val="center"/>
              <w:rPr>
                <w:sz w:val="16"/>
                <w:szCs w:val="16"/>
              </w:rPr>
            </w:pPr>
            <w:r w:rsidRPr="004968CA">
              <w:rPr>
                <w:sz w:val="16"/>
                <w:szCs w:val="16"/>
              </w:rPr>
              <w:t>8</w:t>
            </w:r>
          </w:p>
        </w:tc>
        <w:tc>
          <w:tcPr>
            <w:tcW w:w="1814" w:type="dxa"/>
          </w:tcPr>
          <w:p w14:paraId="7291DB77" w14:textId="77777777" w:rsidR="004968CA" w:rsidRDefault="004968CA" w:rsidP="00CF73FE">
            <w:pPr>
              <w:jc w:val="center"/>
            </w:pPr>
          </w:p>
        </w:tc>
        <w:tc>
          <w:tcPr>
            <w:tcW w:w="1814" w:type="dxa"/>
          </w:tcPr>
          <w:p w14:paraId="609D6063" w14:textId="77777777" w:rsidR="004968CA" w:rsidRDefault="004968CA" w:rsidP="00CF73FE">
            <w:pPr>
              <w:jc w:val="center"/>
            </w:pPr>
          </w:p>
        </w:tc>
        <w:tc>
          <w:tcPr>
            <w:tcW w:w="2324" w:type="dxa"/>
          </w:tcPr>
          <w:p w14:paraId="10878F0F" w14:textId="77777777" w:rsidR="004968CA" w:rsidRDefault="004968CA" w:rsidP="00CF73FE">
            <w:r>
              <w:rPr>
                <w:sz w:val="14"/>
              </w:rPr>
              <w:t xml:space="preserve">☐ </w:t>
            </w:r>
            <w:proofErr w:type="spellStart"/>
            <w:proofErr w:type="gramStart"/>
            <w:r>
              <w:rPr>
                <w:sz w:val="14"/>
              </w:rPr>
              <w:t>Validado</w:t>
            </w:r>
            <w:proofErr w:type="spellEnd"/>
            <w:r>
              <w:rPr>
                <w:sz w:val="14"/>
              </w:rPr>
              <w:t xml:space="preserve">  ☐</w:t>
            </w:r>
            <w:proofErr w:type="gram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Não</w:t>
            </w:r>
            <w:proofErr w:type="spellEnd"/>
            <w:r>
              <w:rPr>
                <w:sz w:val="14"/>
              </w:rPr>
              <w:t xml:space="preserve"> </w:t>
            </w:r>
            <w:proofErr w:type="spellStart"/>
            <w:r>
              <w:rPr>
                <w:sz w:val="14"/>
              </w:rPr>
              <w:t>validado</w:t>
            </w:r>
            <w:proofErr w:type="spellEnd"/>
          </w:p>
        </w:tc>
      </w:tr>
      <w:tr w:rsidR="004968CA" w14:paraId="2BBF2946" w14:textId="77777777" w:rsidTr="00CF73FE">
        <w:trPr>
          <w:jc w:val="center"/>
        </w:trPr>
        <w:tc>
          <w:tcPr>
            <w:tcW w:w="737" w:type="dxa"/>
            <w:shd w:val="clear" w:color="auto" w:fill="BFBFBF" w:themeFill="background1" w:themeFillShade="BF"/>
          </w:tcPr>
          <w:p w14:paraId="676168B5" w14:textId="77777777" w:rsidR="004968CA" w:rsidRDefault="004968CA" w:rsidP="00CF73FE">
            <w:pPr>
              <w:jc w:val="center"/>
            </w:pPr>
          </w:p>
        </w:tc>
        <w:tc>
          <w:tcPr>
            <w:tcW w:w="4706" w:type="dxa"/>
            <w:shd w:val="clear" w:color="auto" w:fill="BFBFBF" w:themeFill="background1" w:themeFillShade="BF"/>
          </w:tcPr>
          <w:p w14:paraId="1EFAD899" w14:textId="77777777" w:rsidR="004968CA" w:rsidRPr="00824A5A" w:rsidRDefault="004968CA" w:rsidP="00CF73FE">
            <w:pPr>
              <w:rPr>
                <w:b/>
                <w:bCs/>
              </w:rPr>
            </w:pPr>
            <w:r w:rsidRPr="00824A5A">
              <w:rPr>
                <w:b/>
                <w:bCs/>
                <w:sz w:val="14"/>
              </w:rPr>
              <w:t xml:space="preserve">Subtotal </w:t>
            </w:r>
            <w:proofErr w:type="spellStart"/>
            <w:r w:rsidRPr="00824A5A">
              <w:rPr>
                <w:b/>
                <w:bCs/>
                <w:sz w:val="14"/>
              </w:rPr>
              <w:t>adicional</w:t>
            </w:r>
            <w:proofErr w:type="spellEnd"/>
          </w:p>
        </w:tc>
        <w:tc>
          <w:tcPr>
            <w:tcW w:w="1417" w:type="dxa"/>
            <w:shd w:val="clear" w:color="auto" w:fill="BFBFBF" w:themeFill="background1" w:themeFillShade="BF"/>
          </w:tcPr>
          <w:p w14:paraId="18542E31" w14:textId="77777777" w:rsidR="004968CA" w:rsidRPr="00824A5A" w:rsidRDefault="004968CA" w:rsidP="00CF73FE">
            <w:pPr>
              <w:jc w:val="center"/>
              <w:rPr>
                <w:b/>
                <w:bCs/>
              </w:rPr>
            </w:pPr>
          </w:p>
        </w:tc>
        <w:tc>
          <w:tcPr>
            <w:tcW w:w="1304" w:type="dxa"/>
            <w:shd w:val="clear" w:color="auto" w:fill="BFBFBF" w:themeFill="background1" w:themeFillShade="BF"/>
          </w:tcPr>
          <w:p w14:paraId="707CC1A6" w14:textId="77777777" w:rsidR="004968CA" w:rsidRPr="004968CA" w:rsidRDefault="004968CA" w:rsidP="00CF73FE">
            <w:pPr>
              <w:jc w:val="center"/>
              <w:rPr>
                <w:b/>
                <w:bCs/>
                <w:sz w:val="16"/>
                <w:szCs w:val="16"/>
              </w:rPr>
            </w:pPr>
            <w:r w:rsidRPr="004968CA">
              <w:rPr>
                <w:b/>
                <w:bCs/>
                <w:sz w:val="16"/>
                <w:szCs w:val="16"/>
              </w:rPr>
              <w:t>50</w:t>
            </w:r>
          </w:p>
        </w:tc>
        <w:tc>
          <w:tcPr>
            <w:tcW w:w="1814" w:type="dxa"/>
            <w:shd w:val="clear" w:color="auto" w:fill="BFBFBF" w:themeFill="background1" w:themeFillShade="BF"/>
          </w:tcPr>
          <w:p w14:paraId="7D1DF1D1" w14:textId="77777777" w:rsidR="004968CA" w:rsidRPr="00824A5A" w:rsidRDefault="004968CA" w:rsidP="00CF73FE">
            <w:pPr>
              <w:jc w:val="center"/>
              <w:rPr>
                <w:b/>
                <w:bCs/>
              </w:rPr>
            </w:pPr>
          </w:p>
        </w:tc>
        <w:tc>
          <w:tcPr>
            <w:tcW w:w="1814" w:type="dxa"/>
            <w:shd w:val="clear" w:color="auto" w:fill="BFBFBF" w:themeFill="background1" w:themeFillShade="BF"/>
          </w:tcPr>
          <w:p w14:paraId="00D2CA27" w14:textId="77777777" w:rsidR="004968CA" w:rsidRDefault="004968CA" w:rsidP="00CF73FE">
            <w:pPr>
              <w:jc w:val="center"/>
            </w:pPr>
          </w:p>
        </w:tc>
        <w:tc>
          <w:tcPr>
            <w:tcW w:w="2324" w:type="dxa"/>
            <w:shd w:val="clear" w:color="auto" w:fill="BFBFBF" w:themeFill="background1" w:themeFillShade="BF"/>
          </w:tcPr>
          <w:p w14:paraId="31A1EAF3" w14:textId="77777777" w:rsidR="004968CA" w:rsidRDefault="004968CA" w:rsidP="00CF73FE"/>
        </w:tc>
      </w:tr>
    </w:tbl>
    <w:p w14:paraId="0F1F758C" w14:textId="77777777" w:rsidR="004968CA" w:rsidRDefault="004968CA">
      <w:pPr>
        <w:pStyle w:val="Heading1"/>
        <w:spacing w:before="160" w:after="80"/>
      </w:pPr>
    </w:p>
    <w:p w14:paraId="57B1E4B4" w14:textId="77777777" w:rsidR="00FE0DAB" w:rsidRDefault="00FE0DAB" w:rsidP="00FE0DAB"/>
    <w:p w14:paraId="2F3564B8" w14:textId="77777777" w:rsidR="00FE0DAB" w:rsidRPr="00FE0DAB" w:rsidRDefault="00FE0DAB" w:rsidP="00FE0DAB"/>
    <w:p w14:paraId="2564B4F0" w14:textId="088B4FB5" w:rsidR="00473FD2" w:rsidRDefault="004968CA">
      <w:pPr>
        <w:pStyle w:val="Heading1"/>
        <w:spacing w:before="160" w:after="80"/>
      </w:pPr>
      <w:r>
        <w:t xml:space="preserve">6. </w:t>
      </w:r>
      <w:proofErr w:type="spellStart"/>
      <w:r>
        <w:t>Autodeclaração</w:t>
      </w:r>
      <w:proofErr w:type="spellEnd"/>
      <w:r>
        <w:t xml:space="preserve"> e </w:t>
      </w:r>
      <w:proofErr w:type="spellStart"/>
      <w:r>
        <w:t>validação</w:t>
      </w:r>
      <w:proofErr w:type="spellEnd"/>
    </w:p>
    <w:p w14:paraId="237E249F" w14:textId="77777777" w:rsidR="00473FD2" w:rsidRPr="00824A5A" w:rsidRDefault="00000000">
      <w:pPr>
        <w:spacing w:after="240"/>
        <w:rPr>
          <w:lang w:val="pt-BR"/>
        </w:rPr>
      </w:pPr>
      <w:r w:rsidRPr="00824A5A">
        <w:rPr>
          <w:lang w:val="pt-BR"/>
        </w:rPr>
        <w:t>Declaro que as informações apresentadas nesta ficha são verdadeiras e que os documentos comprobatórios foram anexados para conferência da Comissão do PPGCR.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121"/>
        <w:gridCol w:w="7121"/>
      </w:tblGrid>
      <w:tr w:rsidR="00473FD2" w14:paraId="578E2054" w14:textId="77777777">
        <w:trPr>
          <w:jc w:val="center"/>
        </w:trPr>
        <w:tc>
          <w:tcPr>
            <w:tcW w:w="7126" w:type="dxa"/>
          </w:tcPr>
          <w:p w14:paraId="394F9B8A" w14:textId="77777777" w:rsidR="00473FD2" w:rsidRDefault="00000000">
            <w:proofErr w:type="spellStart"/>
            <w:r>
              <w:rPr>
                <w:b/>
                <w:sz w:val="16"/>
              </w:rPr>
              <w:t>Assinatura</w:t>
            </w:r>
            <w:proofErr w:type="spellEnd"/>
            <w:r>
              <w:rPr>
                <w:b/>
                <w:sz w:val="16"/>
              </w:rPr>
              <w:t xml:space="preserve"> do(a) </w:t>
            </w:r>
            <w:proofErr w:type="spellStart"/>
            <w:r>
              <w:rPr>
                <w:b/>
                <w:sz w:val="16"/>
              </w:rPr>
              <w:t>discente</w:t>
            </w:r>
            <w:proofErr w:type="spellEnd"/>
          </w:p>
        </w:tc>
        <w:tc>
          <w:tcPr>
            <w:tcW w:w="7126" w:type="dxa"/>
          </w:tcPr>
          <w:p w14:paraId="3E0EC451" w14:textId="77777777" w:rsidR="00473FD2" w:rsidRDefault="00000000">
            <w:r>
              <w:rPr>
                <w:sz w:val="16"/>
              </w:rPr>
              <w:t>Data: ____/____/______</w:t>
            </w:r>
          </w:p>
        </w:tc>
      </w:tr>
      <w:tr w:rsidR="00473FD2" w:rsidRPr="00020250" w14:paraId="041E841C" w14:textId="77777777">
        <w:trPr>
          <w:jc w:val="center"/>
        </w:trPr>
        <w:tc>
          <w:tcPr>
            <w:tcW w:w="14252" w:type="dxa"/>
            <w:gridSpan w:val="2"/>
          </w:tcPr>
          <w:p w14:paraId="027B2C9B" w14:textId="77777777" w:rsidR="00473FD2" w:rsidRPr="00824A5A" w:rsidRDefault="00000000">
            <w:pPr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br/>
            </w:r>
            <w:r w:rsidRPr="00824A5A">
              <w:rPr>
                <w:sz w:val="16"/>
                <w:lang w:val="pt-BR"/>
              </w:rPr>
              <w:br/>
            </w:r>
          </w:p>
          <w:p w14:paraId="4A6AF3F9" w14:textId="77777777" w:rsidR="00473FD2" w:rsidRPr="00824A5A" w:rsidRDefault="00000000">
            <w:pPr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t>Resultado da validação: ☐ Aprovado para solicitação de defesa  ☐ Pendência  ☐ Não aprovado</w:t>
            </w:r>
          </w:p>
        </w:tc>
      </w:tr>
    </w:tbl>
    <w:p w14:paraId="21BED8D3" w14:textId="77777777" w:rsidR="00473FD2" w:rsidRPr="00824A5A" w:rsidRDefault="00473FD2">
      <w:pPr>
        <w:rPr>
          <w:lang w:val="pt-BR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121"/>
        <w:gridCol w:w="7121"/>
      </w:tblGrid>
      <w:tr w:rsidR="00473FD2" w14:paraId="207BB99D" w14:textId="77777777">
        <w:trPr>
          <w:jc w:val="center"/>
        </w:trPr>
        <w:tc>
          <w:tcPr>
            <w:tcW w:w="7126" w:type="dxa"/>
          </w:tcPr>
          <w:p w14:paraId="3190E866" w14:textId="77777777" w:rsidR="00473FD2" w:rsidRPr="00824A5A" w:rsidRDefault="00000000">
            <w:pPr>
              <w:rPr>
                <w:lang w:val="pt-BR"/>
              </w:rPr>
            </w:pPr>
            <w:r w:rsidRPr="00824A5A">
              <w:rPr>
                <w:b/>
                <w:sz w:val="16"/>
                <w:lang w:val="pt-BR"/>
              </w:rPr>
              <w:lastRenderedPageBreak/>
              <w:t>Assinatura do(a) orientador(a)</w:t>
            </w:r>
          </w:p>
        </w:tc>
        <w:tc>
          <w:tcPr>
            <w:tcW w:w="7126" w:type="dxa"/>
          </w:tcPr>
          <w:p w14:paraId="1F30716A" w14:textId="77777777" w:rsidR="00473FD2" w:rsidRDefault="00000000">
            <w:r>
              <w:rPr>
                <w:sz w:val="16"/>
              </w:rPr>
              <w:t>Data: ____/____/______</w:t>
            </w:r>
          </w:p>
        </w:tc>
      </w:tr>
      <w:tr w:rsidR="00473FD2" w:rsidRPr="00020250" w14:paraId="19A6E7C3" w14:textId="77777777">
        <w:trPr>
          <w:jc w:val="center"/>
        </w:trPr>
        <w:tc>
          <w:tcPr>
            <w:tcW w:w="14252" w:type="dxa"/>
            <w:gridSpan w:val="2"/>
          </w:tcPr>
          <w:p w14:paraId="458C882A" w14:textId="77777777" w:rsidR="00473FD2" w:rsidRPr="00824A5A" w:rsidRDefault="00000000">
            <w:pPr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br/>
            </w:r>
            <w:r w:rsidRPr="00824A5A">
              <w:rPr>
                <w:sz w:val="16"/>
                <w:lang w:val="pt-BR"/>
              </w:rPr>
              <w:br/>
            </w:r>
          </w:p>
          <w:p w14:paraId="3B507BB7" w14:textId="77777777" w:rsidR="00473FD2" w:rsidRPr="00824A5A" w:rsidRDefault="00000000">
            <w:pPr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t>Resultado da validação: ☐ Aprovado para solicitação de defesa  ☐ Pendência  ☐ Não aprovado</w:t>
            </w:r>
          </w:p>
        </w:tc>
      </w:tr>
    </w:tbl>
    <w:p w14:paraId="3315D3DF" w14:textId="77777777" w:rsidR="00473FD2" w:rsidRPr="00824A5A" w:rsidRDefault="00473FD2">
      <w:pPr>
        <w:rPr>
          <w:lang w:val="pt-BR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7121"/>
        <w:gridCol w:w="7121"/>
      </w:tblGrid>
      <w:tr w:rsidR="00473FD2" w14:paraId="11DE4EDC" w14:textId="77777777">
        <w:trPr>
          <w:jc w:val="center"/>
        </w:trPr>
        <w:tc>
          <w:tcPr>
            <w:tcW w:w="7126" w:type="dxa"/>
          </w:tcPr>
          <w:p w14:paraId="676DD60B" w14:textId="77777777" w:rsidR="00473FD2" w:rsidRPr="00824A5A" w:rsidRDefault="00000000">
            <w:pPr>
              <w:rPr>
                <w:lang w:val="pt-BR"/>
              </w:rPr>
            </w:pPr>
            <w:r w:rsidRPr="00824A5A">
              <w:rPr>
                <w:b/>
                <w:sz w:val="16"/>
                <w:lang w:val="pt-BR"/>
              </w:rPr>
              <w:t>Assinatura/registro da Comissão do PPGCR</w:t>
            </w:r>
          </w:p>
        </w:tc>
        <w:tc>
          <w:tcPr>
            <w:tcW w:w="7126" w:type="dxa"/>
          </w:tcPr>
          <w:p w14:paraId="7BB9617F" w14:textId="77777777" w:rsidR="00473FD2" w:rsidRDefault="00000000">
            <w:r>
              <w:rPr>
                <w:sz w:val="16"/>
              </w:rPr>
              <w:t>Data: ____/____/______</w:t>
            </w:r>
          </w:p>
        </w:tc>
      </w:tr>
      <w:tr w:rsidR="00473FD2" w:rsidRPr="00020250" w14:paraId="0FCE2BD6" w14:textId="77777777">
        <w:trPr>
          <w:jc w:val="center"/>
        </w:trPr>
        <w:tc>
          <w:tcPr>
            <w:tcW w:w="14252" w:type="dxa"/>
            <w:gridSpan w:val="2"/>
          </w:tcPr>
          <w:p w14:paraId="1883FC01" w14:textId="77777777" w:rsidR="00473FD2" w:rsidRPr="00824A5A" w:rsidRDefault="00000000">
            <w:pPr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br/>
            </w:r>
            <w:r w:rsidRPr="00824A5A">
              <w:rPr>
                <w:sz w:val="16"/>
                <w:lang w:val="pt-BR"/>
              </w:rPr>
              <w:br/>
            </w:r>
          </w:p>
          <w:p w14:paraId="1A67810A" w14:textId="77777777" w:rsidR="00473FD2" w:rsidRPr="00824A5A" w:rsidRDefault="00000000">
            <w:pPr>
              <w:rPr>
                <w:lang w:val="pt-BR"/>
              </w:rPr>
            </w:pPr>
            <w:r w:rsidRPr="00824A5A">
              <w:rPr>
                <w:sz w:val="16"/>
                <w:lang w:val="pt-BR"/>
              </w:rPr>
              <w:t>Resultado da validação: ☐ Aprovado para solicitação de defesa  ☐ Pendência  ☐ Não aprovado</w:t>
            </w:r>
          </w:p>
        </w:tc>
      </w:tr>
    </w:tbl>
    <w:p w14:paraId="737463FE" w14:textId="77777777" w:rsidR="00473FD2" w:rsidRPr="00824A5A" w:rsidRDefault="00473FD2">
      <w:pPr>
        <w:rPr>
          <w:lang w:val="pt-BR"/>
        </w:rPr>
      </w:pPr>
    </w:p>
    <w:sectPr w:rsidR="00473FD2" w:rsidRPr="00824A5A" w:rsidSect="00034616">
      <w:footerReference w:type="default" r:id="rId8"/>
      <w:pgSz w:w="15840" w:h="12240" w:orient="landscape"/>
      <w:pgMar w:top="794" w:right="794" w:bottom="794" w:left="79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9DE5D" w14:textId="77777777" w:rsidR="00D9061F" w:rsidRDefault="00D9061F">
      <w:pPr>
        <w:spacing w:after="0" w:line="240" w:lineRule="auto"/>
      </w:pPr>
      <w:r>
        <w:separator/>
      </w:r>
    </w:p>
  </w:endnote>
  <w:endnote w:type="continuationSeparator" w:id="0">
    <w:p w14:paraId="0990BD6F" w14:textId="77777777" w:rsidR="00D9061F" w:rsidRDefault="00D906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F97A1" w14:textId="77777777" w:rsidR="00473FD2" w:rsidRPr="00CF19A6" w:rsidRDefault="00000000">
    <w:pPr>
      <w:pStyle w:val="Footer"/>
      <w:jc w:val="center"/>
      <w:rPr>
        <w:lang w:val="pt-BR"/>
      </w:rPr>
    </w:pPr>
    <w:r w:rsidRPr="00CF19A6">
      <w:rPr>
        <w:sz w:val="16"/>
        <w:lang w:val="pt-BR"/>
      </w:rPr>
      <w:t>PPGCR/UnB – Ficha de pontuação para solicitação de defesa de dissertação de mestrado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010380" w14:textId="77777777" w:rsidR="00D9061F" w:rsidRDefault="00D9061F">
      <w:pPr>
        <w:spacing w:after="0" w:line="240" w:lineRule="auto"/>
      </w:pPr>
      <w:r>
        <w:separator/>
      </w:r>
    </w:p>
  </w:footnote>
  <w:footnote w:type="continuationSeparator" w:id="0">
    <w:p w14:paraId="09EFF7D5" w14:textId="77777777" w:rsidR="00D9061F" w:rsidRDefault="00D906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61176667">
    <w:abstractNumId w:val="8"/>
  </w:num>
  <w:num w:numId="2" w16cid:durableId="1122532720">
    <w:abstractNumId w:val="6"/>
  </w:num>
  <w:num w:numId="3" w16cid:durableId="172109704">
    <w:abstractNumId w:val="5"/>
  </w:num>
  <w:num w:numId="4" w16cid:durableId="1261796122">
    <w:abstractNumId w:val="4"/>
  </w:num>
  <w:num w:numId="5" w16cid:durableId="1964191084">
    <w:abstractNumId w:val="7"/>
  </w:num>
  <w:num w:numId="6" w16cid:durableId="1272978650">
    <w:abstractNumId w:val="3"/>
  </w:num>
  <w:num w:numId="7" w16cid:durableId="2038116351">
    <w:abstractNumId w:val="2"/>
  </w:num>
  <w:num w:numId="8" w16cid:durableId="1687098210">
    <w:abstractNumId w:val="1"/>
  </w:num>
  <w:num w:numId="9" w16cid:durableId="15496836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0250"/>
    <w:rsid w:val="000256DC"/>
    <w:rsid w:val="00034616"/>
    <w:rsid w:val="0006063C"/>
    <w:rsid w:val="0008247C"/>
    <w:rsid w:val="000844C0"/>
    <w:rsid w:val="00096C64"/>
    <w:rsid w:val="00100817"/>
    <w:rsid w:val="00101263"/>
    <w:rsid w:val="00112842"/>
    <w:rsid w:val="0015074B"/>
    <w:rsid w:val="00171485"/>
    <w:rsid w:val="00176B5F"/>
    <w:rsid w:val="00181873"/>
    <w:rsid w:val="001A0F25"/>
    <w:rsid w:val="0020113E"/>
    <w:rsid w:val="0028117C"/>
    <w:rsid w:val="0029639D"/>
    <w:rsid w:val="002B6093"/>
    <w:rsid w:val="00326F90"/>
    <w:rsid w:val="00473FD2"/>
    <w:rsid w:val="004968CA"/>
    <w:rsid w:val="004A76BC"/>
    <w:rsid w:val="004B6C03"/>
    <w:rsid w:val="004C293F"/>
    <w:rsid w:val="005319C2"/>
    <w:rsid w:val="005811A7"/>
    <w:rsid w:val="005A713F"/>
    <w:rsid w:val="005F1CC5"/>
    <w:rsid w:val="0073002D"/>
    <w:rsid w:val="00730C96"/>
    <w:rsid w:val="007C16C0"/>
    <w:rsid w:val="00824A5A"/>
    <w:rsid w:val="008B09E6"/>
    <w:rsid w:val="00984643"/>
    <w:rsid w:val="00994244"/>
    <w:rsid w:val="00A30071"/>
    <w:rsid w:val="00A7364D"/>
    <w:rsid w:val="00AA1D8D"/>
    <w:rsid w:val="00AA5F31"/>
    <w:rsid w:val="00AB77DB"/>
    <w:rsid w:val="00B44886"/>
    <w:rsid w:val="00B47730"/>
    <w:rsid w:val="00B6068F"/>
    <w:rsid w:val="00B8640A"/>
    <w:rsid w:val="00B966CE"/>
    <w:rsid w:val="00BF12AC"/>
    <w:rsid w:val="00C34F92"/>
    <w:rsid w:val="00C65D3A"/>
    <w:rsid w:val="00CB0664"/>
    <w:rsid w:val="00CF19A6"/>
    <w:rsid w:val="00D40F29"/>
    <w:rsid w:val="00D73D26"/>
    <w:rsid w:val="00D9061F"/>
    <w:rsid w:val="00DF6C2E"/>
    <w:rsid w:val="00E23F39"/>
    <w:rsid w:val="00E35DD9"/>
    <w:rsid w:val="00ED1BF9"/>
    <w:rsid w:val="00EE319A"/>
    <w:rsid w:val="00F61061"/>
    <w:rsid w:val="00F72677"/>
    <w:rsid w:val="00F84FA6"/>
    <w:rsid w:val="00FA3907"/>
    <w:rsid w:val="00FC693F"/>
    <w:rsid w:val="00FE0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4B0FD69"/>
  <w14:defaultImageDpi w14:val="300"/>
  <w15:docId w15:val="{5F2B1BCF-DF50-41D2-A8B5-03AE0C259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0C96"/>
    <w:rPr>
      <w:rFonts w:ascii="Arial" w:eastAsia="Arial" w:hAnsi="Arial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0081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081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0817"/>
    <w:rPr>
      <w:rFonts w:ascii="Arial" w:eastAsia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081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0817"/>
    <w:rPr>
      <w:rFonts w:ascii="Arial" w:eastAsia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2272</Words>
  <Characters>12957</Characters>
  <Application>Microsoft Office Word</Application>
  <DocSecurity>0</DocSecurity>
  <Lines>107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15199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Aline Toledo</cp:lastModifiedBy>
  <cp:revision>3</cp:revision>
  <dcterms:created xsi:type="dcterms:W3CDTF">2026-09-18T18:38:00Z</dcterms:created>
  <dcterms:modified xsi:type="dcterms:W3CDTF">2026-09-18T18:38:00Z</dcterms:modified>
  <cp:category/>
</cp:coreProperties>
</file>